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212C0" w14:textId="77777777" w:rsidR="008E136B" w:rsidRPr="00BF5546" w:rsidRDefault="00000000">
      <w:pPr>
        <w:jc w:val="both"/>
        <w:rPr>
          <w:sz w:val="28"/>
          <w:szCs w:val="28"/>
        </w:rPr>
      </w:pPr>
      <w:r w:rsidRPr="00BF5546">
        <w:rPr>
          <w:b/>
          <w:sz w:val="28"/>
          <w:szCs w:val="28"/>
        </w:rPr>
        <w:t>ETIKA KEPEMIMPINAN DALAM PELAYANAN MUSIK GEREJA</w:t>
      </w:r>
    </w:p>
    <w:p w14:paraId="06F7770A" w14:textId="77777777" w:rsidR="00BF5546" w:rsidRDefault="00BF5546" w:rsidP="00BF5546"/>
    <w:p w14:paraId="4848F7FE" w14:textId="329E88EB" w:rsidR="008E136B" w:rsidRPr="006277B9" w:rsidRDefault="00000000" w:rsidP="00BF5546">
      <w:pPr>
        <w:rPr>
          <w:b/>
          <w:bCs/>
        </w:rPr>
      </w:pPr>
      <w:r w:rsidRPr="006277B9">
        <w:rPr>
          <w:b/>
          <w:bCs/>
        </w:rPr>
        <w:t>PENDAHULUAN</w:t>
      </w:r>
    </w:p>
    <w:p w14:paraId="5F91B3C6" w14:textId="7A4D5037" w:rsidR="00BF5546" w:rsidRDefault="00BF5546" w:rsidP="00BF5546">
      <w:r>
        <w:t xml:space="preserve">Musik </w:t>
      </w:r>
      <w:proofErr w:type="spellStart"/>
      <w:r>
        <w:t>memegang</w:t>
      </w:r>
      <w:proofErr w:type="spellEnd"/>
      <w:r>
        <w:t xml:space="preserve"> </w:t>
      </w:r>
      <w:proofErr w:type="spellStart"/>
      <w:r>
        <w:t>peranan</w:t>
      </w:r>
      <w:proofErr w:type="spellEnd"/>
      <w:r>
        <w:t xml:space="preserve"> yang sangat </w:t>
      </w:r>
      <w:proofErr w:type="spellStart"/>
      <w:r>
        <w:t>penting</w:t>
      </w:r>
      <w:proofErr w:type="spellEnd"/>
      <w:r>
        <w:t xml:space="preserve"> di </w:t>
      </w:r>
      <w:proofErr w:type="spellStart"/>
      <w:r>
        <w:t>dalam</w:t>
      </w:r>
      <w:proofErr w:type="spellEnd"/>
      <w:r>
        <w:t xml:space="preserve"> </w:t>
      </w:r>
      <w:proofErr w:type="spellStart"/>
      <w:r>
        <w:t>kehidupan</w:t>
      </w:r>
      <w:proofErr w:type="spellEnd"/>
      <w:r>
        <w:t xml:space="preserve">, </w:t>
      </w:r>
      <w:proofErr w:type="spellStart"/>
      <w:r>
        <w:t>selama</w:t>
      </w:r>
      <w:proofErr w:type="spellEnd"/>
      <w:r>
        <w:t xml:space="preserve"> </w:t>
      </w:r>
      <w:proofErr w:type="spellStart"/>
      <w:r>
        <w:t>ini</w:t>
      </w:r>
      <w:proofErr w:type="spellEnd"/>
      <w:r>
        <w:t xml:space="preserve"> </w:t>
      </w:r>
      <w:proofErr w:type="spellStart"/>
      <w:r>
        <w:t>musik</w:t>
      </w:r>
      <w:proofErr w:type="spellEnd"/>
      <w:r>
        <w:t xml:space="preserve"> </w:t>
      </w:r>
      <w:proofErr w:type="spellStart"/>
      <w:r>
        <w:t>selalu</w:t>
      </w:r>
      <w:proofErr w:type="spellEnd"/>
      <w:r>
        <w:t xml:space="preserve"> </w:t>
      </w:r>
      <w:proofErr w:type="spellStart"/>
      <w:r>
        <w:t>menjadi</w:t>
      </w:r>
      <w:proofErr w:type="spellEnd"/>
      <w:r>
        <w:t xml:space="preserve"> </w:t>
      </w:r>
      <w:proofErr w:type="spellStart"/>
      <w:r>
        <w:t>bagian</w:t>
      </w:r>
      <w:proofErr w:type="spellEnd"/>
      <w:r>
        <w:t xml:space="preserve"> </w:t>
      </w:r>
      <w:proofErr w:type="spellStart"/>
      <w:r>
        <w:t>dari</w:t>
      </w:r>
      <w:proofErr w:type="spellEnd"/>
      <w:r>
        <w:t xml:space="preserve"> </w:t>
      </w:r>
      <w:proofErr w:type="spellStart"/>
      <w:r>
        <w:t>peradaban</w:t>
      </w:r>
      <w:proofErr w:type="spellEnd"/>
      <w:r>
        <w:t xml:space="preserve"> </w:t>
      </w:r>
      <w:proofErr w:type="spellStart"/>
      <w:r>
        <w:t>manusia</w:t>
      </w:r>
      <w:proofErr w:type="spellEnd"/>
      <w:r>
        <w:t xml:space="preserve">. Dalam agama Kristen </w:t>
      </w:r>
      <w:proofErr w:type="spellStart"/>
      <w:r>
        <w:t>sendiri</w:t>
      </w:r>
      <w:proofErr w:type="spellEnd"/>
      <w:r>
        <w:t xml:space="preserve"> </w:t>
      </w:r>
      <w:proofErr w:type="spellStart"/>
      <w:r>
        <w:t>musik</w:t>
      </w:r>
      <w:proofErr w:type="spellEnd"/>
      <w:r>
        <w:t xml:space="preserve"> </w:t>
      </w:r>
      <w:proofErr w:type="spellStart"/>
      <w:r>
        <w:t>adalah</w:t>
      </w:r>
      <w:proofErr w:type="spellEnd"/>
      <w:r>
        <w:t xml:space="preserve"> </w:t>
      </w:r>
      <w:proofErr w:type="spellStart"/>
      <w:r>
        <w:t>suatu</w:t>
      </w:r>
      <w:proofErr w:type="spellEnd"/>
      <w:r>
        <w:t xml:space="preserve"> </w:t>
      </w:r>
      <w:proofErr w:type="spellStart"/>
      <w:r>
        <w:t>bagian</w:t>
      </w:r>
      <w:proofErr w:type="spellEnd"/>
      <w:r>
        <w:t xml:space="preserve"> yang </w:t>
      </w:r>
      <w:proofErr w:type="spellStart"/>
      <w:r>
        <w:t>tidak</w:t>
      </w:r>
      <w:proofErr w:type="spellEnd"/>
      <w:r>
        <w:t xml:space="preserve"> </w:t>
      </w:r>
      <w:proofErr w:type="spellStart"/>
      <w:r>
        <w:t>dapat</w:t>
      </w:r>
      <w:proofErr w:type="spellEnd"/>
      <w:r>
        <w:t xml:space="preserve"> </w:t>
      </w:r>
      <w:proofErr w:type="spellStart"/>
      <w:r>
        <w:t>terpisahkan</w:t>
      </w:r>
      <w:proofErr w:type="spellEnd"/>
      <w:r>
        <w:t xml:space="preserve">, </w:t>
      </w:r>
      <w:proofErr w:type="spellStart"/>
      <w:r>
        <w:t>bahkan</w:t>
      </w:r>
      <w:proofErr w:type="spellEnd"/>
      <w:r>
        <w:t xml:space="preserve"> agama Kristen </w:t>
      </w:r>
      <w:proofErr w:type="spellStart"/>
      <w:r>
        <w:t>sendiri</w:t>
      </w:r>
      <w:proofErr w:type="spellEnd"/>
      <w:r>
        <w:t xml:space="preserve"> </w:t>
      </w:r>
      <w:proofErr w:type="spellStart"/>
      <w:r>
        <w:t>sering</w:t>
      </w:r>
      <w:proofErr w:type="spellEnd"/>
      <w:r>
        <w:t xml:space="preserve"> </w:t>
      </w:r>
      <w:proofErr w:type="spellStart"/>
      <w:r>
        <w:t>disebut</w:t>
      </w:r>
      <w:proofErr w:type="spellEnd"/>
      <w:r>
        <w:t xml:space="preserve"> </w:t>
      </w:r>
      <w:proofErr w:type="spellStart"/>
      <w:r>
        <w:t>sebagai</w:t>
      </w:r>
      <w:proofErr w:type="spellEnd"/>
      <w:r>
        <w:t xml:space="preserve"> agama </w:t>
      </w:r>
      <w:proofErr w:type="spellStart"/>
      <w:r>
        <w:t>bernyanyi</w:t>
      </w:r>
      <w:proofErr w:type="spellEnd"/>
      <w:r>
        <w:t xml:space="preserve">, dan </w:t>
      </w:r>
      <w:proofErr w:type="spellStart"/>
      <w:r>
        <w:t>bahkan</w:t>
      </w:r>
      <w:proofErr w:type="spellEnd"/>
      <w:r>
        <w:t xml:space="preserve"> </w:t>
      </w:r>
      <w:proofErr w:type="spellStart"/>
      <w:r>
        <w:t>ada</w:t>
      </w:r>
      <w:proofErr w:type="spellEnd"/>
      <w:r>
        <w:t xml:space="preserve"> Kalimat yang </w:t>
      </w:r>
      <w:proofErr w:type="spellStart"/>
      <w:r>
        <w:t>mengatakan</w:t>
      </w:r>
      <w:proofErr w:type="spellEnd"/>
      <w:r>
        <w:t xml:space="preserve"> “</w:t>
      </w:r>
      <w:proofErr w:type="spellStart"/>
      <w:r>
        <w:t>Jemaat</w:t>
      </w:r>
      <w:proofErr w:type="spellEnd"/>
      <w:r>
        <w:t xml:space="preserve"> Kristen </w:t>
      </w:r>
      <w:proofErr w:type="spellStart"/>
      <w:r>
        <w:t>adalah</w:t>
      </w:r>
      <w:proofErr w:type="spellEnd"/>
      <w:r>
        <w:t xml:space="preserve"> </w:t>
      </w:r>
      <w:proofErr w:type="spellStart"/>
      <w:r>
        <w:t>jemaat</w:t>
      </w:r>
      <w:proofErr w:type="spellEnd"/>
      <w:r>
        <w:t xml:space="preserve"> yang </w:t>
      </w:r>
      <w:proofErr w:type="spellStart"/>
      <w:r>
        <w:t>menyanyi</w:t>
      </w:r>
      <w:proofErr w:type="spellEnd"/>
      <w:r>
        <w:t xml:space="preserve">”. Hal </w:t>
      </w:r>
      <w:proofErr w:type="spellStart"/>
      <w:r>
        <w:t>tersebut</w:t>
      </w:r>
      <w:proofErr w:type="spellEnd"/>
      <w:r>
        <w:t xml:space="preserve"> </w:t>
      </w:r>
      <w:proofErr w:type="spellStart"/>
      <w:r>
        <w:t>terjadi</w:t>
      </w:r>
      <w:proofErr w:type="spellEnd"/>
      <w:r>
        <w:t xml:space="preserve"> </w:t>
      </w:r>
      <w:proofErr w:type="spellStart"/>
      <w:r>
        <w:t>karena</w:t>
      </w:r>
      <w:proofErr w:type="spellEnd"/>
      <w:r>
        <w:t xml:space="preserve"> </w:t>
      </w:r>
      <w:proofErr w:type="spellStart"/>
      <w:r>
        <w:t>dalam</w:t>
      </w:r>
      <w:proofErr w:type="spellEnd"/>
      <w:r>
        <w:t xml:space="preserve"> </w:t>
      </w:r>
      <w:proofErr w:type="spellStart"/>
      <w:r>
        <w:t>penyembahan</w:t>
      </w:r>
      <w:proofErr w:type="spellEnd"/>
      <w:r>
        <w:t xml:space="preserve"> Kristen </w:t>
      </w:r>
      <w:proofErr w:type="spellStart"/>
      <w:r>
        <w:t>ada</w:t>
      </w:r>
      <w:proofErr w:type="spellEnd"/>
      <w:r>
        <w:t xml:space="preserve"> </w:t>
      </w:r>
      <w:proofErr w:type="spellStart"/>
      <w:r>
        <w:t>elemen</w:t>
      </w:r>
      <w:proofErr w:type="spellEnd"/>
      <w:r>
        <w:t xml:space="preserve"> yang sangat </w:t>
      </w:r>
      <w:proofErr w:type="spellStart"/>
      <w:r>
        <w:t>menarik</w:t>
      </w:r>
      <w:proofErr w:type="spellEnd"/>
      <w:r>
        <w:t xml:space="preserve">, </w:t>
      </w:r>
      <w:proofErr w:type="spellStart"/>
      <w:r>
        <w:t>yaitu</w:t>
      </w:r>
      <w:proofErr w:type="spellEnd"/>
      <w:r>
        <w:t xml:space="preserve"> </w:t>
      </w:r>
      <w:proofErr w:type="spellStart"/>
      <w:r>
        <w:t>adanya</w:t>
      </w:r>
      <w:proofErr w:type="spellEnd"/>
      <w:r>
        <w:t xml:space="preserve"> </w:t>
      </w:r>
      <w:proofErr w:type="spellStart"/>
      <w:r>
        <w:t>nyanyian</w:t>
      </w:r>
      <w:proofErr w:type="spellEnd"/>
      <w:r>
        <w:t xml:space="preserve"> dan instrument yang </w:t>
      </w:r>
      <w:proofErr w:type="spellStart"/>
      <w:r>
        <w:t>hadir</w:t>
      </w:r>
      <w:proofErr w:type="spellEnd"/>
      <w:r>
        <w:t xml:space="preserve"> </w:t>
      </w:r>
      <w:proofErr w:type="spellStart"/>
      <w:r>
        <w:t>sebagai</w:t>
      </w:r>
      <w:proofErr w:type="spellEnd"/>
      <w:r>
        <w:t xml:space="preserve"> </w:t>
      </w:r>
      <w:proofErr w:type="spellStart"/>
      <w:r>
        <w:t>bagian</w:t>
      </w:r>
      <w:proofErr w:type="spellEnd"/>
      <w:r>
        <w:t xml:space="preserve"> </w:t>
      </w:r>
      <w:proofErr w:type="spellStart"/>
      <w:r>
        <w:t>dari</w:t>
      </w:r>
      <w:proofErr w:type="spellEnd"/>
      <w:r>
        <w:t xml:space="preserve"> </w:t>
      </w:r>
      <w:proofErr w:type="spellStart"/>
      <w:r>
        <w:t>prosesi</w:t>
      </w:r>
      <w:proofErr w:type="spellEnd"/>
      <w:r>
        <w:t xml:space="preserve"> ibadah/tata ibadah di </w:t>
      </w:r>
      <w:proofErr w:type="spellStart"/>
      <w:r>
        <w:t>gereja</w:t>
      </w:r>
      <w:proofErr w:type="spellEnd"/>
      <w:r>
        <w:t xml:space="preserve"> (</w:t>
      </w:r>
      <w:proofErr w:type="spellStart"/>
      <w:r>
        <w:t>Mawene</w:t>
      </w:r>
      <w:proofErr w:type="spellEnd"/>
      <w:r>
        <w:t>, 2004, p. 42</w:t>
      </w:r>
      <w:proofErr w:type="gramStart"/>
      <w:r>
        <w:t>).Bila</w:t>
      </w:r>
      <w:proofErr w:type="gramEnd"/>
      <w:r>
        <w:t xml:space="preserve"> </w:t>
      </w:r>
      <w:proofErr w:type="spellStart"/>
      <w:r>
        <w:t>kita</w:t>
      </w:r>
      <w:proofErr w:type="spellEnd"/>
      <w:r>
        <w:t xml:space="preserve"> </w:t>
      </w:r>
      <w:proofErr w:type="spellStart"/>
      <w:r>
        <w:t>melihat</w:t>
      </w:r>
      <w:proofErr w:type="spellEnd"/>
      <w:r>
        <w:t xml:space="preserve"> </w:t>
      </w:r>
      <w:proofErr w:type="spellStart"/>
      <w:r>
        <w:t>dalam</w:t>
      </w:r>
      <w:proofErr w:type="spellEnd"/>
      <w:r>
        <w:t xml:space="preserve"> </w:t>
      </w:r>
      <w:proofErr w:type="spellStart"/>
      <w:r>
        <w:t>Kejadian</w:t>
      </w:r>
      <w:proofErr w:type="spellEnd"/>
      <w:r>
        <w:t xml:space="preserve"> 4:21, </w:t>
      </w:r>
      <w:proofErr w:type="spellStart"/>
      <w:r>
        <w:t>kita</w:t>
      </w:r>
      <w:proofErr w:type="spellEnd"/>
      <w:r>
        <w:t xml:space="preserve"> </w:t>
      </w:r>
      <w:proofErr w:type="spellStart"/>
      <w:r>
        <w:t>dapat</w:t>
      </w:r>
      <w:proofErr w:type="spellEnd"/>
      <w:r>
        <w:t xml:space="preserve"> </w:t>
      </w:r>
      <w:proofErr w:type="spellStart"/>
      <w:r>
        <w:t>menemukan</w:t>
      </w:r>
      <w:proofErr w:type="spellEnd"/>
      <w:r>
        <w:t xml:space="preserve"> </w:t>
      </w:r>
      <w:proofErr w:type="spellStart"/>
      <w:r>
        <w:t>bahwa</w:t>
      </w:r>
      <w:proofErr w:type="spellEnd"/>
      <w:r>
        <w:t xml:space="preserve"> </w:t>
      </w:r>
      <w:proofErr w:type="spellStart"/>
      <w:r>
        <w:t>alat</w:t>
      </w:r>
      <w:proofErr w:type="spellEnd"/>
      <w:r>
        <w:t xml:space="preserve"> </w:t>
      </w:r>
      <w:proofErr w:type="spellStart"/>
      <w:r>
        <w:t>musik</w:t>
      </w:r>
      <w:proofErr w:type="spellEnd"/>
      <w:r>
        <w:t xml:space="preserve"> </w:t>
      </w:r>
      <w:proofErr w:type="spellStart"/>
      <w:r>
        <w:t>pertama</w:t>
      </w:r>
      <w:proofErr w:type="spellEnd"/>
      <w:r>
        <w:t xml:space="preserve"> </w:t>
      </w:r>
      <w:proofErr w:type="spellStart"/>
      <w:r>
        <w:t>ditemukan</w:t>
      </w:r>
      <w:proofErr w:type="spellEnd"/>
      <w:r>
        <w:t xml:space="preserve"> dan </w:t>
      </w:r>
      <w:proofErr w:type="spellStart"/>
      <w:r>
        <w:t>dimainkan</w:t>
      </w:r>
      <w:proofErr w:type="spellEnd"/>
      <w:r>
        <w:t xml:space="preserve"> oleh Yubal, salah </w:t>
      </w:r>
      <w:proofErr w:type="spellStart"/>
      <w:r>
        <w:t>satu</w:t>
      </w:r>
      <w:proofErr w:type="spellEnd"/>
      <w:r>
        <w:t xml:space="preserve"> </w:t>
      </w:r>
      <w:proofErr w:type="spellStart"/>
      <w:r>
        <w:t>keturunan</w:t>
      </w:r>
      <w:proofErr w:type="spellEnd"/>
      <w:r>
        <w:t xml:space="preserve"> </w:t>
      </w:r>
      <w:proofErr w:type="spellStart"/>
      <w:r>
        <w:t>kain</w:t>
      </w:r>
      <w:proofErr w:type="spellEnd"/>
      <w:r>
        <w:t xml:space="preserve">. Dalam proses </w:t>
      </w:r>
      <w:proofErr w:type="spellStart"/>
      <w:r>
        <w:t>perkembangannya</w:t>
      </w:r>
      <w:proofErr w:type="spellEnd"/>
      <w:r>
        <w:t xml:space="preserve">, </w:t>
      </w:r>
      <w:proofErr w:type="spellStart"/>
      <w:r>
        <w:t>diceritakan</w:t>
      </w:r>
      <w:proofErr w:type="spellEnd"/>
      <w:r>
        <w:t xml:space="preserve"> pada masa </w:t>
      </w:r>
      <w:proofErr w:type="spellStart"/>
      <w:r>
        <w:t>pemerintahan</w:t>
      </w:r>
      <w:proofErr w:type="spellEnd"/>
      <w:r>
        <w:t xml:space="preserve"> Daud, </w:t>
      </w:r>
      <w:proofErr w:type="spellStart"/>
      <w:r>
        <w:t>dimana</w:t>
      </w:r>
      <w:proofErr w:type="spellEnd"/>
      <w:r>
        <w:t xml:space="preserve"> </w:t>
      </w:r>
      <w:proofErr w:type="spellStart"/>
      <w:r>
        <w:t>alat</w:t>
      </w:r>
      <w:proofErr w:type="spellEnd"/>
      <w:r>
        <w:t xml:space="preserve"> </w:t>
      </w:r>
      <w:proofErr w:type="spellStart"/>
      <w:r>
        <w:t>musik</w:t>
      </w:r>
      <w:proofErr w:type="spellEnd"/>
      <w:r>
        <w:t xml:space="preserve"> </w:t>
      </w:r>
      <w:proofErr w:type="spellStart"/>
      <w:r>
        <w:t>dapat</w:t>
      </w:r>
      <w:proofErr w:type="spellEnd"/>
      <w:r>
        <w:t xml:space="preserve"> </w:t>
      </w:r>
      <w:proofErr w:type="spellStart"/>
      <w:r>
        <w:t>dimainkan</w:t>
      </w:r>
      <w:proofErr w:type="spellEnd"/>
      <w:r>
        <w:t xml:space="preserve"> oleh orang yang </w:t>
      </w:r>
      <w:proofErr w:type="spellStart"/>
      <w:r>
        <w:t>profesional</w:t>
      </w:r>
      <w:proofErr w:type="spellEnd"/>
      <w:r>
        <w:t xml:space="preserve"> </w:t>
      </w:r>
      <w:proofErr w:type="spellStart"/>
      <w:r>
        <w:t>dalam</w:t>
      </w:r>
      <w:proofErr w:type="spellEnd"/>
      <w:r>
        <w:t xml:space="preserve"> </w:t>
      </w:r>
      <w:proofErr w:type="spellStart"/>
      <w:r>
        <w:t>bidang</w:t>
      </w:r>
      <w:proofErr w:type="spellEnd"/>
      <w:r>
        <w:t xml:space="preserve"> </w:t>
      </w:r>
      <w:proofErr w:type="spellStart"/>
      <w:r>
        <w:t>musik</w:t>
      </w:r>
      <w:proofErr w:type="spellEnd"/>
      <w:r>
        <w:t xml:space="preserve">. Ada </w:t>
      </w:r>
      <w:proofErr w:type="spellStart"/>
      <w:r>
        <w:t>lagu</w:t>
      </w:r>
      <w:proofErr w:type="spellEnd"/>
      <w:r>
        <w:t xml:space="preserve"> </w:t>
      </w:r>
      <w:proofErr w:type="spellStart"/>
      <w:r>
        <w:t>perang</w:t>
      </w:r>
      <w:proofErr w:type="spellEnd"/>
      <w:r>
        <w:t xml:space="preserve">, </w:t>
      </w:r>
      <w:proofErr w:type="spellStart"/>
      <w:r>
        <w:t>lagu</w:t>
      </w:r>
      <w:proofErr w:type="spellEnd"/>
      <w:r>
        <w:t xml:space="preserve"> </w:t>
      </w:r>
      <w:proofErr w:type="spellStart"/>
      <w:r>
        <w:t>kekalahan</w:t>
      </w:r>
      <w:proofErr w:type="spellEnd"/>
      <w:r>
        <w:t xml:space="preserve"> dan </w:t>
      </w:r>
      <w:proofErr w:type="spellStart"/>
      <w:r>
        <w:t>lagu</w:t>
      </w:r>
      <w:proofErr w:type="spellEnd"/>
      <w:r>
        <w:t xml:space="preserve"> </w:t>
      </w:r>
      <w:proofErr w:type="spellStart"/>
      <w:r>
        <w:t>kemenangan</w:t>
      </w:r>
      <w:proofErr w:type="spellEnd"/>
      <w:r>
        <w:t xml:space="preserve"> di era </w:t>
      </w:r>
      <w:proofErr w:type="spellStart"/>
      <w:r>
        <w:t>ini</w:t>
      </w:r>
      <w:proofErr w:type="spellEnd"/>
      <w:r>
        <w:t xml:space="preserve">. Bila </w:t>
      </w:r>
      <w:proofErr w:type="spellStart"/>
      <w:r>
        <w:t>kita</w:t>
      </w:r>
      <w:proofErr w:type="spellEnd"/>
      <w:r>
        <w:t xml:space="preserve"> </w:t>
      </w:r>
      <w:proofErr w:type="spellStart"/>
      <w:r>
        <w:t>lihat</w:t>
      </w:r>
      <w:proofErr w:type="spellEnd"/>
      <w:r>
        <w:t xml:space="preserve"> </w:t>
      </w:r>
      <w:proofErr w:type="spellStart"/>
      <w:r>
        <w:t>dari</w:t>
      </w:r>
      <w:proofErr w:type="spellEnd"/>
      <w:r>
        <w:t xml:space="preserve"> kitab 1 Samuel 18:7 </w:t>
      </w:r>
      <w:proofErr w:type="spellStart"/>
      <w:r>
        <w:t>dimana</w:t>
      </w:r>
      <w:proofErr w:type="spellEnd"/>
      <w:r>
        <w:t xml:space="preserve"> para </w:t>
      </w:r>
      <w:proofErr w:type="spellStart"/>
      <w:r>
        <w:t>perempuan-perempuan</w:t>
      </w:r>
      <w:proofErr w:type="spellEnd"/>
      <w:r>
        <w:t xml:space="preserve"> </w:t>
      </w:r>
      <w:proofErr w:type="spellStart"/>
      <w:r>
        <w:t>menyanyikan</w:t>
      </w:r>
      <w:proofErr w:type="spellEnd"/>
      <w:r>
        <w:t xml:space="preserve"> </w:t>
      </w:r>
      <w:proofErr w:type="spellStart"/>
      <w:r>
        <w:t>lagu</w:t>
      </w:r>
      <w:proofErr w:type="spellEnd"/>
      <w:r>
        <w:t xml:space="preserve"> </w:t>
      </w:r>
      <w:proofErr w:type="spellStart"/>
      <w:r>
        <w:t>sambil</w:t>
      </w:r>
      <w:proofErr w:type="spellEnd"/>
      <w:r>
        <w:t xml:space="preserve"> </w:t>
      </w:r>
      <w:proofErr w:type="spellStart"/>
      <w:r>
        <w:t>menari-nari</w:t>
      </w:r>
      <w:proofErr w:type="spellEnd"/>
      <w:r>
        <w:t xml:space="preserve"> </w:t>
      </w:r>
      <w:proofErr w:type="spellStart"/>
      <w:r>
        <w:t>diiringi</w:t>
      </w:r>
      <w:proofErr w:type="spellEnd"/>
      <w:r>
        <w:t xml:space="preserve"> oleh </w:t>
      </w:r>
      <w:proofErr w:type="spellStart"/>
      <w:r>
        <w:t>rebana</w:t>
      </w:r>
      <w:proofErr w:type="spellEnd"/>
      <w:r>
        <w:t xml:space="preserve"> dan lira </w:t>
      </w:r>
      <w:proofErr w:type="spellStart"/>
      <w:r>
        <w:t>untuk</w:t>
      </w:r>
      <w:proofErr w:type="spellEnd"/>
      <w:r>
        <w:t xml:space="preserve"> </w:t>
      </w:r>
      <w:proofErr w:type="spellStart"/>
      <w:r>
        <w:t>kemenangan</w:t>
      </w:r>
      <w:proofErr w:type="spellEnd"/>
      <w:r>
        <w:t xml:space="preserve"> </w:t>
      </w:r>
      <w:proofErr w:type="spellStart"/>
      <w:r>
        <w:t>atas</w:t>
      </w:r>
      <w:proofErr w:type="spellEnd"/>
      <w:r>
        <w:t xml:space="preserve"> Daud (</w:t>
      </w:r>
      <w:proofErr w:type="spellStart"/>
      <w:r>
        <w:t>Bandingkan</w:t>
      </w:r>
      <w:proofErr w:type="spellEnd"/>
      <w:r>
        <w:t xml:space="preserve">: </w:t>
      </w:r>
      <w:proofErr w:type="spellStart"/>
      <w:r>
        <w:t>Mazmur</w:t>
      </w:r>
      <w:proofErr w:type="spellEnd"/>
      <w:r>
        <w:t xml:space="preserve"> 33: 3, </w:t>
      </w:r>
      <w:proofErr w:type="spellStart"/>
      <w:r>
        <w:t>Mazmur</w:t>
      </w:r>
      <w:proofErr w:type="spellEnd"/>
      <w:r>
        <w:t xml:space="preserve"> 81: 3 dan 2 </w:t>
      </w:r>
      <w:proofErr w:type="spellStart"/>
      <w:r>
        <w:t>Tawarikh</w:t>
      </w:r>
      <w:proofErr w:type="spellEnd"/>
      <w:r>
        <w:t xml:space="preserve"> 20:28). </w:t>
      </w:r>
      <w:proofErr w:type="spellStart"/>
      <w:r>
        <w:t>Demikian</w:t>
      </w:r>
      <w:proofErr w:type="spellEnd"/>
      <w:r>
        <w:t xml:space="preserve"> juga </w:t>
      </w:r>
      <w:proofErr w:type="spellStart"/>
      <w:r>
        <w:t>musik</w:t>
      </w:r>
      <w:proofErr w:type="spellEnd"/>
      <w:r>
        <w:t xml:space="preserve"> </w:t>
      </w:r>
      <w:proofErr w:type="spellStart"/>
      <w:r>
        <w:t>terus</w:t>
      </w:r>
      <w:proofErr w:type="spellEnd"/>
      <w:r>
        <w:t xml:space="preserve"> </w:t>
      </w:r>
      <w:proofErr w:type="spellStart"/>
      <w:r>
        <w:t>berkembang</w:t>
      </w:r>
      <w:proofErr w:type="spellEnd"/>
      <w:r>
        <w:t xml:space="preserve"> pada masa Salomo pada </w:t>
      </w:r>
      <w:proofErr w:type="spellStart"/>
      <w:r>
        <w:t>saat</w:t>
      </w:r>
      <w:proofErr w:type="spellEnd"/>
      <w:r>
        <w:t xml:space="preserve"> </w:t>
      </w:r>
      <w:proofErr w:type="spellStart"/>
      <w:r>
        <w:t>dibangunnya</w:t>
      </w:r>
      <w:proofErr w:type="spellEnd"/>
      <w:r>
        <w:t xml:space="preserve"> bait Allah, ibadah </w:t>
      </w:r>
      <w:proofErr w:type="spellStart"/>
      <w:r>
        <w:t>menjadi</w:t>
      </w:r>
      <w:proofErr w:type="spellEnd"/>
      <w:r>
        <w:t xml:space="preserve"> </w:t>
      </w:r>
      <w:proofErr w:type="spellStart"/>
      <w:r>
        <w:t>sebuah</w:t>
      </w:r>
      <w:proofErr w:type="spellEnd"/>
      <w:r>
        <w:t xml:space="preserve"> </w:t>
      </w:r>
      <w:proofErr w:type="spellStart"/>
      <w:r>
        <w:t>hal</w:t>
      </w:r>
      <w:proofErr w:type="spellEnd"/>
      <w:r>
        <w:t xml:space="preserve"> yang sangat </w:t>
      </w:r>
      <w:proofErr w:type="spellStart"/>
      <w:r>
        <w:t>spektakuler</w:t>
      </w:r>
      <w:proofErr w:type="spellEnd"/>
      <w:r>
        <w:t xml:space="preserve"> dan </w:t>
      </w:r>
      <w:proofErr w:type="spellStart"/>
      <w:r>
        <w:t>mew</w:t>
      </w:r>
      <w:r>
        <w:t>ah</w:t>
      </w:r>
      <w:proofErr w:type="spellEnd"/>
      <w:r>
        <w:t>.</w:t>
      </w:r>
    </w:p>
    <w:p w14:paraId="4B654ABD" w14:textId="0A15C578" w:rsidR="00BF5546" w:rsidRDefault="00BF5546" w:rsidP="00BF5546">
      <w:r>
        <w:t xml:space="preserve">Martin Luther (1483-1546) </w:t>
      </w:r>
      <w:proofErr w:type="spellStart"/>
      <w:r>
        <w:t>menaruh</w:t>
      </w:r>
      <w:proofErr w:type="spellEnd"/>
      <w:r>
        <w:t xml:space="preserve"> </w:t>
      </w:r>
      <w:proofErr w:type="spellStart"/>
      <w:r>
        <w:t>musik</w:t>
      </w:r>
      <w:proofErr w:type="spellEnd"/>
      <w:r>
        <w:t xml:space="preserve"> </w:t>
      </w:r>
      <w:proofErr w:type="spellStart"/>
      <w:r>
        <w:t>sebagai</w:t>
      </w:r>
      <w:proofErr w:type="spellEnd"/>
      <w:r>
        <w:t xml:space="preserve"> </w:t>
      </w:r>
      <w:proofErr w:type="spellStart"/>
      <w:r>
        <w:t>bagian</w:t>
      </w:r>
      <w:proofErr w:type="spellEnd"/>
      <w:r>
        <w:t xml:space="preserve"> yang </w:t>
      </w:r>
      <w:proofErr w:type="spellStart"/>
      <w:r>
        <w:t>begitu</w:t>
      </w:r>
      <w:proofErr w:type="spellEnd"/>
      <w:r>
        <w:t xml:space="preserve"> sangat </w:t>
      </w:r>
      <w:proofErr w:type="spellStart"/>
      <w:r>
        <w:t>penting</w:t>
      </w:r>
      <w:proofErr w:type="spellEnd"/>
      <w:r>
        <w:t xml:space="preserve"> </w:t>
      </w:r>
      <w:proofErr w:type="spellStart"/>
      <w:r>
        <w:t>dalam</w:t>
      </w:r>
      <w:proofErr w:type="spellEnd"/>
      <w:r>
        <w:t xml:space="preserve"> </w:t>
      </w:r>
      <w:proofErr w:type="spellStart"/>
      <w:r>
        <w:t>sebuah</w:t>
      </w:r>
      <w:proofErr w:type="spellEnd"/>
      <w:r>
        <w:t xml:space="preserve"> ibadah, </w:t>
      </w:r>
      <w:proofErr w:type="spellStart"/>
      <w:r>
        <w:t>terlebih</w:t>
      </w:r>
      <w:proofErr w:type="spellEnd"/>
      <w:r>
        <w:t xml:space="preserve"> </w:t>
      </w:r>
      <w:proofErr w:type="spellStart"/>
      <w:r>
        <w:t>lagi</w:t>
      </w:r>
      <w:proofErr w:type="spellEnd"/>
      <w:r>
        <w:t xml:space="preserve"> </w:t>
      </w:r>
      <w:proofErr w:type="spellStart"/>
      <w:r>
        <w:t>dalam</w:t>
      </w:r>
      <w:proofErr w:type="spellEnd"/>
      <w:r>
        <w:t xml:space="preserve"> </w:t>
      </w:r>
      <w:proofErr w:type="spellStart"/>
      <w:r>
        <w:t>bentuk</w:t>
      </w:r>
      <w:proofErr w:type="spellEnd"/>
      <w:r>
        <w:t xml:space="preserve"> </w:t>
      </w:r>
      <w:proofErr w:type="spellStart"/>
      <w:r>
        <w:t>nyanyian</w:t>
      </w:r>
      <w:proofErr w:type="spellEnd"/>
      <w:r>
        <w:t xml:space="preserve"> chorale </w:t>
      </w:r>
      <w:proofErr w:type="spellStart"/>
      <w:r>
        <w:t>beserta</w:t>
      </w:r>
      <w:proofErr w:type="spellEnd"/>
      <w:r>
        <w:t xml:space="preserve"> </w:t>
      </w:r>
      <w:proofErr w:type="spellStart"/>
      <w:r>
        <w:t>jemaat</w:t>
      </w:r>
      <w:proofErr w:type="spellEnd"/>
      <w:r>
        <w:t xml:space="preserve">. </w:t>
      </w:r>
      <w:proofErr w:type="spellStart"/>
      <w:r>
        <w:t>Bentuk</w:t>
      </w:r>
      <w:proofErr w:type="spellEnd"/>
      <w:r>
        <w:t xml:space="preserve"> </w:t>
      </w:r>
      <w:proofErr w:type="spellStart"/>
      <w:r>
        <w:t>nyanyian</w:t>
      </w:r>
      <w:proofErr w:type="spellEnd"/>
      <w:r>
        <w:t xml:space="preserve"> </w:t>
      </w:r>
      <w:proofErr w:type="spellStart"/>
      <w:r>
        <w:t>ini</w:t>
      </w:r>
      <w:proofErr w:type="spellEnd"/>
      <w:r>
        <w:t xml:space="preserve"> </w:t>
      </w:r>
      <w:proofErr w:type="spellStart"/>
      <w:r>
        <w:t>merupakan</w:t>
      </w:r>
      <w:proofErr w:type="spellEnd"/>
      <w:r>
        <w:t xml:space="preserve"> </w:t>
      </w:r>
      <w:proofErr w:type="spellStart"/>
      <w:r>
        <w:t>gambaran</w:t>
      </w:r>
      <w:proofErr w:type="spellEnd"/>
      <w:r>
        <w:t xml:space="preserve"> </w:t>
      </w:r>
      <w:proofErr w:type="spellStart"/>
      <w:r>
        <w:t>dari</w:t>
      </w:r>
      <w:proofErr w:type="spellEnd"/>
      <w:r>
        <w:t xml:space="preserve"> Kitab </w:t>
      </w:r>
      <w:proofErr w:type="spellStart"/>
      <w:r>
        <w:t>Suci</w:t>
      </w:r>
      <w:proofErr w:type="spellEnd"/>
      <w:r>
        <w:t xml:space="preserve"> yang </w:t>
      </w:r>
      <w:proofErr w:type="spellStart"/>
      <w:r>
        <w:t>efektif</w:t>
      </w:r>
      <w:proofErr w:type="spellEnd"/>
      <w:r>
        <w:t xml:space="preserve">, </w:t>
      </w:r>
      <w:proofErr w:type="spellStart"/>
      <w:r>
        <w:t>bahkan</w:t>
      </w:r>
      <w:proofErr w:type="spellEnd"/>
      <w:r>
        <w:t xml:space="preserve"> </w:t>
      </w:r>
      <w:proofErr w:type="spellStart"/>
      <w:r>
        <w:t>nyanyian</w:t>
      </w:r>
      <w:proofErr w:type="spellEnd"/>
      <w:r>
        <w:t xml:space="preserve"> </w:t>
      </w:r>
      <w:proofErr w:type="spellStart"/>
      <w:r>
        <w:t>ini</w:t>
      </w:r>
      <w:proofErr w:type="spellEnd"/>
      <w:r>
        <w:t xml:space="preserve"> </w:t>
      </w:r>
      <w:proofErr w:type="spellStart"/>
      <w:r>
        <w:t>mulai</w:t>
      </w:r>
      <w:proofErr w:type="spellEnd"/>
      <w:r>
        <w:t xml:space="preserve"> </w:t>
      </w:r>
      <w:proofErr w:type="spellStart"/>
      <w:r>
        <w:t>dihidupkan</w:t>
      </w:r>
      <w:proofErr w:type="spellEnd"/>
      <w:r>
        <w:t xml:space="preserve"> </w:t>
      </w:r>
      <w:proofErr w:type="spellStart"/>
      <w:r>
        <w:t>kembali</w:t>
      </w:r>
      <w:proofErr w:type="spellEnd"/>
      <w:r>
        <w:t xml:space="preserve"> di </w:t>
      </w:r>
      <w:proofErr w:type="spellStart"/>
      <w:r>
        <w:t>daratan</w:t>
      </w:r>
      <w:proofErr w:type="spellEnd"/>
      <w:r>
        <w:t xml:space="preserve"> Jerman (Jane, 2011, p. 4). </w:t>
      </w:r>
      <w:proofErr w:type="spellStart"/>
      <w:r>
        <w:t>Sementara</w:t>
      </w:r>
      <w:proofErr w:type="spellEnd"/>
      <w:r>
        <w:t xml:space="preserve"> </w:t>
      </w:r>
      <w:proofErr w:type="spellStart"/>
      <w:r>
        <w:t>itu</w:t>
      </w:r>
      <w:proofErr w:type="spellEnd"/>
      <w:r>
        <w:t>, John Calvin (1509-1564)</w:t>
      </w:r>
      <w:r>
        <w:t xml:space="preserve"> </w:t>
      </w:r>
      <w:proofErr w:type="spellStart"/>
      <w:r>
        <w:t>menghubungkan</w:t>
      </w:r>
      <w:proofErr w:type="spellEnd"/>
      <w:r>
        <w:t xml:space="preserve"> </w:t>
      </w:r>
      <w:proofErr w:type="spellStart"/>
      <w:r>
        <w:t>musik</w:t>
      </w:r>
      <w:proofErr w:type="spellEnd"/>
      <w:r>
        <w:t xml:space="preserve"> </w:t>
      </w:r>
      <w:proofErr w:type="spellStart"/>
      <w:r>
        <w:t>rohani</w:t>
      </w:r>
      <w:proofErr w:type="spellEnd"/>
      <w:r>
        <w:t xml:space="preserve"> </w:t>
      </w:r>
      <w:proofErr w:type="spellStart"/>
      <w:r>
        <w:t>dengan</w:t>
      </w:r>
      <w:proofErr w:type="spellEnd"/>
      <w:r>
        <w:t xml:space="preserve"> </w:t>
      </w:r>
      <w:proofErr w:type="spellStart"/>
      <w:r>
        <w:t>doa</w:t>
      </w:r>
      <w:proofErr w:type="spellEnd"/>
      <w:r>
        <w:t xml:space="preserve"> dan juga </w:t>
      </w:r>
      <w:proofErr w:type="spellStart"/>
      <w:r>
        <w:t>melarang</w:t>
      </w:r>
      <w:proofErr w:type="spellEnd"/>
      <w:r>
        <w:t xml:space="preserve"> </w:t>
      </w:r>
      <w:proofErr w:type="spellStart"/>
      <w:r>
        <w:t>untuk</w:t>
      </w:r>
      <w:proofErr w:type="spellEnd"/>
      <w:r>
        <w:t xml:space="preserve"> </w:t>
      </w:r>
      <w:proofErr w:type="spellStart"/>
      <w:r>
        <w:t>menyanyikan</w:t>
      </w:r>
      <w:proofErr w:type="spellEnd"/>
      <w:r>
        <w:t xml:space="preserve"> </w:t>
      </w:r>
      <w:proofErr w:type="spellStart"/>
      <w:r>
        <w:t>lagu</w:t>
      </w:r>
      <w:proofErr w:type="spellEnd"/>
      <w:r>
        <w:t xml:space="preserve"> </w:t>
      </w:r>
      <w:proofErr w:type="spellStart"/>
      <w:r>
        <w:t>dengan</w:t>
      </w:r>
      <w:proofErr w:type="spellEnd"/>
      <w:r>
        <w:t xml:space="preserve"> </w:t>
      </w:r>
      <w:proofErr w:type="spellStart"/>
      <w:r>
        <w:t>teks</w:t>
      </w:r>
      <w:proofErr w:type="spellEnd"/>
      <w:r>
        <w:t>/</w:t>
      </w:r>
      <w:proofErr w:type="spellStart"/>
      <w:r>
        <w:t>lirik</w:t>
      </w:r>
      <w:proofErr w:type="spellEnd"/>
      <w:r>
        <w:t xml:space="preserve"> yang </w:t>
      </w:r>
      <w:proofErr w:type="spellStart"/>
      <w:r>
        <w:t>tidak</w:t>
      </w:r>
      <w:proofErr w:type="spellEnd"/>
      <w:r>
        <w:t xml:space="preserve"> </w:t>
      </w:r>
      <w:proofErr w:type="spellStart"/>
      <w:r>
        <w:t>terdapat</w:t>
      </w:r>
      <w:proofErr w:type="spellEnd"/>
      <w:r>
        <w:t xml:space="preserve"> </w:t>
      </w:r>
      <w:proofErr w:type="spellStart"/>
      <w:r>
        <w:t>dalam</w:t>
      </w:r>
      <w:proofErr w:type="spellEnd"/>
      <w:r>
        <w:t xml:space="preserve"> Alkitab. </w:t>
      </w:r>
      <w:proofErr w:type="spellStart"/>
      <w:r>
        <w:t>Sedangkan</w:t>
      </w:r>
      <w:proofErr w:type="spellEnd"/>
      <w:r>
        <w:t xml:space="preserve"> French Psalter (</w:t>
      </w:r>
      <w:proofErr w:type="spellStart"/>
      <w:r>
        <w:t>buku</w:t>
      </w:r>
      <w:proofErr w:type="spellEnd"/>
      <w:r>
        <w:t xml:space="preserve"> </w:t>
      </w:r>
      <w:proofErr w:type="spellStart"/>
      <w:r>
        <w:t>nyanyian</w:t>
      </w:r>
      <w:proofErr w:type="spellEnd"/>
      <w:r>
        <w:t xml:space="preserve"> </w:t>
      </w:r>
      <w:proofErr w:type="spellStart"/>
      <w:r>
        <w:t>berbahasa</w:t>
      </w:r>
      <w:proofErr w:type="spellEnd"/>
      <w:r>
        <w:t xml:space="preserve"> </w:t>
      </w:r>
      <w:proofErr w:type="spellStart"/>
      <w:r>
        <w:t>Prancis</w:t>
      </w:r>
      <w:proofErr w:type="spellEnd"/>
      <w:r>
        <w:t xml:space="preserve">) yang </w:t>
      </w:r>
      <w:proofErr w:type="spellStart"/>
      <w:r>
        <w:t>diterbitkan</w:t>
      </w:r>
      <w:proofErr w:type="spellEnd"/>
      <w:r>
        <w:t xml:space="preserve"> pada </w:t>
      </w:r>
      <w:proofErr w:type="spellStart"/>
      <w:r>
        <w:t>tahun</w:t>
      </w:r>
      <w:proofErr w:type="spellEnd"/>
      <w:r>
        <w:t xml:space="preserve"> 1562, </w:t>
      </w:r>
      <w:proofErr w:type="spellStart"/>
      <w:r>
        <w:t>memasukkan</w:t>
      </w:r>
      <w:proofErr w:type="spellEnd"/>
      <w:r>
        <w:t xml:space="preserve"> </w:t>
      </w:r>
      <w:proofErr w:type="spellStart"/>
      <w:r>
        <w:t>lagu</w:t>
      </w:r>
      <w:proofErr w:type="spellEnd"/>
      <w:r>
        <w:t xml:space="preserve"> yang </w:t>
      </w:r>
      <w:proofErr w:type="spellStart"/>
      <w:r>
        <w:t>sering</w:t>
      </w:r>
      <w:proofErr w:type="spellEnd"/>
      <w:r>
        <w:t xml:space="preserve"> </w:t>
      </w:r>
      <w:proofErr w:type="spellStart"/>
      <w:r>
        <w:t>dinyanyikan</w:t>
      </w:r>
      <w:proofErr w:type="spellEnd"/>
      <w:r>
        <w:t xml:space="preserve">. Hal </w:t>
      </w:r>
      <w:proofErr w:type="spellStart"/>
      <w:r>
        <w:t>tersebut</w:t>
      </w:r>
      <w:proofErr w:type="spellEnd"/>
      <w:r>
        <w:t xml:space="preserve"> </w:t>
      </w:r>
      <w:proofErr w:type="spellStart"/>
      <w:r>
        <w:t>dapat</w:t>
      </w:r>
      <w:proofErr w:type="spellEnd"/>
      <w:r>
        <w:t xml:space="preserve"> </w:t>
      </w:r>
      <w:proofErr w:type="spellStart"/>
      <w:r>
        <w:t>dikatakan</w:t>
      </w:r>
      <w:proofErr w:type="spellEnd"/>
      <w:r>
        <w:t xml:space="preserve"> </w:t>
      </w:r>
      <w:proofErr w:type="spellStart"/>
      <w:r>
        <w:t>menjadi</w:t>
      </w:r>
      <w:proofErr w:type="spellEnd"/>
      <w:r>
        <w:t xml:space="preserve"> momentum </w:t>
      </w:r>
      <w:proofErr w:type="spellStart"/>
      <w:r>
        <w:t>dalam</w:t>
      </w:r>
      <w:proofErr w:type="spellEnd"/>
      <w:r>
        <w:t xml:space="preserve"> reformasi </w:t>
      </w:r>
      <w:proofErr w:type="spellStart"/>
      <w:r>
        <w:t>Protestan</w:t>
      </w:r>
      <w:proofErr w:type="spellEnd"/>
      <w:r>
        <w:t xml:space="preserve"> </w:t>
      </w:r>
      <w:proofErr w:type="spellStart"/>
      <w:r>
        <w:t>terlesbih</w:t>
      </w:r>
      <w:proofErr w:type="spellEnd"/>
      <w:r>
        <w:t xml:space="preserve"> </w:t>
      </w:r>
      <w:proofErr w:type="spellStart"/>
      <w:r>
        <w:t>dalam</w:t>
      </w:r>
      <w:proofErr w:type="spellEnd"/>
      <w:r>
        <w:t xml:space="preserve"> </w:t>
      </w:r>
      <w:proofErr w:type="spellStart"/>
      <w:r>
        <w:t>sejarah</w:t>
      </w:r>
      <w:proofErr w:type="spellEnd"/>
      <w:r>
        <w:t xml:space="preserve"> </w:t>
      </w:r>
      <w:proofErr w:type="spellStart"/>
      <w:r>
        <w:t>musiknya</w:t>
      </w:r>
      <w:proofErr w:type="spellEnd"/>
      <w:r>
        <w:t xml:space="preserve"> (Jane, 2011, pp. 4-5)</w:t>
      </w:r>
    </w:p>
    <w:p w14:paraId="325EA2B7" w14:textId="77777777" w:rsidR="008E136B" w:rsidRDefault="00000000">
      <w:pPr>
        <w:jc w:val="both"/>
      </w:pPr>
      <w:proofErr w:type="spellStart"/>
      <w:r>
        <w:t>Pelayanan</w:t>
      </w:r>
      <w:proofErr w:type="spellEnd"/>
      <w:r>
        <w:t xml:space="preserve"> </w:t>
      </w:r>
      <w:proofErr w:type="spellStart"/>
      <w:r>
        <w:t>musik</w:t>
      </w:r>
      <w:proofErr w:type="spellEnd"/>
      <w:r>
        <w:t xml:space="preserve"> </w:t>
      </w:r>
      <w:proofErr w:type="spellStart"/>
      <w:r>
        <w:t>merupakan</w:t>
      </w:r>
      <w:proofErr w:type="spellEnd"/>
      <w:r>
        <w:t xml:space="preserve"> </w:t>
      </w:r>
      <w:proofErr w:type="spellStart"/>
      <w:r>
        <w:t>bagian</w:t>
      </w:r>
      <w:proofErr w:type="spellEnd"/>
      <w:r>
        <w:t xml:space="preserve"> penting dalam kehidupan gereja. Melalui nyanyian, permainan alat musik, paduan suara, dan pujian bersama, jemaat mengungkapkan iman, </w:t>
      </w:r>
      <w:r>
        <w:lastRenderedPageBreak/>
        <w:t xml:space="preserve">mengingat karya Allah, memahami firman, serta membangun persekutuan. Karena itu, musik dalam ibadah Kristen tidak tepat dipahami hanya sebagai pengisi acara atau sarana menciptakan suasana yang meriah. Musik juga mempunyai fungsi teologis dan pastoral: lirik dapat mengajar iman, nyanyian bersama dapat memperkuat rasa kebersamaan, dan cara pelayanan dilakukan dapat memperlihatkan nilai-nilai Injil. Kolose 3:16 dan Efesus 5:19 menegaskan hubungan antara nyanyian, firman, dan </w:t>
      </w:r>
      <w:proofErr w:type="spellStart"/>
      <w:r>
        <w:t>kehidupan</w:t>
      </w:r>
      <w:proofErr w:type="spellEnd"/>
      <w:r>
        <w:t xml:space="preserve"> </w:t>
      </w:r>
      <w:proofErr w:type="spellStart"/>
      <w:r>
        <w:t>bersama</w:t>
      </w:r>
      <w:proofErr w:type="spellEnd"/>
      <w:r>
        <w:t xml:space="preserve"> orang </w:t>
      </w:r>
      <w:proofErr w:type="spellStart"/>
      <w:r>
        <w:t>percaya</w:t>
      </w:r>
      <w:proofErr w:type="spellEnd"/>
      <w:r>
        <w:t>.</w:t>
      </w:r>
    </w:p>
    <w:p w14:paraId="7E24A846" w14:textId="11B57DF7" w:rsidR="00BF5546" w:rsidRDefault="00BF5546" w:rsidP="00BF5546">
      <w:pPr>
        <w:jc w:val="both"/>
      </w:pPr>
      <w:r>
        <w:t xml:space="preserve">Evelyn Underhill </w:t>
      </w:r>
      <w:proofErr w:type="spellStart"/>
      <w:r>
        <w:t>mendefinisikan</w:t>
      </w:r>
      <w:proofErr w:type="spellEnd"/>
      <w:r>
        <w:t xml:space="preserve"> ibadah </w:t>
      </w:r>
      <w:proofErr w:type="spellStart"/>
      <w:r>
        <w:t>sebagai</w:t>
      </w:r>
      <w:proofErr w:type="spellEnd"/>
      <w:r>
        <w:t xml:space="preserve"> “</w:t>
      </w:r>
      <w:proofErr w:type="spellStart"/>
      <w:r>
        <w:t>penyembahan</w:t>
      </w:r>
      <w:proofErr w:type="spellEnd"/>
      <w:r>
        <w:t xml:space="preserve"> </w:t>
      </w:r>
      <w:proofErr w:type="spellStart"/>
      <w:r>
        <w:t>manusia</w:t>
      </w:r>
      <w:proofErr w:type="spellEnd"/>
      <w:r>
        <w:t xml:space="preserve"> yang total </w:t>
      </w:r>
      <w:proofErr w:type="spellStart"/>
      <w:r>
        <w:t>sebagai</w:t>
      </w:r>
      <w:proofErr w:type="spellEnd"/>
      <w:r>
        <w:t xml:space="preserve"> </w:t>
      </w:r>
      <w:proofErr w:type="spellStart"/>
      <w:r>
        <w:t>bentuk</w:t>
      </w:r>
      <w:proofErr w:type="spellEnd"/>
      <w:r>
        <w:t xml:space="preserve"> </w:t>
      </w:r>
      <w:proofErr w:type="spellStart"/>
      <w:r>
        <w:t>ekspresi</w:t>
      </w:r>
      <w:proofErr w:type="spellEnd"/>
      <w:r>
        <w:t xml:space="preserve"> </w:t>
      </w:r>
      <w:proofErr w:type="spellStart"/>
      <w:r>
        <w:t>atau</w:t>
      </w:r>
      <w:proofErr w:type="spellEnd"/>
      <w:r>
        <w:t xml:space="preserve"> </w:t>
      </w:r>
      <w:proofErr w:type="spellStart"/>
      <w:r>
        <w:t>respons</w:t>
      </w:r>
      <w:proofErr w:type="spellEnd"/>
      <w:r>
        <w:t xml:space="preserve"> </w:t>
      </w:r>
      <w:proofErr w:type="spellStart"/>
      <w:r>
        <w:t>atau</w:t>
      </w:r>
      <w:proofErr w:type="spellEnd"/>
      <w:r>
        <w:t xml:space="preserve"> </w:t>
      </w:r>
      <w:proofErr w:type="spellStart"/>
      <w:r>
        <w:t>tanggapan</w:t>
      </w:r>
      <w:proofErr w:type="spellEnd"/>
      <w:r>
        <w:t xml:space="preserve"> </w:t>
      </w:r>
      <w:proofErr w:type="spellStart"/>
      <w:r>
        <w:t>kepada</w:t>
      </w:r>
      <w:proofErr w:type="spellEnd"/>
      <w:r>
        <w:t xml:space="preserve"> Allah yang </w:t>
      </w:r>
      <w:proofErr w:type="spellStart"/>
      <w:r>
        <w:t>kekal</w:t>
      </w:r>
      <w:proofErr w:type="spellEnd"/>
      <w:r>
        <w:t>” (</w:t>
      </w:r>
      <w:proofErr w:type="spellStart"/>
      <w:r>
        <w:t>Rusmansyah</w:t>
      </w:r>
      <w:proofErr w:type="spellEnd"/>
      <w:r>
        <w:t xml:space="preserve">, 2009, p. 67). </w:t>
      </w:r>
      <w:proofErr w:type="spellStart"/>
      <w:r>
        <w:t>Secara</w:t>
      </w:r>
      <w:proofErr w:type="spellEnd"/>
      <w:r>
        <w:t xml:space="preserve"> </w:t>
      </w:r>
      <w:proofErr w:type="spellStart"/>
      <w:r>
        <w:t>konsep</w:t>
      </w:r>
      <w:proofErr w:type="spellEnd"/>
      <w:r>
        <w:t xml:space="preserve"> </w:t>
      </w:r>
      <w:proofErr w:type="spellStart"/>
      <w:r>
        <w:t>sederhana</w:t>
      </w:r>
      <w:proofErr w:type="spellEnd"/>
      <w:r>
        <w:t xml:space="preserve"> </w:t>
      </w:r>
      <w:proofErr w:type="spellStart"/>
      <w:r>
        <w:t>istilah</w:t>
      </w:r>
      <w:proofErr w:type="spellEnd"/>
      <w:r>
        <w:t xml:space="preserve"> ibadah </w:t>
      </w:r>
      <w:proofErr w:type="spellStart"/>
      <w:r>
        <w:t>itu</w:t>
      </w:r>
      <w:proofErr w:type="spellEnd"/>
      <w:r>
        <w:t xml:space="preserve"> </w:t>
      </w:r>
      <w:proofErr w:type="spellStart"/>
      <w:r>
        <w:t>adalah</w:t>
      </w:r>
      <w:proofErr w:type="spellEnd"/>
      <w:r>
        <w:t xml:space="preserve"> </w:t>
      </w:r>
      <w:proofErr w:type="spellStart"/>
      <w:r>
        <w:t>pelayanan</w:t>
      </w:r>
      <w:proofErr w:type="spellEnd"/>
      <w:r>
        <w:t xml:space="preserve">. </w:t>
      </w:r>
      <w:proofErr w:type="spellStart"/>
      <w:r>
        <w:t>Pelayanan</w:t>
      </w:r>
      <w:proofErr w:type="spellEnd"/>
      <w:r>
        <w:t xml:space="preserve"> </w:t>
      </w:r>
      <w:proofErr w:type="spellStart"/>
      <w:r>
        <w:t>disini</w:t>
      </w:r>
      <w:proofErr w:type="spellEnd"/>
      <w:r>
        <w:t xml:space="preserve"> </w:t>
      </w:r>
      <w:proofErr w:type="spellStart"/>
      <w:r>
        <w:t>bukan</w:t>
      </w:r>
      <w:proofErr w:type="spellEnd"/>
      <w:r>
        <w:t xml:space="preserve"> </w:t>
      </w:r>
      <w:proofErr w:type="spellStart"/>
      <w:r>
        <w:t>sekedar</w:t>
      </w:r>
      <w:proofErr w:type="spellEnd"/>
      <w:r>
        <w:t xml:space="preserve"> </w:t>
      </w:r>
      <w:proofErr w:type="spellStart"/>
      <w:r>
        <w:t>penyembahan</w:t>
      </w:r>
      <w:proofErr w:type="spellEnd"/>
      <w:r>
        <w:t xml:space="preserve"> </w:t>
      </w:r>
      <w:proofErr w:type="spellStart"/>
      <w:r>
        <w:t>semata</w:t>
      </w:r>
      <w:proofErr w:type="spellEnd"/>
      <w:r>
        <w:t xml:space="preserve"> </w:t>
      </w:r>
      <w:proofErr w:type="spellStart"/>
      <w:r>
        <w:t>akan</w:t>
      </w:r>
      <w:proofErr w:type="spellEnd"/>
      <w:r>
        <w:t xml:space="preserve"> </w:t>
      </w:r>
      <w:proofErr w:type="spellStart"/>
      <w:r>
        <w:t>tetapi</w:t>
      </w:r>
      <w:proofErr w:type="spellEnd"/>
      <w:r>
        <w:t xml:space="preserve"> juga </w:t>
      </w:r>
      <w:proofErr w:type="spellStart"/>
      <w:r>
        <w:t>melayani</w:t>
      </w:r>
      <w:proofErr w:type="spellEnd"/>
      <w:r>
        <w:t xml:space="preserve"> </w:t>
      </w:r>
      <w:proofErr w:type="spellStart"/>
      <w:r>
        <w:t>kepada</w:t>
      </w:r>
      <w:proofErr w:type="spellEnd"/>
      <w:r>
        <w:t xml:space="preserve"> </w:t>
      </w:r>
      <w:proofErr w:type="spellStart"/>
      <w:r>
        <w:t>sesama</w:t>
      </w:r>
      <w:proofErr w:type="spellEnd"/>
      <w:r>
        <w:t xml:space="preserve"> </w:t>
      </w:r>
      <w:proofErr w:type="spellStart"/>
      <w:r>
        <w:t>manusia</w:t>
      </w:r>
      <w:proofErr w:type="spellEnd"/>
      <w:r>
        <w:t xml:space="preserve"> juga. </w:t>
      </w:r>
      <w:proofErr w:type="spellStart"/>
      <w:r>
        <w:t>Misalnya</w:t>
      </w:r>
      <w:proofErr w:type="spellEnd"/>
      <w:r>
        <w:t xml:space="preserve"> </w:t>
      </w:r>
      <w:proofErr w:type="spellStart"/>
      <w:r>
        <w:t>kita</w:t>
      </w:r>
      <w:proofErr w:type="spellEnd"/>
      <w:r>
        <w:t xml:space="preserve"> </w:t>
      </w:r>
      <w:proofErr w:type="spellStart"/>
      <w:r>
        <w:t>lihat</w:t>
      </w:r>
      <w:proofErr w:type="spellEnd"/>
      <w:r>
        <w:t xml:space="preserve"> di (Matius 5:23-24; Lukas 10:25-37) di mana ibadah </w:t>
      </w:r>
      <w:proofErr w:type="spellStart"/>
      <w:r>
        <w:t>itu</w:t>
      </w:r>
      <w:proofErr w:type="spellEnd"/>
      <w:r>
        <w:t xml:space="preserve"> </w:t>
      </w:r>
      <w:proofErr w:type="spellStart"/>
      <w:r>
        <w:t>tidak</w:t>
      </w:r>
      <w:proofErr w:type="spellEnd"/>
      <w:r>
        <w:t xml:space="preserve"> </w:t>
      </w:r>
      <w:proofErr w:type="spellStart"/>
      <w:r>
        <w:t>hanya</w:t>
      </w:r>
      <w:proofErr w:type="spellEnd"/>
      <w:r>
        <w:t xml:space="preserve"> </w:t>
      </w:r>
      <w:proofErr w:type="spellStart"/>
      <w:r>
        <w:t>sekedar</w:t>
      </w:r>
      <w:proofErr w:type="spellEnd"/>
      <w:r>
        <w:t xml:space="preserve"> </w:t>
      </w:r>
      <w:proofErr w:type="spellStart"/>
      <w:r>
        <w:t>memberikan</w:t>
      </w:r>
      <w:proofErr w:type="spellEnd"/>
      <w:r>
        <w:t xml:space="preserve"> </w:t>
      </w:r>
      <w:proofErr w:type="spellStart"/>
      <w:r>
        <w:t>persembahan</w:t>
      </w:r>
      <w:proofErr w:type="spellEnd"/>
      <w:r>
        <w:t xml:space="preserve"> </w:t>
      </w:r>
      <w:proofErr w:type="spellStart"/>
      <w:r>
        <w:t>semata</w:t>
      </w:r>
      <w:proofErr w:type="spellEnd"/>
      <w:r>
        <w:t xml:space="preserve"> </w:t>
      </w:r>
      <w:proofErr w:type="spellStart"/>
      <w:r>
        <w:t>akan</w:t>
      </w:r>
      <w:proofErr w:type="spellEnd"/>
      <w:r>
        <w:t xml:space="preserve"> </w:t>
      </w:r>
      <w:proofErr w:type="spellStart"/>
      <w:r>
        <w:t>tetapi</w:t>
      </w:r>
      <w:proofErr w:type="spellEnd"/>
      <w:r>
        <w:t xml:space="preserve"> </w:t>
      </w:r>
      <w:proofErr w:type="spellStart"/>
      <w:r>
        <w:t>harus</w:t>
      </w:r>
      <w:proofErr w:type="spellEnd"/>
      <w:r>
        <w:t xml:space="preserve"> </w:t>
      </w:r>
      <w:proofErr w:type="spellStart"/>
      <w:r>
        <w:t>ada</w:t>
      </w:r>
      <w:proofErr w:type="spellEnd"/>
      <w:r>
        <w:t xml:space="preserve"> </w:t>
      </w:r>
      <w:proofErr w:type="spellStart"/>
      <w:r>
        <w:t>wujud</w:t>
      </w:r>
      <w:proofErr w:type="spellEnd"/>
      <w:r>
        <w:t xml:space="preserve"> </w:t>
      </w:r>
      <w:proofErr w:type="spellStart"/>
      <w:r>
        <w:t>kasih</w:t>
      </w:r>
      <w:proofErr w:type="spellEnd"/>
      <w:r>
        <w:t xml:space="preserve"> yang di </w:t>
      </w:r>
      <w:proofErr w:type="spellStart"/>
      <w:r>
        <w:t>munculkan</w:t>
      </w:r>
      <w:proofErr w:type="spellEnd"/>
      <w:r>
        <w:t xml:space="preserve">. </w:t>
      </w:r>
      <w:proofErr w:type="spellStart"/>
      <w:r>
        <w:t>Bahkan</w:t>
      </w:r>
      <w:proofErr w:type="spellEnd"/>
      <w:r>
        <w:t xml:space="preserve"> Yohanes 4:20-24 </w:t>
      </w:r>
      <w:proofErr w:type="spellStart"/>
      <w:r>
        <w:t>menuliskan</w:t>
      </w:r>
      <w:proofErr w:type="spellEnd"/>
      <w:r>
        <w:t xml:space="preserve"> </w:t>
      </w:r>
      <w:proofErr w:type="spellStart"/>
      <w:r>
        <w:t>bahwa</w:t>
      </w:r>
      <w:proofErr w:type="spellEnd"/>
      <w:r>
        <w:t xml:space="preserve"> </w:t>
      </w:r>
      <w:proofErr w:type="spellStart"/>
      <w:r>
        <w:t>beribadah</w:t>
      </w:r>
      <w:proofErr w:type="spellEnd"/>
      <w:r>
        <w:t xml:space="preserve"> </w:t>
      </w:r>
      <w:proofErr w:type="spellStart"/>
      <w:r>
        <w:t>itu</w:t>
      </w:r>
      <w:proofErr w:type="spellEnd"/>
      <w:r>
        <w:t xml:space="preserve"> </w:t>
      </w:r>
      <w:proofErr w:type="spellStart"/>
      <w:r>
        <w:t>harus</w:t>
      </w:r>
      <w:proofErr w:type="spellEnd"/>
      <w:r>
        <w:t xml:space="preserve"> </w:t>
      </w:r>
      <w:proofErr w:type="spellStart"/>
      <w:r>
        <w:t>dengan</w:t>
      </w:r>
      <w:proofErr w:type="spellEnd"/>
      <w:r>
        <w:t xml:space="preserve"> </w:t>
      </w:r>
      <w:proofErr w:type="spellStart"/>
      <w:r>
        <w:t>roh</w:t>
      </w:r>
      <w:proofErr w:type="spellEnd"/>
      <w:r>
        <w:t xml:space="preserve"> dan </w:t>
      </w:r>
      <w:proofErr w:type="spellStart"/>
      <w:r>
        <w:t>kebenaran</w:t>
      </w:r>
      <w:proofErr w:type="spellEnd"/>
      <w:r>
        <w:t xml:space="preserve">. Jadi ibadah </w:t>
      </w:r>
      <w:proofErr w:type="spellStart"/>
      <w:r>
        <w:t>itu</w:t>
      </w:r>
      <w:proofErr w:type="spellEnd"/>
      <w:r>
        <w:t xml:space="preserve"> </w:t>
      </w:r>
      <w:proofErr w:type="spellStart"/>
      <w:r>
        <w:t>harus</w:t>
      </w:r>
      <w:proofErr w:type="spellEnd"/>
      <w:r>
        <w:t xml:space="preserve"> </w:t>
      </w:r>
      <w:proofErr w:type="spellStart"/>
      <w:r>
        <w:t>memiliki</w:t>
      </w:r>
      <w:proofErr w:type="spellEnd"/>
      <w:r>
        <w:t xml:space="preserve"> </w:t>
      </w:r>
      <w:proofErr w:type="spellStart"/>
      <w:r>
        <w:t>hati</w:t>
      </w:r>
      <w:proofErr w:type="spellEnd"/>
      <w:r>
        <w:t xml:space="preserve"> yang </w:t>
      </w:r>
      <w:proofErr w:type="spellStart"/>
      <w:r>
        <w:t>menyembah</w:t>
      </w:r>
      <w:proofErr w:type="spellEnd"/>
      <w:r>
        <w:t xml:space="preserve">, </w:t>
      </w:r>
      <w:proofErr w:type="spellStart"/>
      <w:r>
        <w:t>hidup</w:t>
      </w:r>
      <w:proofErr w:type="spellEnd"/>
      <w:r>
        <w:t xml:space="preserve"> </w:t>
      </w:r>
      <w:proofErr w:type="spellStart"/>
      <w:r>
        <w:t>dalam</w:t>
      </w:r>
      <w:proofErr w:type="spellEnd"/>
      <w:r>
        <w:t xml:space="preserve"> </w:t>
      </w:r>
      <w:proofErr w:type="spellStart"/>
      <w:r>
        <w:t>kekudusan</w:t>
      </w:r>
      <w:proofErr w:type="spellEnd"/>
      <w:r>
        <w:t xml:space="preserve">, dan juga </w:t>
      </w:r>
      <w:proofErr w:type="spellStart"/>
      <w:r>
        <w:t>harus</w:t>
      </w:r>
      <w:proofErr w:type="spellEnd"/>
      <w:r>
        <w:t xml:space="preserve"> </w:t>
      </w:r>
      <w:proofErr w:type="spellStart"/>
      <w:r>
        <w:t>hidup</w:t>
      </w:r>
      <w:proofErr w:type="spellEnd"/>
      <w:r>
        <w:t xml:space="preserve"> </w:t>
      </w:r>
      <w:proofErr w:type="spellStart"/>
      <w:r>
        <w:t>bersama</w:t>
      </w:r>
      <w:proofErr w:type="spellEnd"/>
      <w:r>
        <w:t xml:space="preserve"> </w:t>
      </w:r>
      <w:proofErr w:type="spellStart"/>
      <w:r>
        <w:t>persekutan</w:t>
      </w:r>
      <w:proofErr w:type="spellEnd"/>
      <w:r>
        <w:t xml:space="preserve"> orang-orang </w:t>
      </w:r>
      <w:proofErr w:type="spellStart"/>
      <w:r>
        <w:t>percaya</w:t>
      </w:r>
      <w:proofErr w:type="spellEnd"/>
      <w:r>
        <w:t xml:space="preserve"> </w:t>
      </w:r>
      <w:proofErr w:type="spellStart"/>
      <w:r>
        <w:t>dengan</w:t>
      </w:r>
      <w:proofErr w:type="spellEnd"/>
      <w:r>
        <w:t xml:space="preserve"> </w:t>
      </w:r>
      <w:proofErr w:type="spellStart"/>
      <w:r>
        <w:t>saling</w:t>
      </w:r>
      <w:proofErr w:type="spellEnd"/>
      <w:r>
        <w:t xml:space="preserve"> </w:t>
      </w:r>
      <w:proofErr w:type="spellStart"/>
      <w:r>
        <w:t>memperhatikan</w:t>
      </w:r>
      <w:proofErr w:type="spellEnd"/>
      <w:r>
        <w:t xml:space="preserve"> </w:t>
      </w:r>
      <w:proofErr w:type="spellStart"/>
      <w:r>
        <w:t>satu</w:t>
      </w:r>
      <w:proofErr w:type="spellEnd"/>
      <w:r>
        <w:t xml:space="preserve"> </w:t>
      </w:r>
      <w:proofErr w:type="spellStart"/>
      <w:r>
        <w:t>dengan</w:t>
      </w:r>
      <w:proofErr w:type="spellEnd"/>
      <w:r>
        <w:t xml:space="preserve"> yang </w:t>
      </w:r>
      <w:proofErr w:type="spellStart"/>
      <w:r>
        <w:t>lainnya</w:t>
      </w:r>
      <w:proofErr w:type="spellEnd"/>
      <w:r>
        <w:t>.</w:t>
      </w:r>
    </w:p>
    <w:p w14:paraId="73951F58" w14:textId="77777777" w:rsidR="008E136B" w:rsidRDefault="00000000">
      <w:pPr>
        <w:jc w:val="both"/>
      </w:pPr>
      <w:r>
        <w:t>Meskipun demikian, kualitas pelayanan musik tidak cukup diukur dari kemampuan bernyanyi, permainan instrumen, atau kecanggihan tata suara. Karakter pemimpin, cara mengambil keputusan, kemampuan bekerja sama, dan kesediaan melayani turut menentukan sehat atau tidaknya pelayanan. Pemimpin yang berbakat dapat merusak suasana tim apabila merendahkan anggota, menolak kritik, mencari pujian bagi diri sendiri, atau menggunakan jabatan untuk mengendalikan orang lain. Sebaliknya, pemimpin yang rendah hati mengembangkan keterampilan musik sekaligus membangun relasi yang adil dan saling menghormati. Dengan demikian, persoalan utama yang dibahas dalam tulisan ini adalah bagaimana kepemimpinan musik dapat menjaga mutu pelayanan tanpa mengabaikan martabat, pertumbuhan, dan kesejahteraan orang-orang yang terlibat.</w:t>
      </w:r>
    </w:p>
    <w:p w14:paraId="3AE05D25" w14:textId="77777777" w:rsidR="008E136B" w:rsidRDefault="00000000">
      <w:pPr>
        <w:jc w:val="both"/>
      </w:pPr>
      <w:r>
        <w:t xml:space="preserve">Etika kepemimpinan dalam pelayanan musik gereja membahas prinsip moral dan rohani yang menuntun pemimpin menggunakan kewenangan serta tanggung jawabnya secara benar. Penilaian etis tidak cukup bertanya apakah suatu penampilan berhasil atau terdengar bagus, tetapi juga apakah prosesnya mencerminkan kasih, kejujuran, keadilan, kerendahan hati, dan </w:t>
      </w:r>
      <w:r>
        <w:lastRenderedPageBreak/>
        <w:t>tujuan ibadah Kristen. Pelayanan yang tampak berhasil secara musikal tetap perlu dikritisi apabila dibangun melalui manipulasi, pilih kasih, penghinaan, atau pengabaian terhadap anggota. Sebaliknya, niat baik saja juga tidak cukup jika pemimpin mengabaikan persiapan, kedisiplinan, dan tanggung jawab kepada jemaat.</w:t>
      </w:r>
    </w:p>
    <w:p w14:paraId="4C6216C1" w14:textId="77777777" w:rsidR="008E136B" w:rsidRDefault="00000000">
      <w:pPr>
        <w:jc w:val="both"/>
      </w:pPr>
      <w:r>
        <w:t xml:space="preserve">Alkitab menjadi dasar utama untuk menilai kepemimpinan dalam pelayanan musik. Kolose 3:16 menghubungkan nyanyian dengan firman Kristus yang tinggal dengan kaya di tengah jemaat, sedangkan Efesus 5:19 menunjukkan bahwa nyanyian diarahkan kepada Tuhan sekaligus membangun kehidupan bersama. Markus 10:42–45 memberi prinsip bahwa kepemimpinan Kristen harus dijalankan sebagai pelayanan, bukan dominasi. Ayat-ayat tersebut tidak secara langsung memberikan petunjuk teknis tentang pemilihan mikrofon, susunan lagu, atau jadwal latihan; karena itu, prinsip Alkitab perlu ditafsirkan sesuai konteksnya lalu diterapkan secara bertanggung jawab pada </w:t>
      </w:r>
      <w:proofErr w:type="spellStart"/>
      <w:r>
        <w:t>situasi</w:t>
      </w:r>
      <w:proofErr w:type="spellEnd"/>
      <w:r>
        <w:t xml:space="preserve"> </w:t>
      </w:r>
      <w:proofErr w:type="spellStart"/>
      <w:r>
        <w:t>pelayanan</w:t>
      </w:r>
      <w:proofErr w:type="spellEnd"/>
      <w:r>
        <w:t xml:space="preserve"> masa </w:t>
      </w:r>
      <w:proofErr w:type="spellStart"/>
      <w:r>
        <w:t>kini</w:t>
      </w:r>
      <w:proofErr w:type="spellEnd"/>
      <w:r>
        <w:t>.</w:t>
      </w:r>
    </w:p>
    <w:p w14:paraId="7E3F8945" w14:textId="5D612BC2" w:rsidR="00B20FE2" w:rsidRDefault="00B20FE2" w:rsidP="00B20FE2">
      <w:pPr>
        <w:jc w:val="both"/>
      </w:pPr>
      <w:r>
        <w:t>Musi</w:t>
      </w:r>
      <w:r>
        <w:t xml:space="preserve">k </w:t>
      </w:r>
      <w:proofErr w:type="spellStart"/>
      <w:r>
        <w:t>dalam</w:t>
      </w:r>
      <w:proofErr w:type="spellEnd"/>
      <w:r>
        <w:t xml:space="preserve"> ibadah </w:t>
      </w:r>
      <w:proofErr w:type="spellStart"/>
      <w:r>
        <w:t>adalah</w:t>
      </w:r>
      <w:proofErr w:type="spellEnd"/>
      <w:r>
        <w:t xml:space="preserve"> </w:t>
      </w:r>
      <w:proofErr w:type="spellStart"/>
      <w:r>
        <w:t>suatu</w:t>
      </w:r>
      <w:proofErr w:type="spellEnd"/>
      <w:r>
        <w:t xml:space="preserve"> </w:t>
      </w:r>
      <w:proofErr w:type="spellStart"/>
      <w:r>
        <w:t>bagian</w:t>
      </w:r>
      <w:proofErr w:type="spellEnd"/>
      <w:r>
        <w:t xml:space="preserve"> yang sangat </w:t>
      </w:r>
      <w:proofErr w:type="spellStart"/>
      <w:r>
        <w:t>begitu</w:t>
      </w:r>
      <w:proofErr w:type="spellEnd"/>
      <w:r>
        <w:t xml:space="preserve"> </w:t>
      </w:r>
      <w:proofErr w:type="spellStart"/>
      <w:r>
        <w:t>penting</w:t>
      </w:r>
      <w:proofErr w:type="spellEnd"/>
      <w:r>
        <w:t xml:space="preserve">. </w:t>
      </w:r>
      <w:proofErr w:type="spellStart"/>
      <w:r>
        <w:t>Bahkan</w:t>
      </w:r>
      <w:proofErr w:type="spellEnd"/>
      <w:r>
        <w:t xml:space="preserve"> proses </w:t>
      </w:r>
      <w:proofErr w:type="spellStart"/>
      <w:r>
        <w:t>musik</w:t>
      </w:r>
      <w:proofErr w:type="spellEnd"/>
      <w:r>
        <w:t xml:space="preserve"> </w:t>
      </w:r>
      <w:proofErr w:type="spellStart"/>
      <w:r>
        <w:t>menjadi</w:t>
      </w:r>
      <w:proofErr w:type="spellEnd"/>
      <w:r>
        <w:t xml:space="preserve"> </w:t>
      </w:r>
      <w:proofErr w:type="spellStart"/>
      <w:r>
        <w:t>bagian</w:t>
      </w:r>
      <w:proofErr w:type="spellEnd"/>
      <w:r>
        <w:t xml:space="preserve"> </w:t>
      </w:r>
      <w:proofErr w:type="spellStart"/>
      <w:r>
        <w:t>dalam</w:t>
      </w:r>
      <w:proofErr w:type="spellEnd"/>
      <w:r>
        <w:t xml:space="preserve"> </w:t>
      </w:r>
      <w:proofErr w:type="spellStart"/>
      <w:r>
        <w:t>suatu</w:t>
      </w:r>
      <w:proofErr w:type="spellEnd"/>
      <w:r>
        <w:t xml:space="preserve"> ibadah </w:t>
      </w:r>
      <w:proofErr w:type="spellStart"/>
      <w:r>
        <w:t>itu</w:t>
      </w:r>
      <w:proofErr w:type="spellEnd"/>
      <w:r>
        <w:t xml:space="preserve"> </w:t>
      </w:r>
      <w:proofErr w:type="spellStart"/>
      <w:r>
        <w:t>sudah</w:t>
      </w:r>
      <w:proofErr w:type="spellEnd"/>
      <w:r>
        <w:t xml:space="preserve"> </w:t>
      </w:r>
      <w:proofErr w:type="spellStart"/>
      <w:r>
        <w:t>terjadi</w:t>
      </w:r>
      <w:proofErr w:type="spellEnd"/>
      <w:r>
        <w:t xml:space="preserve"> </w:t>
      </w:r>
      <w:proofErr w:type="spellStart"/>
      <w:r>
        <w:t>begitu</w:t>
      </w:r>
      <w:proofErr w:type="spellEnd"/>
      <w:r>
        <w:t xml:space="preserve"> sangat lama. Karena </w:t>
      </w:r>
      <w:proofErr w:type="spellStart"/>
      <w:r>
        <w:t>fungsi</w:t>
      </w:r>
      <w:proofErr w:type="spellEnd"/>
      <w:r>
        <w:t xml:space="preserve"> </w:t>
      </w:r>
      <w:proofErr w:type="spellStart"/>
      <w:r>
        <w:t>musik</w:t>
      </w:r>
      <w:proofErr w:type="spellEnd"/>
      <w:r>
        <w:t xml:space="preserve"> </w:t>
      </w:r>
      <w:proofErr w:type="spellStart"/>
      <w:r>
        <w:t>sendiri</w:t>
      </w:r>
      <w:proofErr w:type="spellEnd"/>
      <w:r>
        <w:t xml:space="preserve"> </w:t>
      </w:r>
      <w:proofErr w:type="spellStart"/>
      <w:r>
        <w:t>begitu</w:t>
      </w:r>
      <w:proofErr w:type="spellEnd"/>
      <w:r>
        <w:t xml:space="preserve"> </w:t>
      </w:r>
      <w:proofErr w:type="spellStart"/>
      <w:r>
        <w:t>luas</w:t>
      </w:r>
      <w:proofErr w:type="spellEnd"/>
      <w:r>
        <w:t xml:space="preserve"> </w:t>
      </w:r>
      <w:proofErr w:type="spellStart"/>
      <w:r>
        <w:t>yaitu</w:t>
      </w:r>
      <w:proofErr w:type="spellEnd"/>
      <w:r>
        <w:t xml:space="preserve"> 1) </w:t>
      </w:r>
      <w:proofErr w:type="spellStart"/>
      <w:r>
        <w:t>sebagai</w:t>
      </w:r>
      <w:proofErr w:type="spellEnd"/>
      <w:r>
        <w:t xml:space="preserve"> </w:t>
      </w:r>
      <w:proofErr w:type="spellStart"/>
      <w:r>
        <w:t>ungkapan</w:t>
      </w:r>
      <w:proofErr w:type="spellEnd"/>
      <w:r>
        <w:t xml:space="preserve"> </w:t>
      </w:r>
      <w:proofErr w:type="spellStart"/>
      <w:r>
        <w:t>ekspresi</w:t>
      </w:r>
      <w:proofErr w:type="spellEnd"/>
      <w:r>
        <w:t xml:space="preserve"> </w:t>
      </w:r>
      <w:proofErr w:type="spellStart"/>
      <w:r>
        <w:t>kita</w:t>
      </w:r>
      <w:proofErr w:type="spellEnd"/>
      <w:r>
        <w:t xml:space="preserve"> </w:t>
      </w:r>
      <w:proofErr w:type="spellStart"/>
      <w:r>
        <w:t>akan</w:t>
      </w:r>
      <w:proofErr w:type="spellEnd"/>
      <w:r>
        <w:t xml:space="preserve"> </w:t>
      </w:r>
      <w:proofErr w:type="spellStart"/>
      <w:r>
        <w:t>apa</w:t>
      </w:r>
      <w:proofErr w:type="spellEnd"/>
      <w:r>
        <w:t xml:space="preserve"> yang </w:t>
      </w:r>
      <w:proofErr w:type="spellStart"/>
      <w:r>
        <w:t>dialami</w:t>
      </w:r>
      <w:proofErr w:type="spellEnd"/>
      <w:r>
        <w:t xml:space="preserve"> dan </w:t>
      </w:r>
      <w:proofErr w:type="spellStart"/>
      <w:r>
        <w:t>dirasakan</w:t>
      </w:r>
      <w:proofErr w:type="spellEnd"/>
      <w:r>
        <w:t xml:space="preserve"> </w:t>
      </w:r>
      <w:proofErr w:type="spellStart"/>
      <w:r>
        <w:t>serta</w:t>
      </w:r>
      <w:proofErr w:type="spellEnd"/>
      <w:r>
        <w:t xml:space="preserve"> 2) </w:t>
      </w:r>
      <w:proofErr w:type="spellStart"/>
      <w:r>
        <w:t>dapat</w:t>
      </w:r>
      <w:proofErr w:type="spellEnd"/>
      <w:r>
        <w:t xml:space="preserve"> </w:t>
      </w:r>
      <w:proofErr w:type="spellStart"/>
      <w:r>
        <w:t>sebagai</w:t>
      </w:r>
      <w:proofErr w:type="spellEnd"/>
      <w:r>
        <w:t xml:space="preserve"> </w:t>
      </w:r>
      <w:proofErr w:type="spellStart"/>
      <w:r>
        <w:t>sarana</w:t>
      </w:r>
      <w:proofErr w:type="spellEnd"/>
      <w:r>
        <w:t xml:space="preserve"> </w:t>
      </w:r>
      <w:proofErr w:type="spellStart"/>
      <w:r>
        <w:t>komunikasi</w:t>
      </w:r>
      <w:proofErr w:type="spellEnd"/>
      <w:r>
        <w:t xml:space="preserve">. Dari </w:t>
      </w:r>
      <w:proofErr w:type="spellStart"/>
      <w:r>
        <w:t>hal</w:t>
      </w:r>
      <w:proofErr w:type="spellEnd"/>
      <w:r>
        <w:t xml:space="preserve"> </w:t>
      </w:r>
      <w:proofErr w:type="spellStart"/>
      <w:r>
        <w:t>tersebutjuga</w:t>
      </w:r>
      <w:proofErr w:type="spellEnd"/>
      <w:r>
        <w:t xml:space="preserve"> </w:t>
      </w:r>
      <w:proofErr w:type="spellStart"/>
      <w:r>
        <w:t>kita</w:t>
      </w:r>
      <w:proofErr w:type="spellEnd"/>
      <w:r>
        <w:t xml:space="preserve"> </w:t>
      </w:r>
      <w:proofErr w:type="spellStart"/>
      <w:r>
        <w:t>mengetahui</w:t>
      </w:r>
      <w:proofErr w:type="spellEnd"/>
      <w:r>
        <w:t xml:space="preserve"> </w:t>
      </w:r>
      <w:proofErr w:type="spellStart"/>
      <w:r>
        <w:t>bahwa</w:t>
      </w:r>
      <w:proofErr w:type="spellEnd"/>
      <w:r>
        <w:t xml:space="preserve"> </w:t>
      </w:r>
      <w:proofErr w:type="spellStart"/>
      <w:r>
        <w:t>musik</w:t>
      </w:r>
      <w:proofErr w:type="spellEnd"/>
      <w:r>
        <w:t xml:space="preserve"> </w:t>
      </w:r>
      <w:proofErr w:type="spellStart"/>
      <w:r>
        <w:t>begitu</w:t>
      </w:r>
      <w:proofErr w:type="spellEnd"/>
      <w:r>
        <w:t xml:space="preserve"> </w:t>
      </w:r>
      <w:proofErr w:type="spellStart"/>
      <w:r>
        <w:t>penting</w:t>
      </w:r>
      <w:proofErr w:type="spellEnd"/>
      <w:r>
        <w:t xml:space="preserve"> di </w:t>
      </w:r>
      <w:proofErr w:type="spellStart"/>
      <w:r>
        <w:t>dalam</w:t>
      </w:r>
      <w:proofErr w:type="spellEnd"/>
      <w:r>
        <w:t xml:space="preserve"> ibadah </w:t>
      </w:r>
      <w:proofErr w:type="spellStart"/>
      <w:r>
        <w:t>gereja</w:t>
      </w:r>
      <w:proofErr w:type="spellEnd"/>
      <w:r>
        <w:t xml:space="preserve">. Karena </w:t>
      </w:r>
      <w:proofErr w:type="spellStart"/>
      <w:r>
        <w:t>dengan</w:t>
      </w:r>
      <w:proofErr w:type="spellEnd"/>
      <w:r>
        <w:t xml:space="preserve"> </w:t>
      </w:r>
      <w:proofErr w:type="spellStart"/>
      <w:r>
        <w:t>adanya</w:t>
      </w:r>
      <w:proofErr w:type="spellEnd"/>
      <w:r>
        <w:t xml:space="preserve"> </w:t>
      </w:r>
      <w:proofErr w:type="spellStart"/>
      <w:r>
        <w:t>musik</w:t>
      </w:r>
      <w:proofErr w:type="spellEnd"/>
      <w:r>
        <w:t xml:space="preserve"> </w:t>
      </w:r>
      <w:proofErr w:type="spellStart"/>
      <w:r>
        <w:t>kita</w:t>
      </w:r>
      <w:proofErr w:type="spellEnd"/>
      <w:r>
        <w:t xml:space="preserve"> </w:t>
      </w:r>
      <w:proofErr w:type="spellStart"/>
      <w:r>
        <w:t>dapat</w:t>
      </w:r>
      <w:proofErr w:type="spellEnd"/>
      <w:r>
        <w:t xml:space="preserve"> </w:t>
      </w:r>
      <w:proofErr w:type="spellStart"/>
      <w:r>
        <w:t>mengekspresikan</w:t>
      </w:r>
      <w:proofErr w:type="spellEnd"/>
      <w:r>
        <w:t xml:space="preserve"> </w:t>
      </w:r>
      <w:proofErr w:type="spellStart"/>
      <w:r>
        <w:t>betapa</w:t>
      </w:r>
      <w:proofErr w:type="spellEnd"/>
      <w:r>
        <w:t xml:space="preserve"> Tuhan </w:t>
      </w:r>
      <w:proofErr w:type="spellStart"/>
      <w:r>
        <w:t>itu</w:t>
      </w:r>
      <w:proofErr w:type="spellEnd"/>
      <w:r>
        <w:t xml:space="preserve"> </w:t>
      </w:r>
      <w:proofErr w:type="spellStart"/>
      <w:r>
        <w:t>besar</w:t>
      </w:r>
      <w:proofErr w:type="spellEnd"/>
      <w:r>
        <w:t xml:space="preserve"> dan </w:t>
      </w:r>
      <w:proofErr w:type="spellStart"/>
      <w:r>
        <w:t>ajaib</w:t>
      </w:r>
      <w:proofErr w:type="spellEnd"/>
      <w:r>
        <w:t xml:space="preserve"> (</w:t>
      </w:r>
      <w:proofErr w:type="spellStart"/>
      <w:r>
        <w:t>melalui</w:t>
      </w:r>
      <w:proofErr w:type="spellEnd"/>
      <w:r>
        <w:t xml:space="preserve"> </w:t>
      </w:r>
      <w:proofErr w:type="spellStart"/>
      <w:r>
        <w:t>mazmur-mazmur</w:t>
      </w:r>
      <w:proofErr w:type="spellEnd"/>
      <w:r>
        <w:t xml:space="preserve"> yang </w:t>
      </w:r>
      <w:proofErr w:type="spellStart"/>
      <w:r>
        <w:t>kita</w:t>
      </w:r>
      <w:proofErr w:type="spellEnd"/>
      <w:r>
        <w:t xml:space="preserve"> </w:t>
      </w:r>
      <w:proofErr w:type="spellStart"/>
      <w:r>
        <w:t>tuangkan</w:t>
      </w:r>
      <w:proofErr w:type="spellEnd"/>
      <w:r>
        <w:t xml:space="preserve"> dan </w:t>
      </w:r>
      <w:proofErr w:type="spellStart"/>
      <w:r>
        <w:t>kita</w:t>
      </w:r>
      <w:proofErr w:type="spellEnd"/>
      <w:r>
        <w:t xml:space="preserve"> </w:t>
      </w:r>
      <w:proofErr w:type="spellStart"/>
      <w:r>
        <w:t>serukan</w:t>
      </w:r>
      <w:proofErr w:type="spellEnd"/>
      <w:r>
        <w:t xml:space="preserve"> </w:t>
      </w:r>
      <w:proofErr w:type="spellStart"/>
      <w:r>
        <w:t>dalam</w:t>
      </w:r>
      <w:proofErr w:type="spellEnd"/>
      <w:r>
        <w:t xml:space="preserve"> </w:t>
      </w:r>
      <w:proofErr w:type="spellStart"/>
      <w:r>
        <w:t>lirik</w:t>
      </w:r>
      <w:proofErr w:type="spellEnd"/>
      <w:r>
        <w:t xml:space="preserve"> </w:t>
      </w:r>
      <w:proofErr w:type="spellStart"/>
      <w:r>
        <w:t>musik</w:t>
      </w:r>
      <w:proofErr w:type="spellEnd"/>
      <w:r>
        <w:t xml:space="preserve"> </w:t>
      </w:r>
      <w:proofErr w:type="spellStart"/>
      <w:r>
        <w:t>tersebut</w:t>
      </w:r>
      <w:proofErr w:type="spellEnd"/>
      <w:r>
        <w:t xml:space="preserve">), </w:t>
      </w:r>
      <w:proofErr w:type="spellStart"/>
      <w:r>
        <w:t>lalu</w:t>
      </w:r>
      <w:proofErr w:type="spellEnd"/>
      <w:r>
        <w:t xml:space="preserve"> </w:t>
      </w:r>
      <w:proofErr w:type="spellStart"/>
      <w:r>
        <w:t>dapat</w:t>
      </w:r>
      <w:proofErr w:type="spellEnd"/>
      <w:r>
        <w:t xml:space="preserve"> juga </w:t>
      </w:r>
      <w:proofErr w:type="spellStart"/>
      <w:r>
        <w:t>sebagai</w:t>
      </w:r>
      <w:proofErr w:type="spellEnd"/>
      <w:r>
        <w:t xml:space="preserve"> </w:t>
      </w:r>
      <w:proofErr w:type="spellStart"/>
      <w:r>
        <w:t>bentuk</w:t>
      </w:r>
      <w:proofErr w:type="spellEnd"/>
      <w:r>
        <w:t xml:space="preserve"> </w:t>
      </w:r>
      <w:proofErr w:type="spellStart"/>
      <w:r>
        <w:t>permohonan</w:t>
      </w:r>
      <w:proofErr w:type="spellEnd"/>
      <w:r>
        <w:t xml:space="preserve"> </w:t>
      </w:r>
      <w:proofErr w:type="spellStart"/>
      <w:r>
        <w:t>doa</w:t>
      </w:r>
      <w:proofErr w:type="spellEnd"/>
      <w:r>
        <w:t xml:space="preserve"> </w:t>
      </w:r>
      <w:proofErr w:type="spellStart"/>
      <w:r>
        <w:t>kita</w:t>
      </w:r>
      <w:proofErr w:type="spellEnd"/>
      <w:r>
        <w:t xml:space="preserve"> </w:t>
      </w:r>
      <w:proofErr w:type="spellStart"/>
      <w:r>
        <w:t>kepada</w:t>
      </w:r>
      <w:proofErr w:type="spellEnd"/>
      <w:r>
        <w:t xml:space="preserve"> Tuhan (</w:t>
      </w:r>
      <w:proofErr w:type="spellStart"/>
      <w:r>
        <w:t>dalam</w:t>
      </w:r>
      <w:proofErr w:type="spellEnd"/>
      <w:r>
        <w:t xml:space="preserve"> </w:t>
      </w:r>
      <w:proofErr w:type="spellStart"/>
      <w:r>
        <w:t>hal</w:t>
      </w:r>
      <w:proofErr w:type="spellEnd"/>
      <w:r>
        <w:t xml:space="preserve"> </w:t>
      </w:r>
      <w:proofErr w:type="spellStart"/>
      <w:r>
        <w:t>ini</w:t>
      </w:r>
      <w:proofErr w:type="spellEnd"/>
      <w:r>
        <w:t xml:space="preserve"> </w:t>
      </w:r>
      <w:proofErr w:type="spellStart"/>
      <w:r>
        <w:t>adalah</w:t>
      </w:r>
      <w:proofErr w:type="spellEnd"/>
      <w:r>
        <w:t xml:space="preserve"> </w:t>
      </w:r>
      <w:proofErr w:type="spellStart"/>
      <w:r>
        <w:t>bentuk</w:t>
      </w:r>
      <w:proofErr w:type="spellEnd"/>
      <w:r>
        <w:t xml:space="preserve"> </w:t>
      </w:r>
      <w:proofErr w:type="spellStart"/>
      <w:r>
        <w:t>komunikasi</w:t>
      </w:r>
      <w:proofErr w:type="spellEnd"/>
      <w:r>
        <w:t xml:space="preserve"> </w:t>
      </w:r>
      <w:proofErr w:type="spellStart"/>
      <w:r>
        <w:t>kita</w:t>
      </w:r>
      <w:proofErr w:type="spellEnd"/>
      <w:r>
        <w:t xml:space="preserve"> </w:t>
      </w:r>
      <w:proofErr w:type="spellStart"/>
      <w:r>
        <w:t>kepada</w:t>
      </w:r>
      <w:proofErr w:type="spellEnd"/>
      <w:r>
        <w:t xml:space="preserve"> Tuhan), </w:t>
      </w:r>
      <w:proofErr w:type="spellStart"/>
      <w:r>
        <w:t>lalu</w:t>
      </w:r>
      <w:proofErr w:type="spellEnd"/>
      <w:r>
        <w:t xml:space="preserve"> </w:t>
      </w:r>
      <w:proofErr w:type="spellStart"/>
      <w:r>
        <w:t>dapat</w:t>
      </w:r>
      <w:proofErr w:type="spellEnd"/>
      <w:r>
        <w:t xml:space="preserve"> juga </w:t>
      </w:r>
      <w:proofErr w:type="spellStart"/>
      <w:r>
        <w:t>sebagai</w:t>
      </w:r>
      <w:proofErr w:type="spellEnd"/>
      <w:r>
        <w:t xml:space="preserve"> </w:t>
      </w:r>
      <w:proofErr w:type="spellStart"/>
      <w:r>
        <w:t>sarana</w:t>
      </w:r>
      <w:proofErr w:type="spellEnd"/>
      <w:r>
        <w:t xml:space="preserve"> </w:t>
      </w:r>
      <w:proofErr w:type="spellStart"/>
      <w:r>
        <w:t>pemulihan</w:t>
      </w:r>
      <w:proofErr w:type="spellEnd"/>
      <w:r>
        <w:t xml:space="preserve"> </w:t>
      </w:r>
      <w:proofErr w:type="spellStart"/>
      <w:r>
        <w:t>bagi</w:t>
      </w:r>
      <w:proofErr w:type="spellEnd"/>
      <w:r>
        <w:t xml:space="preserve"> </w:t>
      </w:r>
      <w:proofErr w:type="spellStart"/>
      <w:r>
        <w:t>jiwa</w:t>
      </w:r>
      <w:proofErr w:type="spellEnd"/>
      <w:r>
        <w:t xml:space="preserve"> </w:t>
      </w:r>
      <w:proofErr w:type="spellStart"/>
      <w:r>
        <w:t>kita</w:t>
      </w:r>
      <w:proofErr w:type="spellEnd"/>
      <w:r>
        <w:t xml:space="preserve"> dan </w:t>
      </w:r>
      <w:proofErr w:type="spellStart"/>
      <w:r>
        <w:t>tidak</w:t>
      </w:r>
      <w:proofErr w:type="spellEnd"/>
      <w:r>
        <w:t xml:space="preserve"> </w:t>
      </w:r>
      <w:proofErr w:type="spellStart"/>
      <w:r>
        <w:t>kalah</w:t>
      </w:r>
      <w:proofErr w:type="spellEnd"/>
      <w:r>
        <w:t xml:space="preserve"> </w:t>
      </w:r>
      <w:proofErr w:type="spellStart"/>
      <w:r>
        <w:t>pentingnya</w:t>
      </w:r>
      <w:proofErr w:type="spellEnd"/>
      <w:r>
        <w:t xml:space="preserve"> </w:t>
      </w:r>
      <w:proofErr w:type="spellStart"/>
      <w:r>
        <w:t>dapat</w:t>
      </w:r>
      <w:proofErr w:type="spellEnd"/>
      <w:r>
        <w:t xml:space="preserve"> </w:t>
      </w:r>
      <w:proofErr w:type="spellStart"/>
      <w:r>
        <w:t>sebagai</w:t>
      </w:r>
      <w:proofErr w:type="spellEnd"/>
      <w:r>
        <w:t xml:space="preserve"> </w:t>
      </w:r>
      <w:proofErr w:type="spellStart"/>
      <w:r>
        <w:t>pengantar</w:t>
      </w:r>
      <w:proofErr w:type="spellEnd"/>
      <w:r>
        <w:t xml:space="preserve"> </w:t>
      </w:r>
      <w:proofErr w:type="spellStart"/>
      <w:r>
        <w:t>akan</w:t>
      </w:r>
      <w:proofErr w:type="spellEnd"/>
      <w:r>
        <w:t xml:space="preserve"> </w:t>
      </w:r>
      <w:proofErr w:type="spellStart"/>
      <w:r>
        <w:t>firman</w:t>
      </w:r>
      <w:proofErr w:type="spellEnd"/>
      <w:r>
        <w:t xml:space="preserve"> Tuhan </w:t>
      </w:r>
      <w:proofErr w:type="spellStart"/>
      <w:r>
        <w:t>melalui</w:t>
      </w:r>
      <w:proofErr w:type="spellEnd"/>
      <w:r>
        <w:t xml:space="preserve"> </w:t>
      </w:r>
      <w:proofErr w:type="spellStart"/>
      <w:r>
        <w:t>isi</w:t>
      </w:r>
      <w:proofErr w:type="spellEnd"/>
      <w:r>
        <w:t xml:space="preserve"> </w:t>
      </w:r>
      <w:proofErr w:type="spellStart"/>
      <w:r>
        <w:t>lirik</w:t>
      </w:r>
      <w:proofErr w:type="spellEnd"/>
      <w:r>
        <w:t xml:space="preserve"> </w:t>
      </w:r>
      <w:proofErr w:type="spellStart"/>
      <w:r>
        <w:t>atau</w:t>
      </w:r>
      <w:proofErr w:type="spellEnd"/>
      <w:r>
        <w:t xml:space="preserve"> juga </w:t>
      </w:r>
      <w:proofErr w:type="spellStart"/>
      <w:r>
        <w:t>sebelum</w:t>
      </w:r>
      <w:proofErr w:type="spellEnd"/>
      <w:r>
        <w:t xml:space="preserve"> hamba Tuhan </w:t>
      </w:r>
      <w:proofErr w:type="spellStart"/>
      <w:r>
        <w:t>akan</w:t>
      </w:r>
      <w:proofErr w:type="spellEnd"/>
      <w:r>
        <w:t xml:space="preserve"> </w:t>
      </w:r>
      <w:proofErr w:type="spellStart"/>
      <w:r>
        <w:t>menyampaikan</w:t>
      </w:r>
      <w:proofErr w:type="spellEnd"/>
      <w:r>
        <w:t xml:space="preserve"> </w:t>
      </w:r>
      <w:proofErr w:type="spellStart"/>
      <w:r>
        <w:t>kotbah</w:t>
      </w:r>
      <w:proofErr w:type="spellEnd"/>
      <w:r>
        <w:t xml:space="preserve"> di </w:t>
      </w:r>
      <w:proofErr w:type="spellStart"/>
      <w:r>
        <w:t>atas</w:t>
      </w:r>
      <w:proofErr w:type="spellEnd"/>
      <w:r>
        <w:t xml:space="preserve"> </w:t>
      </w:r>
      <w:proofErr w:type="spellStart"/>
      <w:r>
        <w:t>mimbar</w:t>
      </w:r>
      <w:proofErr w:type="spellEnd"/>
      <w:r>
        <w:t xml:space="preserve">. Satu </w:t>
      </w:r>
      <w:proofErr w:type="spellStart"/>
      <w:r>
        <w:t>hal</w:t>
      </w:r>
      <w:proofErr w:type="spellEnd"/>
      <w:r>
        <w:t xml:space="preserve"> yang </w:t>
      </w:r>
      <w:proofErr w:type="spellStart"/>
      <w:r>
        <w:t>perlu</w:t>
      </w:r>
      <w:proofErr w:type="spellEnd"/>
      <w:r>
        <w:t xml:space="preserve"> </w:t>
      </w:r>
      <w:proofErr w:type="spellStart"/>
      <w:r>
        <w:t>diperhatikan</w:t>
      </w:r>
      <w:proofErr w:type="spellEnd"/>
      <w:r>
        <w:t xml:space="preserve"> </w:t>
      </w:r>
      <w:proofErr w:type="spellStart"/>
      <w:r>
        <w:t>dalam</w:t>
      </w:r>
      <w:proofErr w:type="spellEnd"/>
      <w:r>
        <w:t xml:space="preserve"> </w:t>
      </w:r>
      <w:proofErr w:type="spellStart"/>
      <w:r>
        <w:t>musik</w:t>
      </w:r>
      <w:proofErr w:type="spellEnd"/>
      <w:r>
        <w:t xml:space="preserve"> yang </w:t>
      </w:r>
      <w:proofErr w:type="spellStart"/>
      <w:r>
        <w:t>akan</w:t>
      </w:r>
      <w:proofErr w:type="spellEnd"/>
      <w:r>
        <w:t xml:space="preserve"> </w:t>
      </w:r>
      <w:proofErr w:type="spellStart"/>
      <w:r>
        <w:t>dibawakan</w:t>
      </w:r>
      <w:proofErr w:type="spellEnd"/>
      <w:r>
        <w:t xml:space="preserve"> di </w:t>
      </w:r>
      <w:proofErr w:type="spellStart"/>
      <w:r>
        <w:t>dalam</w:t>
      </w:r>
      <w:proofErr w:type="spellEnd"/>
      <w:r>
        <w:t xml:space="preserve"> ibadah </w:t>
      </w:r>
      <w:proofErr w:type="spellStart"/>
      <w:r>
        <w:t>adalah</w:t>
      </w:r>
      <w:proofErr w:type="spellEnd"/>
      <w:r>
        <w:t xml:space="preserve"> </w:t>
      </w:r>
      <w:proofErr w:type="spellStart"/>
      <w:r>
        <w:t>soal</w:t>
      </w:r>
      <w:proofErr w:type="spellEnd"/>
      <w:r>
        <w:t xml:space="preserve"> </w:t>
      </w:r>
      <w:proofErr w:type="spellStart"/>
      <w:r>
        <w:t>sikap</w:t>
      </w:r>
      <w:proofErr w:type="spellEnd"/>
      <w:r>
        <w:t xml:space="preserve"> “</w:t>
      </w:r>
      <w:proofErr w:type="spellStart"/>
      <w:r>
        <w:t>hati</w:t>
      </w:r>
      <w:proofErr w:type="spellEnd"/>
      <w:r>
        <w:t xml:space="preserve">” </w:t>
      </w:r>
      <w:proofErr w:type="spellStart"/>
      <w:r>
        <w:t>karena</w:t>
      </w:r>
      <w:proofErr w:type="spellEnd"/>
      <w:r>
        <w:t xml:space="preserve"> </w:t>
      </w:r>
      <w:proofErr w:type="spellStart"/>
      <w:r>
        <w:t>musik</w:t>
      </w:r>
      <w:proofErr w:type="spellEnd"/>
      <w:r>
        <w:t xml:space="preserve"> </w:t>
      </w:r>
      <w:proofErr w:type="spellStart"/>
      <w:r>
        <w:t>ini</w:t>
      </w:r>
      <w:proofErr w:type="spellEnd"/>
      <w:r>
        <w:t xml:space="preserve"> </w:t>
      </w:r>
      <w:proofErr w:type="spellStart"/>
      <w:r>
        <w:t>akan</w:t>
      </w:r>
      <w:proofErr w:type="spellEnd"/>
      <w:r>
        <w:t xml:space="preserve"> </w:t>
      </w:r>
      <w:proofErr w:type="spellStart"/>
      <w:r>
        <w:t>membangun</w:t>
      </w:r>
      <w:proofErr w:type="spellEnd"/>
      <w:r>
        <w:t xml:space="preserve"> </w:t>
      </w:r>
      <w:proofErr w:type="spellStart"/>
      <w:r>
        <w:t>setiap</w:t>
      </w:r>
      <w:proofErr w:type="spellEnd"/>
      <w:r>
        <w:t xml:space="preserve"> </w:t>
      </w:r>
      <w:proofErr w:type="spellStart"/>
      <w:r>
        <w:t>umat</w:t>
      </w:r>
      <w:proofErr w:type="spellEnd"/>
      <w:r>
        <w:t xml:space="preserve"> dan juga </w:t>
      </w:r>
      <w:proofErr w:type="spellStart"/>
      <w:r>
        <w:t>sebagai</w:t>
      </w:r>
      <w:proofErr w:type="spellEnd"/>
      <w:r>
        <w:t xml:space="preserve"> </w:t>
      </w:r>
      <w:proofErr w:type="spellStart"/>
      <w:r>
        <w:t>penyembahan</w:t>
      </w:r>
      <w:proofErr w:type="spellEnd"/>
      <w:r>
        <w:t xml:space="preserve"> </w:t>
      </w:r>
      <w:proofErr w:type="spellStart"/>
      <w:r>
        <w:t>kepada</w:t>
      </w:r>
      <w:proofErr w:type="spellEnd"/>
      <w:r>
        <w:t xml:space="preserve"> Allah, </w:t>
      </w:r>
      <w:proofErr w:type="spellStart"/>
      <w:r>
        <w:t>baik</w:t>
      </w:r>
      <w:proofErr w:type="spellEnd"/>
      <w:r>
        <w:t xml:space="preserve"> </w:t>
      </w:r>
      <w:proofErr w:type="spellStart"/>
      <w:r>
        <w:t>dari</w:t>
      </w:r>
      <w:proofErr w:type="spellEnd"/>
      <w:r>
        <w:t xml:space="preserve"> </w:t>
      </w:r>
      <w:proofErr w:type="spellStart"/>
      <w:r>
        <w:t>sejak</w:t>
      </w:r>
      <w:proofErr w:type="spellEnd"/>
      <w:r>
        <w:t xml:space="preserve"> </w:t>
      </w:r>
      <w:proofErr w:type="spellStart"/>
      <w:r>
        <w:t>dahulu</w:t>
      </w:r>
      <w:proofErr w:type="spellEnd"/>
      <w:r>
        <w:t xml:space="preserve"> </w:t>
      </w:r>
      <w:proofErr w:type="spellStart"/>
      <w:r>
        <w:t>bahkan</w:t>
      </w:r>
      <w:proofErr w:type="spellEnd"/>
      <w:r>
        <w:t xml:space="preserve"> </w:t>
      </w:r>
      <w:proofErr w:type="spellStart"/>
      <w:r>
        <w:t>sampai</w:t>
      </w:r>
      <w:proofErr w:type="spellEnd"/>
      <w:r>
        <w:t xml:space="preserve"> </w:t>
      </w:r>
      <w:proofErr w:type="spellStart"/>
      <w:r>
        <w:t>sekarang</w:t>
      </w:r>
      <w:proofErr w:type="spellEnd"/>
      <w:r>
        <w:t xml:space="preserve"> </w:t>
      </w:r>
      <w:proofErr w:type="spellStart"/>
      <w:r>
        <w:t>ini</w:t>
      </w:r>
      <w:proofErr w:type="spellEnd"/>
      <w:r>
        <w:t>.</w:t>
      </w:r>
    </w:p>
    <w:p w14:paraId="08D2E5C5" w14:textId="77777777" w:rsidR="008E136B" w:rsidRDefault="00000000">
      <w:pPr>
        <w:pStyle w:val="Heading1"/>
      </w:pPr>
      <w:r>
        <w:lastRenderedPageBreak/>
        <w:t>1. PENGERTIAN ETIKA KEPEMIMPINAN DALAM PELAYANAN MUSIK</w:t>
      </w:r>
    </w:p>
    <w:p w14:paraId="1DC55CC9" w14:textId="77777777" w:rsidR="008E136B" w:rsidRDefault="00000000">
      <w:pPr>
        <w:pStyle w:val="Heading2"/>
      </w:pPr>
      <w:r>
        <w:t>1.1 Pengertian etika</w:t>
      </w:r>
    </w:p>
    <w:p w14:paraId="3785478E" w14:textId="77777777" w:rsidR="008E136B" w:rsidRDefault="00000000">
      <w:pPr>
        <w:jc w:val="both"/>
      </w:pPr>
      <w:r>
        <w:t>Etika adalah pemikiran tentang nilai, prinsip, dan tindakan yang menentukan bagaimana seseorang seharusnya hidup dan memperlakukan orang lain. Dalam kehidupan sehari-hari, etika terlihat melalui kejujuran, tanggung jawab, kesediaan menepati janji, menghormati orang lain, dan keberanian mengakui kesalahan. Etika tidak berhenti pada pengetahuan tentang mana yang baik dan buruk. Etika perlu terlihat dalam keputusan nyata, terutama ketika seseorang menghadapi tekanan, perbedaan pendapat, atau kepentingan pribadi.</w:t>
      </w:r>
    </w:p>
    <w:p w14:paraId="0F16D430" w14:textId="77777777" w:rsidR="008E136B" w:rsidRDefault="00000000">
      <w:pPr>
        <w:jc w:val="both"/>
      </w:pPr>
      <w:r>
        <w:t>Dalam kehidupan Kristen, etika berhubungan dengan iman kepada Allah dan panggilan untuk hidup sesuai dengan kehendak-Nya. Kasih kepada Allah tidak dapat dipisahkan dari kasih kepada sesama. Yesus mengajarkan agar manusia mengasihi Allah dan mengasihi sesama seperti dirinya sendiri (Matius 22:37–40). Karena itu, pemimpin musik perlu bertanya bukan hanya apakah keputusan tertentu menguntungkan tim, melainkan apakah keputusan tersebut menghormati martabat orang lain, membangun jemaat, dan mencerminkan kasih Kristus.</w:t>
      </w:r>
    </w:p>
    <w:p w14:paraId="79D6FD11" w14:textId="77777777" w:rsidR="008E136B" w:rsidRDefault="00000000">
      <w:pPr>
        <w:jc w:val="both"/>
      </w:pPr>
      <w:r>
        <w:t>Etika Kristen bukan berarti semua persoalan langsung memiliki jawaban yang mudah. Misalnya, pemimpin harus memilih antara penyanyi yang sangat terampil tetapi sering bersikap kasar dan penyanyi yang masih perlu belajar tetapi dapat bekerja sama dengan baik. Keputusan ini membutuhkan pertimbangan tentang kualitas pelayanan, pembinaan, kebutuhan jemaat, dan dampak perilaku terhadap tim. Prinsip etis membantu pemimpin menilai persoalan secara menyeluruh, bukan bertindak hanya berdasarkan rasa suka atau tidak suka.</w:t>
      </w:r>
    </w:p>
    <w:p w14:paraId="47B767E4" w14:textId="77777777" w:rsidR="008E136B" w:rsidRDefault="00000000">
      <w:pPr>
        <w:pStyle w:val="Heading2"/>
      </w:pPr>
      <w:r>
        <w:t>1.2 Pengertian kepemimpinan</w:t>
      </w:r>
    </w:p>
    <w:p w14:paraId="62197343" w14:textId="77777777" w:rsidR="008E136B" w:rsidRDefault="00000000">
      <w:pPr>
        <w:jc w:val="both"/>
      </w:pPr>
      <w:r>
        <w:t>Kepemimpinan adalah proses memengaruhi, mengarahkan, dan mendampingi orang lain untuk mencapai tujuan bersama. Kepemimpinan tidak sama dengan sekadar memiliki jabatan. Seseorang dapat memegang posisi sebagai ketua tim musik, dirigen, pemimpin pujian, atau koordinator multimedia, tetapi jabatan itu tidak otomatis membuatnya menjadi pemimpin yang baik. Kepemimpinan terlihat dari cara ia memberi arah, mengambil keputusan, menyelesaikan masalah, dan menolong anggota bertumbuh.</w:t>
      </w:r>
    </w:p>
    <w:p w14:paraId="0567BE97" w14:textId="77777777" w:rsidR="008E136B" w:rsidRDefault="00000000">
      <w:pPr>
        <w:jc w:val="both"/>
      </w:pPr>
      <w:r>
        <w:t xml:space="preserve">Kepemimpinan Kristen memiliki teladan utama dalam diri Yesus Kristus. Dalam Markus 10:42–45, Yesus membedakan cara kepemimpinan yang mengejar kekuasaan dari </w:t>
      </w:r>
      <w:r>
        <w:lastRenderedPageBreak/>
        <w:t>kepemimpinan yang melayani. Ia mengajarkan bahwa siapa yang ingin menjadi besar harus menjadi pelayan. Prinsip ini tidak menghapus tanggung jawab pemimpin untuk mengarahkan tim. Sebaliknya, prinsip ini menegaskan bahwa kewenangan harus digunakan untuk membangun orang lain, bukan untuk mengangkat diri sendiri.</w:t>
      </w:r>
    </w:p>
    <w:p w14:paraId="780753E2" w14:textId="77777777" w:rsidR="008E136B" w:rsidRDefault="00000000">
      <w:pPr>
        <w:jc w:val="both"/>
      </w:pPr>
      <w:r>
        <w:t>Pemimpin musik yang melayani tidak harus selalu menyetujui semua usulan. Ia tetap perlu menetapkan standar, membagi tugas, menegur keterlambatan, dan menentukan lagu yang sesuai. Namun, cara melakukannya harus adil dan penuh hormat. Ketegasan berbeda dari kekasaran. Disiplin berbeda dari mempermalukan. Pemimpin yang sehat menjelaskan alasan keputusan, mendengar masukan, dan bersedia mengevaluasi dirinya sendiri.</w:t>
      </w:r>
    </w:p>
    <w:p w14:paraId="4C2A0BAC" w14:textId="77777777" w:rsidR="008E136B" w:rsidRDefault="00000000">
      <w:pPr>
        <w:pStyle w:val="Heading2"/>
      </w:pPr>
      <w:r>
        <w:t>1.3 Pengertian pelayanan musik gereja</w:t>
      </w:r>
    </w:p>
    <w:p w14:paraId="040EA805" w14:textId="77777777" w:rsidR="008E136B" w:rsidRDefault="00000000">
      <w:pPr>
        <w:jc w:val="both"/>
      </w:pPr>
      <w:r>
        <w:t>Pelayanan musik gereja adalah penggunaan kemampuan vokal, alat musik, komposisi, pengaturan lagu, dan unsur musikal lainnya untuk mendukung ibadah serta kehidupan iman jemaat. Pelayanan ini dapat dilakukan oleh pemimpin pujian, pemain musik, penyanyi latar, paduan suara, dirigen, pengaransemen, operator suara, dan anggota multimedia. Meskipun tugas mereka berbeda, semua berkontribusi terhadap pengalaman ibadah bersama.</w:t>
      </w:r>
    </w:p>
    <w:p w14:paraId="415075D3" w14:textId="77777777" w:rsidR="008E136B" w:rsidRDefault="00000000">
      <w:pPr>
        <w:jc w:val="both"/>
      </w:pPr>
      <w:r>
        <w:t>Pelayanan musik bukan panggung pribadi. Dalam ibadah, kemampuan seseorang digunakan untuk melayani Allah dan menolong jemaat berpartisipasi. Karena itu, kualitas musik penting, tetapi kualitas tersebut perlu ditempatkan dalam tujuan yang tepat. Persiapan yang matang dapat mengurangi gangguan teknis dan menolong jemaat bernyanyi dengan nyaman. Akan tetapi, persiapan itu kehilangan maknanya jika dipakai untuk membangun popularitas pribadi atau merendahkan orang yang kemampuannya belum setara.</w:t>
      </w:r>
    </w:p>
    <w:p w14:paraId="46C4E75C" w14:textId="77777777" w:rsidR="008E136B" w:rsidRDefault="00000000">
      <w:pPr>
        <w:pStyle w:val="Heading2"/>
      </w:pPr>
      <w:r>
        <w:t>1.4 Hubungan etika, kepemimpinan, dan musik</w:t>
      </w:r>
    </w:p>
    <w:p w14:paraId="0AEC87BF" w14:textId="77777777" w:rsidR="008E136B" w:rsidRDefault="00000000">
      <w:pPr>
        <w:jc w:val="both"/>
      </w:pPr>
      <w:r>
        <w:t>Ketiga unsur tersebut saling berhubungan. Etika memberi prinsip tentang tindakan yang benar; kepemimpinan menerapkan prinsip itu dalam mengarahkan orang; dan pelayanan musik menjadi ruang konkret tempat prinsip tersebut diuji. Pemimpin musik membuat keputusan tentang pemilihan lagu, jadwal latihan, pembagian kesempatan tampil, penggunaan dana, komunikasi, dan penyelesaian konflik. Setiap keputusan memiliki dimensi teknis sekaligus etis.</w:t>
      </w:r>
    </w:p>
    <w:p w14:paraId="2F205D44" w14:textId="77777777" w:rsidR="008E136B" w:rsidRDefault="00000000">
      <w:pPr>
        <w:jc w:val="both"/>
      </w:pPr>
      <w:r>
        <w:lastRenderedPageBreak/>
        <w:t>Nathan Myrick dalam Music for Others (2021) menekankan pentingnya hubungan, kepedulian, dan keadilan dalam memahami aktivitas musik Kristen. Gagasan ini membantu gereja menyadari bahwa musik membentuk hubungan dan identitas komunitas. Musik dapat menyatukan, tetapi juga dapat menciptakan jarak apabila hanya kelompok tertentu yang dihargai atau jika selera musik satu pihak dianggap paling rohani. Maka, pemimpin perlu memikirkan dampak praktik musik terhadap seluruh jemaat, bukan hanya keberhasilan penampilan.</w:t>
      </w:r>
    </w:p>
    <w:p w14:paraId="07A6B9FF" w14:textId="77777777" w:rsidR="008E136B" w:rsidRDefault="00000000">
      <w:pPr>
        <w:pStyle w:val="Heading1"/>
      </w:pPr>
      <w:r>
        <w:t>2. DASAR ALKITAB BAGI ETIKA KEPEMIMPINAN MUSIK</w:t>
      </w:r>
    </w:p>
    <w:p w14:paraId="223A1945" w14:textId="77777777" w:rsidR="008E136B" w:rsidRDefault="00000000">
      <w:pPr>
        <w:pStyle w:val="Heading2"/>
      </w:pPr>
      <w:r>
        <w:t>2.1 Melayani untuk kemuliaan Allah</w:t>
      </w:r>
    </w:p>
    <w:p w14:paraId="29E8374C" w14:textId="77777777" w:rsidR="008E136B" w:rsidRDefault="00000000">
      <w:pPr>
        <w:jc w:val="both"/>
      </w:pPr>
      <w:r>
        <w:t>Kolose 3:23 mengajarkan agar segala sesuatu dilakukan dengan segenap hati seperti untuk Tuhan dan bukan untuk manusia. Prinsip ini relevan bagi pemimpin musik karena pelayanan dapat dengan mudah berubah menjadi pencarian pengakuan. Seseorang mungkin merasa puas ketika namanya diumumkan, penampilannya direkam, atau jemaat memujinya setelah ibadah. Apresiasi tidak selalu salah, tetapi menjadi masalah ketika pujian manusia menjadi tujuan utama.</w:t>
      </w:r>
    </w:p>
    <w:p w14:paraId="4C9E202C" w14:textId="77777777" w:rsidR="008E136B" w:rsidRDefault="00000000">
      <w:pPr>
        <w:jc w:val="both"/>
      </w:pPr>
      <w:r>
        <w:t>Melakukan pelayanan untuk Tuhan berarti mempersiapkan diri dengan sungguh-sungguh, menghormati jadwal, menjaga alat musik, dan bersikap jujur ketika melakukan kesalahan. Kesungguhan bukan berarti harus sempurna. Setiap pelayan dapat mengalami kekeliruan, kehilangan suara, atau menghadapi kendala teknis. Yang penting adalah kerendahan hati untuk belajar dan kesediaan memperbaiki diri. Kesadaran bahwa pelayanan ditujukan kepada Tuhan seharusnya mendorong integritas, bukan membuat seseorang merasa tidak boleh dikritik.</w:t>
      </w:r>
    </w:p>
    <w:p w14:paraId="69450F59" w14:textId="77777777" w:rsidR="008E136B" w:rsidRDefault="00000000">
      <w:pPr>
        <w:pStyle w:val="Heading2"/>
      </w:pPr>
      <w:r>
        <w:t>2.2 Musik membangun iman dan mengajar jemaat</w:t>
      </w:r>
    </w:p>
    <w:p w14:paraId="196AC198" w14:textId="77777777" w:rsidR="008E136B" w:rsidRDefault="00000000">
      <w:pPr>
        <w:jc w:val="both"/>
      </w:pPr>
      <w:r>
        <w:t>Kolose 3:16 menyatakan bahwa firman Kristus hendaknya tinggal dengan kaya di antara orang percaya, disertai pengajaran dan nasihat melalui mazmur, puji-pujian, dan nyanyian rohani. Ayat ini menunjukkan bahwa lirik lagu memiliki bobot teologis. Lagu yang dinyanyikan berulang kali dapat membentuk cara jemaat memahami Allah, manusia, dosa, keselamatan, penderitaan, dan pengharapan. Oleh karena itu, pemimpin musik perlu memeriksa isi lagu, bukan hanya melodi dan popularitasnya.</w:t>
      </w:r>
    </w:p>
    <w:p w14:paraId="2F91AC27" w14:textId="77777777" w:rsidR="008E136B" w:rsidRDefault="00000000">
      <w:pPr>
        <w:jc w:val="both"/>
      </w:pPr>
      <w:r>
        <w:lastRenderedPageBreak/>
        <w:t>Sebagai contoh, lagu dengan melodi yang menarik belum tentu tepat untuk setiap bagian ibadah. Lirik yang terlalu berpusat pada keberhasilan pribadi dapat memberi gambaran iman yang sempit jika tidak diseimbangkan dengan lagu tentang kasih karunia, pertobatan, salib, pengharapan, dan kehidupan bersama. Pemimpin tidak perlu menolak semua lagu baru, tetapi perlu menilai apakah liriknya sesuai dengan ajaran Alkitab dan konteks jemaat.</w:t>
      </w:r>
    </w:p>
    <w:p w14:paraId="02861609" w14:textId="77777777" w:rsidR="008E136B" w:rsidRDefault="00000000">
      <w:pPr>
        <w:pStyle w:val="Heading2"/>
      </w:pPr>
      <w:r>
        <w:t>2.3 Pemimpin sebagai teladan</w:t>
      </w:r>
    </w:p>
    <w:p w14:paraId="6D07FDC8" w14:textId="77777777" w:rsidR="008E136B" w:rsidRDefault="00000000">
      <w:pPr>
        <w:jc w:val="both"/>
      </w:pPr>
      <w:r>
        <w:t>Dalam 1 Timotius 4:12, Paulus mengingatkan Timotius agar menjadi teladan dalam perkataan, tingkah laku, kasih, kesetiaan, dan kesucian. Prinsip ini dapat diterapkan pada pemimpin musik. Cara berbicara saat latihan, sikap terhadap anggota baru, penggunaan media sosial, dan tanggung jawab menyelesaikan tugas menjadi bagian dari kesaksian. Tidak cukup bagi pemimpin menyampaikan lagu tentang kasih jika ia sendiri memperlakukan anggota dengan hinaan.</w:t>
      </w:r>
    </w:p>
    <w:p w14:paraId="669FC96F" w14:textId="77777777" w:rsidR="008E136B" w:rsidRDefault="00000000">
      <w:pPr>
        <w:jc w:val="both"/>
      </w:pPr>
      <w:r>
        <w:t>Teladan tidak berarti pemimpin tidak pernah gagal. Teladan juga tampak dalam cara ia merespons kegagalan. Ketika terlambat, ia meminta maaf; ketika salah memilih lagu, ia mengakui dan belajar; ketika menegur anggota secara tidak tepat, ia memperbaiki hubungan. Sikap seperti ini menunjukkan bahwa kepemimpinan Kristen bukan pencitraan kesempurnaan, melainkan proses hidup dalam kebenaran dan pertumbuhan.</w:t>
      </w:r>
    </w:p>
    <w:p w14:paraId="1AFF87C2" w14:textId="77777777" w:rsidR="008E136B" w:rsidRDefault="00000000">
      <w:pPr>
        <w:pStyle w:val="Heading2"/>
      </w:pPr>
      <w:r>
        <w:t>2.4 Kepemimpinan yang melayani</w:t>
      </w:r>
    </w:p>
    <w:p w14:paraId="5807EE8C" w14:textId="77777777" w:rsidR="008E136B" w:rsidRDefault="00000000">
      <w:pPr>
        <w:jc w:val="both"/>
      </w:pPr>
      <w:r>
        <w:t>Markus 10:42–45 menempatkan pelayanan sebagai ukuran kebesaran dalam komunitas murid Yesus. Bagi tim musik, ini berarti pemimpin tidak memanfaatkan jabatan untuk selalu mendapat bagian solo, menentukan semua keputusan tanpa diskusi, atau meminta anggota memenuhi keinginannya tanpa mempertimbangkan kemampuan mereka. Ia berusaha mengembangkan karunia orang lain dan membantu tim mencapai tujuan bersama.</w:t>
      </w:r>
    </w:p>
    <w:p w14:paraId="43575F3B" w14:textId="77777777" w:rsidR="008E136B" w:rsidRDefault="00000000">
      <w:pPr>
        <w:jc w:val="both"/>
      </w:pPr>
      <w:r>
        <w:t>Kepemimpinan yang melayani tidak sama dengan membiarkan semua hal berjalan tanpa aturan. Seorang pemimpin tetap perlu membuat keputusan akhir ketika dibutuhkan. Namun, kewenangan itu harus digunakan secara bertanggung jawab, dapat dijelaskan, dan tidak didorong oleh dendam atau kepentingan pribadi. Pemimpin yang melayani mampu mengatakan 'tidak' dengan hormat, serta mampu menerima koreksi tanpa menganggapnya sebagai serangan.</w:t>
      </w:r>
    </w:p>
    <w:p w14:paraId="09ED2344" w14:textId="77777777" w:rsidR="008E136B" w:rsidRDefault="00000000">
      <w:pPr>
        <w:pStyle w:val="Heading2"/>
      </w:pPr>
      <w:r>
        <w:lastRenderedPageBreak/>
        <w:t>2.5 Ketertiban dan kerja sama</w:t>
      </w:r>
    </w:p>
    <w:p w14:paraId="696EB075" w14:textId="77777777" w:rsidR="008E136B" w:rsidRDefault="00000000">
      <w:pPr>
        <w:jc w:val="both"/>
      </w:pPr>
      <w:r>
        <w:t>Dalam 1 Korintus 14:40, Paulus menasihatkan agar segala sesuatu berlangsung dengan sopan dan teratur. Konteks langsungnya membahas ketertiban pertemuan jemaat, tetapi prinsip umum tentang keteraturan dapat menolong pelayanan musik. Latihan yang jelas, pembagian tugas, pengaturan volume, dan komunikasi tentang perubahan lagu merupakan bentuk tanggung jawab. Ketertiban bukan tujuan akhir, melainkan sarana agar ibadah berlangsung dengan baik dan jemaat dapat berpartisipasi.</w:t>
      </w:r>
    </w:p>
    <w:p w14:paraId="567460A7" w14:textId="77777777" w:rsidR="008E136B" w:rsidRDefault="00000000">
      <w:pPr>
        <w:jc w:val="both"/>
      </w:pPr>
      <w:r>
        <w:t>Keteraturan perlu disertai kasih. Jadwal latihan yang baik tidak boleh menjadi alasan untuk mengabaikan keadaan anggota yang mengalami kesulitan. Sebaliknya, kepedulian tidak berarti membiarkan seseorang berulang kali mengabaikan komitmen tanpa komunikasi. Tim dapat menyepakati aturan bersama, seperti batas waktu konfirmasi, materi latihan yang dibagikan sebelumnya, dan prosedur jika anggota berhalangan.</w:t>
      </w:r>
    </w:p>
    <w:p w14:paraId="49ACD2F0" w14:textId="77777777" w:rsidR="008E136B" w:rsidRDefault="00000000">
      <w:pPr>
        <w:pStyle w:val="Heading2"/>
      </w:pPr>
      <w:r>
        <w:t>2.6 Karunia yang berbeda, satu tubuh</w:t>
      </w:r>
    </w:p>
    <w:p w14:paraId="06252D17" w14:textId="77777777" w:rsidR="008E136B" w:rsidRDefault="00000000">
      <w:pPr>
        <w:jc w:val="both"/>
      </w:pPr>
      <w:r>
        <w:t>Roma 12:4–8 dan 1 Korintus 12:12–27 menggambarkan jemaat sebagai tubuh dengan banyak anggota dan karunia yang berbeda. Tidak semua orang memiliki kemampuan yang sama. Ada yang kuat dalam vokal, ada yang terampil memainkan alat musik, ada yang teliti mengatur suara, dan ada yang mampu mendampingi anggota baru. Perbedaan ini seharusnya menjadi kesempatan untuk saling melengkapi, bukan alasan untuk menciptakan kasta rohani.</w:t>
      </w:r>
    </w:p>
    <w:p w14:paraId="5B3F6E0C" w14:textId="77777777" w:rsidR="008E136B" w:rsidRDefault="00000000">
      <w:pPr>
        <w:jc w:val="both"/>
      </w:pPr>
      <w:r>
        <w:t>Pemimpin musik perlu membedakan penghargaan terhadap keterampilan dari penilaian terhadap nilai seseorang. Kemampuan memang penting untuk tugas tertentu, tetapi kemampuan musik tidak membuat seseorang lebih berharga di hadapan Allah. Anggota yang belum mahir dapat diberi kesempatan belajar melalui latihan, tugas sederhana, atau pendampingan. Pada saat yang sama, pemimpin tetap harus mempertimbangkan kesiapan agar pelayanan tidak menjadi tempat bereksperimen tanpa persiapan yang cukup.</w:t>
      </w:r>
    </w:p>
    <w:p w14:paraId="2B6DA005" w14:textId="77777777" w:rsidR="008E136B" w:rsidRDefault="00000000">
      <w:pPr>
        <w:pStyle w:val="Heading2"/>
      </w:pPr>
      <w:r>
        <w:t>2.7 Integritas dan pengelolaan tanggung jawab</w:t>
      </w:r>
    </w:p>
    <w:p w14:paraId="27A0BB9B" w14:textId="77777777" w:rsidR="008E136B" w:rsidRDefault="00000000">
      <w:pPr>
        <w:jc w:val="both"/>
      </w:pPr>
      <w:r>
        <w:t xml:space="preserve">Lukas 16:10 mengajarkan bahwa orang yang setia dalam perkara kecil juga setia dalam perkara besar. Prinsip ini dapat diterapkan pada penggunaan dana musik, peminjaman alat, pengelolaan jadwal, dan pembagian honorarium jika ada. Pemimpin perlu transparan tentang anggaran, </w:t>
      </w:r>
      <w:r>
        <w:lastRenderedPageBreak/>
        <w:t>menyimpan bukti pengeluaran, dan tidak menggunakan fasilitas gereja untuk kepentingan pribadi tanpa izin.</w:t>
      </w:r>
    </w:p>
    <w:p w14:paraId="5C49F057" w14:textId="77777777" w:rsidR="008E136B" w:rsidRDefault="00000000">
      <w:pPr>
        <w:jc w:val="both"/>
      </w:pPr>
      <w:r>
        <w:t>Integritas juga mencakup penghormatan terhadap karya orang lain. Jika tim menggunakan aransemen, rekaman, atau materi berhak cipta, mereka perlu memahami aturan yang berlaku dan mengikuti kebijakan gereja. Mengambil karya orang lain lalu mengakuinya sebagai karya sendiri merupakan tindakan tidak jujur. Penggunaan materi digital untuk ibadah juga perlu memperhatikan izin dan ketentuan lisensi yang relevan.</w:t>
      </w:r>
    </w:p>
    <w:p w14:paraId="1B961AF1" w14:textId="77777777" w:rsidR="008E136B" w:rsidRDefault="00000000">
      <w:pPr>
        <w:pStyle w:val="Heading1"/>
      </w:pPr>
      <w:r>
        <w:t>3. KARAKTER YANG DIBUTUHKAN PEMIMPIN MUSIK GEREJA</w:t>
      </w:r>
    </w:p>
    <w:p w14:paraId="68944127" w14:textId="77777777" w:rsidR="008E136B" w:rsidRDefault="00000000">
      <w:pPr>
        <w:pStyle w:val="Heading2"/>
      </w:pPr>
      <w:r>
        <w:t>3.1 Kerendahan hati</w:t>
      </w:r>
    </w:p>
    <w:p w14:paraId="1A945873" w14:textId="77777777" w:rsidR="008E136B" w:rsidRDefault="00000000">
      <w:pPr>
        <w:jc w:val="both"/>
      </w:pPr>
      <w:r>
        <w:t>Kerendahan hati berarti menyadari bahwa kemampuan merupakan karunia yang perlu dikembangkan dan dipakai untuk melayani, bukan alat untuk meninggikan diri. Pemimpin yang rendah hati tidak merasa bahwa semua keputusan musiknya pasti benar. Ia mau mendengar pendapat pemain musik, penyanyi, pendeta, dan anggota jemaat. Ia juga mampu menerima kenyataan bahwa ide orang lain mungkin lebih sesuai dengan kebutuhan ibadah.</w:t>
      </w:r>
    </w:p>
    <w:p w14:paraId="4812011A" w14:textId="77777777" w:rsidR="008E136B" w:rsidRDefault="00000000">
      <w:pPr>
        <w:jc w:val="both"/>
      </w:pPr>
      <w:r>
        <w:t>Contoh sederhana dapat dilihat ketika seorang pemain musik menyampaikan bahwa nada lagu terlalu tinggi bagi sebagian besar jemaat. Pemimpin yang rendah hati akan mempertimbangkan transposisi nada atau pilihan lagu lain. Pemimpin yang arogan mungkin menjawab bahwa jemaat harus mengikuti aransemen pilihannya. Sikap kedua dapat membuat musik terdengar megah, tetapi mengurangi partisipasi jemaat dan menutup ruang dialog.</w:t>
      </w:r>
    </w:p>
    <w:p w14:paraId="75C12DAA" w14:textId="77777777" w:rsidR="008E136B" w:rsidRDefault="00000000">
      <w:pPr>
        <w:pStyle w:val="Heading2"/>
      </w:pPr>
      <w:r>
        <w:t>3.2 Kejujuran dan konsistensi</w:t>
      </w:r>
    </w:p>
    <w:p w14:paraId="0F01D031" w14:textId="77777777" w:rsidR="008E136B" w:rsidRDefault="00000000">
      <w:pPr>
        <w:jc w:val="both"/>
      </w:pPr>
      <w:r>
        <w:t>Kejujuran terlihat dari kesesuaian antara perkataan dan tindakan. Jika pemimpin meminta anggota datang tepat waktu, ia juga perlu berusaha hadir tepat waktu. Jika ada perubahan jadwal, ia perlu menyampaikan informasi dengan jelas. Jika terjadi kesalahan teknis, ia tidak seharusnya langsung menyalahkan operator atau anggota lain sebelum memahami penyebabnya.</w:t>
      </w:r>
    </w:p>
    <w:p w14:paraId="539C9DF9" w14:textId="77777777" w:rsidR="008E136B" w:rsidRDefault="00000000">
      <w:pPr>
        <w:jc w:val="both"/>
      </w:pPr>
      <w:r>
        <w:t xml:space="preserve">Konsistensi juga penting dalam penerapan aturan. Tidak adil jika anggota yang dekat dengan pemimpin selalu dimaafkan ketika terlambat, sementara anggota lain langsung ditegur keras untuk pelanggaran yang sama. Aturan yang diterapkan secara berbeda berdasarkan kedekatan </w:t>
      </w:r>
      <w:r>
        <w:lastRenderedPageBreak/>
        <w:t>pribadi akan merusak kepercayaan. Bila pengecualian memang dibutuhkan, alasan dan prosesnya harus dapat dipahami.</w:t>
      </w:r>
    </w:p>
    <w:p w14:paraId="3A653FCF" w14:textId="77777777" w:rsidR="008E136B" w:rsidRDefault="00000000">
      <w:pPr>
        <w:pStyle w:val="Heading2"/>
      </w:pPr>
      <w:r>
        <w:t>3.3 Disiplin dan tanggung jawab</w:t>
      </w:r>
    </w:p>
    <w:p w14:paraId="594DC6AF" w14:textId="77777777" w:rsidR="008E136B" w:rsidRDefault="00000000">
      <w:pPr>
        <w:jc w:val="both"/>
      </w:pPr>
      <w:r>
        <w:t>Disiplin dalam pelayanan musik meliputi latihan pribadi, mempelajari lagu sebelum latihan bersama, menjaga kesehatan suara, memelihara alat, dan menghormati waktu orang lain. Pemimpin perlu menjelaskan standar yang masuk akal dan membantu anggota mencapainya. Standar sebaiknya disepakati secara terbuka sehingga anggota mengetahui apa yang diharapkan.</w:t>
      </w:r>
    </w:p>
    <w:p w14:paraId="17CC034A" w14:textId="77777777" w:rsidR="008E136B" w:rsidRDefault="00000000">
      <w:pPr>
        <w:jc w:val="both"/>
      </w:pPr>
      <w:r>
        <w:t>Tanggung jawab tidak boleh dibebankan hanya kepada satu atau dua orang. Jika pemimpin terus mengandalkan anggota tertentu untuk menyelesaikan semua pekerjaan, anggota tersebut dapat mengalami kelelahan, sementara anggota lain tidak berkembang. Pembagian tugas yang sehat memberi ruang bagi regenerasi dan mencegah pelayanan bergantung pada satu figur saja.</w:t>
      </w:r>
    </w:p>
    <w:p w14:paraId="08A6EDF3" w14:textId="77777777" w:rsidR="008E136B" w:rsidRDefault="00000000">
      <w:pPr>
        <w:pStyle w:val="Heading2"/>
      </w:pPr>
      <w:r>
        <w:t>3.4 Empati dan kemampuan mendengarkan</w:t>
      </w:r>
    </w:p>
    <w:p w14:paraId="0703425F" w14:textId="77777777" w:rsidR="008E136B" w:rsidRDefault="00000000">
      <w:pPr>
        <w:jc w:val="both"/>
      </w:pPr>
      <w:r>
        <w:t>Empati adalah kemampuan berusaha memahami keadaan orang lain tanpa terburu-buru menghakimi. Dalam tim musik, anggota dapat menghadapi masalah keluarga, kesehatan, pendidikan, pekerjaan, atau tekanan emosional. Pemimpin tidak harus mengetahui semua urusan pribadi mereka, tetapi perlu menciptakan ruang komunikasi yang aman dan menghormati batas privasi.</w:t>
      </w:r>
    </w:p>
    <w:p w14:paraId="2315E7BE" w14:textId="77777777" w:rsidR="008E136B" w:rsidRDefault="00000000">
      <w:pPr>
        <w:jc w:val="both"/>
      </w:pPr>
      <w:r>
        <w:t>Mendengarkan bukan berarti selalu menyetujui. Pemimpin dapat memahami alasan anggota tidak mampu mengikuti latihan sekaligus menjelaskan dampak ketidakhadiran terhadap tim. Percakapan yang menghormati martabat biasanya lebih membantu daripada teguran di depan umum. Jika persoalan sensitif muncul, pembicaraan pribadi lebih tepat daripada mempermalukan anggota melalui grup pesan.</w:t>
      </w:r>
    </w:p>
    <w:p w14:paraId="1A682477" w14:textId="77777777" w:rsidR="008E136B" w:rsidRDefault="00000000">
      <w:pPr>
        <w:pStyle w:val="Heading2"/>
      </w:pPr>
      <w:r>
        <w:t>3.5 Keadilan dan keterbukaan</w:t>
      </w:r>
    </w:p>
    <w:p w14:paraId="284BA4CD" w14:textId="77777777" w:rsidR="008E136B" w:rsidRDefault="00000000">
      <w:pPr>
        <w:jc w:val="both"/>
      </w:pPr>
      <w:r>
        <w:t xml:space="preserve">Keadilan berarti mempertimbangkan kebutuhan, kemampuan, tanggung jawab, dan kesempatan setiap anggota dengan cara yang tidak sewenang-wenang. Keadilan bukan berarti semua orang harus memperoleh tugas yang persis sama setiap minggu. Tugas dapat berbeda berdasarkan kesiapan dan kebutuhan ibadah, tetapi proses penentuannya perlu jelas. </w:t>
      </w:r>
      <w:r>
        <w:lastRenderedPageBreak/>
        <w:t>Kesempatan berkembang juga harus tersedia, bukan hanya diberikan kepada anggota yang paling dekat dengan pemimpin.</w:t>
      </w:r>
    </w:p>
    <w:p w14:paraId="78FE0F75" w14:textId="77777777" w:rsidR="008E136B" w:rsidRDefault="00000000">
      <w:pPr>
        <w:jc w:val="both"/>
      </w:pPr>
      <w:r>
        <w:t>Keterbukaan membuat anggota memahami alasan pemilihan lagu, pembagian peran, dan perubahan jadwal. Pemimpin dapat menyampaikan bahwa suatu lagu dipilih karena liriknya sesuai dengan tema khotbah, jangkauan nadanya ramah bagi jemaat, atau aransemen mendukung suasana ibadah. Penjelasan sederhana mencegah anggota menganggap keputusan sebagai hasil pilih kasih.</w:t>
      </w:r>
    </w:p>
    <w:p w14:paraId="45A3E42E" w14:textId="77777777" w:rsidR="008E136B" w:rsidRDefault="00000000">
      <w:pPr>
        <w:pStyle w:val="Heading2"/>
      </w:pPr>
      <w:r>
        <w:t>3.6 Kerendahan hati untuk terus belajar</w:t>
      </w:r>
    </w:p>
    <w:p w14:paraId="3B75891C" w14:textId="77777777" w:rsidR="008E136B" w:rsidRDefault="00000000">
      <w:pPr>
        <w:jc w:val="both"/>
      </w:pPr>
      <w:r>
        <w:t>Pemimpin musik perlu terus mengembangkan kemampuan musikal dan pemahaman teologis. Perkembangan teknik audio, perangkat lunak, gaya musik, dan kebutuhan jemaat menuntut proses belajar. Namun, pembelajaran bukan hanya soal teknologi. Pemimpin juga perlu belajar tentang komunikasi, penyelesaian konflik, perlindungan terhadap anggota yang rentan, dan pengelolaan pelayanan.</w:t>
      </w:r>
    </w:p>
    <w:p w14:paraId="2719CD31" w14:textId="77777777" w:rsidR="008E136B" w:rsidRDefault="00000000">
      <w:pPr>
        <w:jc w:val="both"/>
      </w:pPr>
      <w:r>
        <w:t>Pelatihan dan evaluasi sebaiknya tidak dipandang sebagai hukuman. Evaluasi yang sehat menanyakan apa yang berjalan baik, apa yang perlu diperbaiki, dan dukungan apa yang diperlukan. Jika evaluasi hanya mencari orang yang harus disalahkan, anggota cenderung menutupi masalah. Jika evaluasi berfokus pada pembelajaran dan tanggung jawab, tim lebih mudah memperbaiki kualitas.</w:t>
      </w:r>
    </w:p>
    <w:p w14:paraId="23E1985C" w14:textId="77777777" w:rsidR="008E136B" w:rsidRDefault="00000000">
      <w:pPr>
        <w:pStyle w:val="Heading1"/>
      </w:pPr>
      <w:r>
        <w:t>4. TANGGUNG JAWAB PEMIMPIN TERHADAP TIM DAN JEMAAT</w:t>
      </w:r>
    </w:p>
    <w:p w14:paraId="209EC6CF" w14:textId="77777777" w:rsidR="008E136B" w:rsidRDefault="00000000">
      <w:pPr>
        <w:pStyle w:val="Heading2"/>
      </w:pPr>
      <w:r>
        <w:t>4.1 Menjaga tujuan ibadah</w:t>
      </w:r>
    </w:p>
    <w:p w14:paraId="063DAE52" w14:textId="77777777" w:rsidR="008E136B" w:rsidRDefault="00000000">
      <w:pPr>
        <w:jc w:val="both"/>
      </w:pPr>
      <w:r>
        <w:t>Tanggung jawab pertama pemimpin musik adalah menjaga agar musik mendukung ibadah dan partisipasi jemaat. Pemimpin perlu bertanya apakah lagu dapat dinyanyikan oleh jemaat, apakah liriknya jelas, apakah nada sesuai, dan apakah susunan musik mendukung keseluruhan liturgi. Tidak semua lagu yang cocok untuk konser atau rekaman otomatis cocok untuk nyanyian bersama.</w:t>
      </w:r>
    </w:p>
    <w:p w14:paraId="07553F55" w14:textId="77777777" w:rsidR="008E136B" w:rsidRDefault="00000000">
      <w:pPr>
        <w:jc w:val="both"/>
      </w:pPr>
      <w:r>
        <w:t xml:space="preserve">Salah satu kritik yang perlu diperhatikan ialah kecenderungan menjadikan ibadah sebagai pertunjukan. Lampu, layar, instrumen, dan kualitas vokal dapat membantu suasana, tetapi semuanya seharusnya melayani tujuan ibadah. Jika jemaat hanya menjadi penonton sementara </w:t>
      </w:r>
      <w:r>
        <w:lastRenderedPageBreak/>
        <w:t>tim tampil seolah-olah berada di panggung konser, pemimpin perlu mengevaluasi kembali pengaturan musik dan kesempatan bernyanyi bersama.</w:t>
      </w:r>
    </w:p>
    <w:p w14:paraId="6C6B548D" w14:textId="77777777" w:rsidR="008E136B" w:rsidRDefault="00000000">
      <w:pPr>
        <w:pStyle w:val="Heading2"/>
      </w:pPr>
      <w:r>
        <w:t>4.2 Memilih lagu secara bertanggung jawab</w:t>
      </w:r>
    </w:p>
    <w:p w14:paraId="6C9799A9" w14:textId="77777777" w:rsidR="008E136B" w:rsidRDefault="00000000">
      <w:pPr>
        <w:jc w:val="both"/>
      </w:pPr>
      <w:r>
        <w:t>Pemilihan lagu perlu memperhatikan kesesuaian teologis, kualitas bahasa, konteks jemaat, kemudahan dinyanyikan, dan hubungan dengan tema ibadah. Lirik perlu diperiksa dengan teliti karena kalimat puitis tidak selalu menyampaikan ajaran yang jelas. Pemimpin dapat berkonsultasi dengan pendeta atau tim liturgi ketika ada lirik yang maknanya ambigu.</w:t>
      </w:r>
    </w:p>
    <w:p w14:paraId="0EEECCBA" w14:textId="77777777" w:rsidR="008E136B" w:rsidRDefault="00000000">
      <w:pPr>
        <w:jc w:val="both"/>
      </w:pPr>
      <w:r>
        <w:t>Kritik juga perlu diarahkan pada kebiasaan memilih lagu semata-mata karena sedang populer di media sosial. Lagu populer bisa saja bermanfaat, tetapi popularitas bukan satu-satunya ukuran. Pemimpin harus memahami pesan lagu dan mempertimbangkan apakah jemaat mampu mengikutinya. Lagu lama tidak otomatis lebih rohani, dan lagu baru tidak otomatis dangkal. Penilaian harus dilakukan berdasarkan isi, fungsi, dan konteks.</w:t>
      </w:r>
    </w:p>
    <w:p w14:paraId="7A30B76F" w14:textId="77777777" w:rsidR="008E136B" w:rsidRDefault="00000000">
      <w:pPr>
        <w:pStyle w:val="Heading2"/>
      </w:pPr>
      <w:r>
        <w:t>4.3 Membina anggota, bukan hanya menilai</w:t>
      </w:r>
    </w:p>
    <w:p w14:paraId="39FA228C" w14:textId="77777777" w:rsidR="008E136B" w:rsidRDefault="00000000">
      <w:pPr>
        <w:jc w:val="both"/>
      </w:pPr>
      <w:r>
        <w:t>Tim musik sering memerlukan standar kemampuan tertentu, tetapi pemimpin juga bertanggung jawab membina anggota. Pembinaan dapat dilakukan melalui latihan terarah, pembagian materi lebih awal, pendampingan vokal atau instrumen, serta kesempatan bertugas secara bertahap. Anggota yang belum siap untuk tugas utama dapat diberi peran lain sambil terus belajar.</w:t>
      </w:r>
    </w:p>
    <w:p w14:paraId="4C0C2D33" w14:textId="77777777" w:rsidR="008E136B" w:rsidRDefault="00000000">
      <w:pPr>
        <w:jc w:val="both"/>
      </w:pPr>
      <w:r>
        <w:t>Heather MacLachlan (2022) membahas ketegangan etis antara kompetensi teknis dan inklusi dalam kelompok musik gereja. Temuan ini mengingatkan bahwa pemimpin menghadapi dua tanggung jawab: menjaga kualitas musik bagi jemaat dan memperhatikan orang yang ingin terlibat. Jika hanya kompetensi yang ditekankan, tim dapat menjadi eksklusif. Jika inklusi diartikan sebagai tidak adanya standar, kualitas pelayanan dan pengalaman jemaat dapat terganggu. Jalan yang lebih sehat ialah standar yang jelas disertai proses pembinaan.</w:t>
      </w:r>
    </w:p>
    <w:p w14:paraId="0A2EDD4A" w14:textId="77777777" w:rsidR="008E136B" w:rsidRDefault="00000000">
      <w:pPr>
        <w:pStyle w:val="Heading2"/>
      </w:pPr>
      <w:r>
        <w:t>4.4 Menjaga komunikasi</w:t>
      </w:r>
    </w:p>
    <w:p w14:paraId="42EC189B" w14:textId="77777777" w:rsidR="008E136B" w:rsidRDefault="00000000">
      <w:pPr>
        <w:jc w:val="both"/>
      </w:pPr>
      <w:r>
        <w:t>Komunikasi yang baik harus jelas, tepat waktu, dan menghormati orang. Informasi mengenai jadwal latihan, daftar lagu, nada dasar, perubahan susunan, dan kebutuhan teknis sebaiknya disampaikan melalui saluran yang disepakati. Pemimpin tidak seharusnya menganggap anggota sudah mengetahui perubahan yang tidak pernah diberitahukan.</w:t>
      </w:r>
    </w:p>
    <w:p w14:paraId="7678B90A" w14:textId="77777777" w:rsidR="008E136B" w:rsidRDefault="00000000">
      <w:pPr>
        <w:jc w:val="both"/>
      </w:pPr>
      <w:r>
        <w:lastRenderedPageBreak/>
        <w:t>Kritik harus disampaikan dengan cara yang membangun. Kalimat seperti 'kamu memang selalu merusak lagu' menyerang pribadi dan tidak menjelaskan perbaikan yang dibutuhkan. Kalimat 'pada bagian reff, tempo menjadi terlalu cepat; mari kita latihan dengan metronom' lebih jelas dan dapat ditindaklanjuti. Kritik yang baik membahas perilaku atau hasil kerja, bukan merendahkan nilai seseorang.</w:t>
      </w:r>
    </w:p>
    <w:p w14:paraId="105FA075" w14:textId="77777777" w:rsidR="008E136B" w:rsidRDefault="00000000">
      <w:pPr>
        <w:pStyle w:val="Heading2"/>
      </w:pPr>
      <w:r>
        <w:t>4.5 Menjaga kesehatan dan batas kemampuan anggota</w:t>
      </w:r>
    </w:p>
    <w:p w14:paraId="3F9B6AAA" w14:textId="77777777" w:rsidR="008E136B" w:rsidRDefault="00000000">
      <w:pPr>
        <w:jc w:val="both"/>
      </w:pPr>
      <w:r>
        <w:t>Pelayanan tidak boleh mengabaikan kondisi manusia. Jadwal yang terlalu padat, latihan hingga larut malam secara terus-menerus, dan tuntutan untuk selalu tersedia dapat membuat anggota kelelahan. Pemimpin perlu menyusun jadwal secara realistis, merencanakan pengganti, dan menghormati waktu istirahat. Kesediaan melayani tidak berarti seseorang harus selalu mengorbankan semua tanggung jawab lain.</w:t>
      </w:r>
    </w:p>
    <w:p w14:paraId="4857E482" w14:textId="77777777" w:rsidR="008E136B" w:rsidRDefault="00000000">
      <w:pPr>
        <w:jc w:val="both"/>
      </w:pPr>
      <w:r>
        <w:t>Jika anggota perlu mengambil jeda karena pendidikan, pekerjaan, kesehatan, atau keluarga, pemimpin sebaiknya membicarakan kebutuhan tim dengan hormat. Tekanan rohani seperti mengatakan bahwa anggota yang beristirahat berarti kurang mengasihi Tuhan dapat menjadi bentuk manipulasi. Komitmen memang penting, tetapi komitmen yang sehat harus disertai komunikasi, pertimbangan, dan kepedulian.</w:t>
      </w:r>
    </w:p>
    <w:p w14:paraId="6EE62684" w14:textId="77777777" w:rsidR="008E136B" w:rsidRDefault="00000000">
      <w:pPr>
        <w:pStyle w:val="Heading2"/>
      </w:pPr>
      <w:r>
        <w:t>4.6 Pengelolaan dana dan fasilitas</w:t>
      </w:r>
    </w:p>
    <w:p w14:paraId="0E608740" w14:textId="77777777" w:rsidR="008E136B" w:rsidRDefault="00000000">
      <w:pPr>
        <w:jc w:val="both"/>
      </w:pPr>
      <w:r>
        <w:t>Dana pelayanan musik perlu dikelola secara transparan. Pembelian kabel, mikrofon, senar, perangkat lunak, transportasi, atau kebutuhan lain harus mengikuti prosedur gereja. Pemimpin sebaiknya menyusun anggaran, menyimpan bukti pembelian, melaporkan pengeluaran, dan meminta persetujuan sesuai kewenangan. Ketidakjelasan penggunaan dana dapat menimbulkan kecurigaan dan merusak kepercayaan.</w:t>
      </w:r>
    </w:p>
    <w:p w14:paraId="283147F1" w14:textId="77777777" w:rsidR="008E136B" w:rsidRDefault="00000000">
      <w:pPr>
        <w:jc w:val="both"/>
      </w:pPr>
      <w:r>
        <w:t>Fasilitas gereja juga harus diperlakukan dengan bertanggung jawab. Alat musik dan perlengkapan suara perlu dicatat, disimpan, serta digunakan sesuai kebutuhan. Peminjaman untuk kepentingan pribadi harus mendapat izin. Jika terjadi kerusakan, orang yang bertanggung jawab perlu melaporkannya dengan jujur, bukan menyembunyikan masalah karena takut ditegur.</w:t>
      </w:r>
    </w:p>
    <w:p w14:paraId="05A1AA0B" w14:textId="77777777" w:rsidR="008E136B" w:rsidRDefault="00000000">
      <w:pPr>
        <w:pStyle w:val="Heading2"/>
      </w:pPr>
      <w:r>
        <w:lastRenderedPageBreak/>
        <w:t>4.7 Mengembangkan regenerasi</w:t>
      </w:r>
    </w:p>
    <w:p w14:paraId="26051208" w14:textId="77777777" w:rsidR="008E136B" w:rsidRDefault="00000000">
      <w:pPr>
        <w:jc w:val="both"/>
      </w:pPr>
      <w:r>
        <w:t>Pelayanan yang sehat tidak bergantung selamanya pada satu pemimpin. Pemimpin perlu melatih orang lain untuk memimpin pujian, mengatur latihan, membaca partitur, mengoperasikan audio, dan membuat keputusan yang bertanggung jawab. Regenerasi menjaga keberlanjutan pelayanan dan mengurangi risiko kekuasaan terkonsentrasi pada satu orang.</w:t>
      </w:r>
    </w:p>
    <w:p w14:paraId="2B9192ED" w14:textId="77777777" w:rsidR="008E136B" w:rsidRDefault="00000000">
      <w:pPr>
        <w:jc w:val="both"/>
      </w:pPr>
      <w:r>
        <w:t>Memberi kesempatan kepada anggota baru bukan berarti menyerahkan tugas tanpa persiapan. Pemimpin dapat menggunakan sistem pendampingan, misalnya anggota baru mengamati terlebih dahulu, lalu mengerjakan bagian sederhana, kemudian mengambil tanggung jawab lebih besar setelah siap. Cara ini menunjukkan bahwa pembinaan dan mutu dapat berjalan bersama.</w:t>
      </w:r>
    </w:p>
    <w:p w14:paraId="0ABE55A8" w14:textId="77777777" w:rsidR="008E136B" w:rsidRDefault="00000000">
      <w:pPr>
        <w:pStyle w:val="Heading1"/>
      </w:pPr>
      <w:r>
        <w:t>5. TANTANGAN ETIS DALAM PELAYANAN MUSIK GEREJA</w:t>
      </w:r>
    </w:p>
    <w:p w14:paraId="3A86A98E" w14:textId="77777777" w:rsidR="004828D8" w:rsidRDefault="004828D8" w:rsidP="004828D8">
      <w:proofErr w:type="spellStart"/>
      <w:r>
        <w:t>Pelayanan</w:t>
      </w:r>
      <w:proofErr w:type="spellEnd"/>
      <w:r>
        <w:t xml:space="preserve"> </w:t>
      </w:r>
      <w:proofErr w:type="spellStart"/>
      <w:r>
        <w:t>musik</w:t>
      </w:r>
      <w:proofErr w:type="spellEnd"/>
      <w:r>
        <w:t xml:space="preserve"> </w:t>
      </w:r>
      <w:proofErr w:type="spellStart"/>
      <w:r>
        <w:t>gereja</w:t>
      </w:r>
      <w:proofErr w:type="spellEnd"/>
      <w:r>
        <w:t xml:space="preserve"> </w:t>
      </w:r>
      <w:proofErr w:type="spellStart"/>
      <w:r>
        <w:t>tidak</w:t>
      </w:r>
      <w:proofErr w:type="spellEnd"/>
      <w:r>
        <w:t xml:space="preserve"> </w:t>
      </w:r>
      <w:proofErr w:type="spellStart"/>
      <w:r>
        <w:t>terlepas</w:t>
      </w:r>
      <w:proofErr w:type="spellEnd"/>
      <w:r>
        <w:t xml:space="preserve"> </w:t>
      </w:r>
      <w:proofErr w:type="spellStart"/>
      <w:r>
        <w:t>dari</w:t>
      </w:r>
      <w:proofErr w:type="spellEnd"/>
      <w:r>
        <w:t xml:space="preserve"> </w:t>
      </w:r>
      <w:proofErr w:type="spellStart"/>
      <w:r>
        <w:t>berbagai</w:t>
      </w:r>
      <w:proofErr w:type="spellEnd"/>
      <w:r>
        <w:t xml:space="preserve"> </w:t>
      </w:r>
      <w:proofErr w:type="spellStart"/>
      <w:r>
        <w:t>tantangan</w:t>
      </w:r>
      <w:proofErr w:type="spellEnd"/>
      <w:r>
        <w:t xml:space="preserve"> </w:t>
      </w:r>
      <w:proofErr w:type="spellStart"/>
      <w:r>
        <w:t>etis</w:t>
      </w:r>
      <w:proofErr w:type="spellEnd"/>
      <w:r>
        <w:t xml:space="preserve"> yang </w:t>
      </w:r>
      <w:proofErr w:type="spellStart"/>
      <w:r>
        <w:t>dapat</w:t>
      </w:r>
      <w:proofErr w:type="spellEnd"/>
      <w:r>
        <w:t xml:space="preserve"> </w:t>
      </w:r>
      <w:proofErr w:type="spellStart"/>
      <w:r>
        <w:t>memengaruhi</w:t>
      </w:r>
      <w:proofErr w:type="spellEnd"/>
      <w:r>
        <w:t xml:space="preserve"> </w:t>
      </w:r>
      <w:proofErr w:type="spellStart"/>
      <w:r>
        <w:t>hubungan</w:t>
      </w:r>
      <w:proofErr w:type="spellEnd"/>
      <w:r>
        <w:t xml:space="preserve"> </w:t>
      </w:r>
      <w:proofErr w:type="spellStart"/>
      <w:r>
        <w:t>antaranggota</w:t>
      </w:r>
      <w:proofErr w:type="spellEnd"/>
      <w:r>
        <w:t xml:space="preserve"> dan </w:t>
      </w:r>
      <w:proofErr w:type="spellStart"/>
      <w:r>
        <w:t>kualitas</w:t>
      </w:r>
      <w:proofErr w:type="spellEnd"/>
      <w:r>
        <w:t xml:space="preserve"> </w:t>
      </w:r>
      <w:proofErr w:type="spellStart"/>
      <w:r>
        <w:t>pelayanan</w:t>
      </w:r>
      <w:proofErr w:type="spellEnd"/>
      <w:r>
        <w:t xml:space="preserve">. </w:t>
      </w:r>
      <w:proofErr w:type="spellStart"/>
      <w:r>
        <w:t>Tantangan</w:t>
      </w:r>
      <w:proofErr w:type="spellEnd"/>
      <w:r>
        <w:t xml:space="preserve"> </w:t>
      </w:r>
      <w:proofErr w:type="spellStart"/>
      <w:r>
        <w:t>tersebut</w:t>
      </w:r>
      <w:proofErr w:type="spellEnd"/>
      <w:r>
        <w:t xml:space="preserve"> </w:t>
      </w:r>
      <w:proofErr w:type="spellStart"/>
      <w:r>
        <w:t>bukan</w:t>
      </w:r>
      <w:proofErr w:type="spellEnd"/>
      <w:r>
        <w:t xml:space="preserve"> </w:t>
      </w:r>
      <w:proofErr w:type="spellStart"/>
      <w:r>
        <w:t>hanya</w:t>
      </w:r>
      <w:proofErr w:type="spellEnd"/>
      <w:r>
        <w:t xml:space="preserve"> </w:t>
      </w:r>
      <w:proofErr w:type="spellStart"/>
      <w:r>
        <w:t>berkaitan</w:t>
      </w:r>
      <w:proofErr w:type="spellEnd"/>
      <w:r>
        <w:t xml:space="preserve"> </w:t>
      </w:r>
      <w:proofErr w:type="spellStart"/>
      <w:r>
        <w:t>dengan</w:t>
      </w:r>
      <w:proofErr w:type="spellEnd"/>
      <w:r>
        <w:t xml:space="preserve"> </w:t>
      </w:r>
      <w:proofErr w:type="spellStart"/>
      <w:r>
        <w:t>kemampuan</w:t>
      </w:r>
      <w:proofErr w:type="spellEnd"/>
      <w:r>
        <w:t xml:space="preserve"> </w:t>
      </w:r>
      <w:proofErr w:type="spellStart"/>
      <w:r>
        <w:t>bermusik</w:t>
      </w:r>
      <w:proofErr w:type="spellEnd"/>
      <w:r>
        <w:t xml:space="preserve">, </w:t>
      </w:r>
      <w:proofErr w:type="spellStart"/>
      <w:r>
        <w:t>tetapi</w:t>
      </w:r>
      <w:proofErr w:type="spellEnd"/>
      <w:r>
        <w:t xml:space="preserve"> juga </w:t>
      </w:r>
      <w:proofErr w:type="spellStart"/>
      <w:r>
        <w:t>dengan</w:t>
      </w:r>
      <w:proofErr w:type="spellEnd"/>
      <w:r>
        <w:t xml:space="preserve"> </w:t>
      </w:r>
      <w:proofErr w:type="spellStart"/>
      <w:r>
        <w:t>sikap</w:t>
      </w:r>
      <w:proofErr w:type="spellEnd"/>
      <w:r>
        <w:t xml:space="preserve">, </w:t>
      </w:r>
      <w:proofErr w:type="spellStart"/>
      <w:r>
        <w:t>karakter</w:t>
      </w:r>
      <w:proofErr w:type="spellEnd"/>
      <w:r>
        <w:t xml:space="preserve">, </w:t>
      </w:r>
      <w:proofErr w:type="spellStart"/>
      <w:r>
        <w:t>tanggung</w:t>
      </w:r>
      <w:proofErr w:type="spellEnd"/>
      <w:r>
        <w:t xml:space="preserve"> </w:t>
      </w:r>
      <w:proofErr w:type="spellStart"/>
      <w:r>
        <w:t>jawab</w:t>
      </w:r>
      <w:proofErr w:type="spellEnd"/>
      <w:r>
        <w:t xml:space="preserve">, dan </w:t>
      </w:r>
      <w:proofErr w:type="spellStart"/>
      <w:r>
        <w:t>cara</w:t>
      </w:r>
      <w:proofErr w:type="spellEnd"/>
      <w:r>
        <w:t xml:space="preserve"> </w:t>
      </w:r>
      <w:proofErr w:type="spellStart"/>
      <w:r>
        <w:t>seseorang</w:t>
      </w:r>
      <w:proofErr w:type="spellEnd"/>
      <w:r>
        <w:t xml:space="preserve"> </w:t>
      </w:r>
      <w:proofErr w:type="spellStart"/>
      <w:r>
        <w:t>memperlakukan</w:t>
      </w:r>
      <w:proofErr w:type="spellEnd"/>
      <w:r>
        <w:t xml:space="preserve"> orang lain. Oleh </w:t>
      </w:r>
      <w:proofErr w:type="spellStart"/>
      <w:r>
        <w:t>karena</w:t>
      </w:r>
      <w:proofErr w:type="spellEnd"/>
      <w:r>
        <w:t xml:space="preserve"> </w:t>
      </w:r>
      <w:proofErr w:type="spellStart"/>
      <w:r>
        <w:t>itu</w:t>
      </w:r>
      <w:proofErr w:type="spellEnd"/>
      <w:r>
        <w:t xml:space="preserve">, </w:t>
      </w:r>
      <w:proofErr w:type="spellStart"/>
      <w:r>
        <w:t>setiap</w:t>
      </w:r>
      <w:proofErr w:type="spellEnd"/>
      <w:r>
        <w:t xml:space="preserve"> </w:t>
      </w:r>
      <w:proofErr w:type="spellStart"/>
      <w:r>
        <w:t>pelayan</w:t>
      </w:r>
      <w:proofErr w:type="spellEnd"/>
      <w:r>
        <w:t xml:space="preserve"> </w:t>
      </w:r>
      <w:proofErr w:type="spellStart"/>
      <w:r>
        <w:t>musik</w:t>
      </w:r>
      <w:proofErr w:type="spellEnd"/>
      <w:r>
        <w:t xml:space="preserve"> </w:t>
      </w:r>
      <w:proofErr w:type="spellStart"/>
      <w:r>
        <w:t>perlu</w:t>
      </w:r>
      <w:proofErr w:type="spellEnd"/>
      <w:r>
        <w:t xml:space="preserve"> </w:t>
      </w:r>
      <w:proofErr w:type="spellStart"/>
      <w:r>
        <w:t>memahami</w:t>
      </w:r>
      <w:proofErr w:type="spellEnd"/>
      <w:r>
        <w:t xml:space="preserve"> </w:t>
      </w:r>
      <w:proofErr w:type="spellStart"/>
      <w:r>
        <w:t>bahwa</w:t>
      </w:r>
      <w:proofErr w:type="spellEnd"/>
      <w:r>
        <w:t xml:space="preserve"> </w:t>
      </w:r>
      <w:proofErr w:type="spellStart"/>
      <w:r>
        <w:t>pelayanan</w:t>
      </w:r>
      <w:proofErr w:type="spellEnd"/>
      <w:r>
        <w:t xml:space="preserve"> </w:t>
      </w:r>
      <w:proofErr w:type="spellStart"/>
      <w:r>
        <w:t>bukan</w:t>
      </w:r>
      <w:proofErr w:type="spellEnd"/>
      <w:r>
        <w:t xml:space="preserve"> </w:t>
      </w:r>
      <w:proofErr w:type="spellStart"/>
      <w:r>
        <w:t>sekadar</w:t>
      </w:r>
      <w:proofErr w:type="spellEnd"/>
      <w:r>
        <w:t xml:space="preserve"> </w:t>
      </w:r>
      <w:proofErr w:type="spellStart"/>
      <w:r>
        <w:t>tampil</w:t>
      </w:r>
      <w:proofErr w:type="spellEnd"/>
      <w:r>
        <w:t xml:space="preserve"> di </w:t>
      </w:r>
      <w:proofErr w:type="spellStart"/>
      <w:r>
        <w:t>depan</w:t>
      </w:r>
      <w:proofErr w:type="spellEnd"/>
      <w:r>
        <w:t xml:space="preserve"> </w:t>
      </w:r>
      <w:proofErr w:type="spellStart"/>
      <w:r>
        <w:t>jemaat</w:t>
      </w:r>
      <w:proofErr w:type="spellEnd"/>
      <w:r>
        <w:t xml:space="preserve">, </w:t>
      </w:r>
      <w:proofErr w:type="spellStart"/>
      <w:r>
        <w:t>melainkan</w:t>
      </w:r>
      <w:proofErr w:type="spellEnd"/>
      <w:r>
        <w:t xml:space="preserve"> juga </w:t>
      </w:r>
      <w:proofErr w:type="spellStart"/>
      <w:r>
        <w:t>menjadi</w:t>
      </w:r>
      <w:proofErr w:type="spellEnd"/>
      <w:r>
        <w:t xml:space="preserve"> </w:t>
      </w:r>
      <w:proofErr w:type="spellStart"/>
      <w:r>
        <w:t>sarana</w:t>
      </w:r>
      <w:proofErr w:type="spellEnd"/>
      <w:r>
        <w:t xml:space="preserve"> </w:t>
      </w:r>
      <w:proofErr w:type="spellStart"/>
      <w:r>
        <w:t>untuk</w:t>
      </w:r>
      <w:proofErr w:type="spellEnd"/>
      <w:r>
        <w:t xml:space="preserve"> </w:t>
      </w:r>
      <w:proofErr w:type="spellStart"/>
      <w:r>
        <w:t>memuliakan</w:t>
      </w:r>
      <w:proofErr w:type="spellEnd"/>
      <w:r>
        <w:t xml:space="preserve"> Tuhan.</w:t>
      </w:r>
    </w:p>
    <w:p w14:paraId="7DE5C9E3" w14:textId="1F94ADBD" w:rsidR="004828D8" w:rsidRPr="009138E9" w:rsidRDefault="009138E9" w:rsidP="004828D8">
      <w:pPr>
        <w:rPr>
          <w:b/>
          <w:bCs/>
        </w:rPr>
      </w:pPr>
      <w:r w:rsidRPr="009138E9">
        <w:rPr>
          <w:b/>
          <w:bCs/>
        </w:rPr>
        <w:t>5</w:t>
      </w:r>
      <w:r w:rsidR="004828D8" w:rsidRPr="009138E9">
        <w:rPr>
          <w:b/>
          <w:bCs/>
        </w:rPr>
        <w:t xml:space="preserve">.1 </w:t>
      </w:r>
      <w:proofErr w:type="spellStart"/>
      <w:r w:rsidR="004828D8" w:rsidRPr="009138E9">
        <w:rPr>
          <w:b/>
          <w:bCs/>
        </w:rPr>
        <w:t>Mencari</w:t>
      </w:r>
      <w:proofErr w:type="spellEnd"/>
      <w:r w:rsidR="004828D8" w:rsidRPr="009138E9">
        <w:rPr>
          <w:b/>
          <w:bCs/>
        </w:rPr>
        <w:t xml:space="preserve"> </w:t>
      </w:r>
      <w:proofErr w:type="spellStart"/>
      <w:r w:rsidR="004828D8" w:rsidRPr="009138E9">
        <w:rPr>
          <w:b/>
          <w:bCs/>
        </w:rPr>
        <w:t>Popularitas</w:t>
      </w:r>
      <w:proofErr w:type="spellEnd"/>
      <w:r w:rsidR="004828D8" w:rsidRPr="009138E9">
        <w:rPr>
          <w:b/>
          <w:bCs/>
        </w:rPr>
        <w:t xml:space="preserve"> dan </w:t>
      </w:r>
      <w:proofErr w:type="spellStart"/>
      <w:r w:rsidR="004828D8" w:rsidRPr="009138E9">
        <w:rPr>
          <w:b/>
          <w:bCs/>
        </w:rPr>
        <w:t>Pengakuan</w:t>
      </w:r>
      <w:proofErr w:type="spellEnd"/>
      <w:r w:rsidR="004828D8" w:rsidRPr="009138E9">
        <w:rPr>
          <w:b/>
          <w:bCs/>
        </w:rPr>
        <w:t xml:space="preserve"> Diri</w:t>
      </w:r>
    </w:p>
    <w:p w14:paraId="68F695A5" w14:textId="77777777" w:rsidR="004828D8" w:rsidRDefault="004828D8" w:rsidP="004828D8">
      <w:r>
        <w:t xml:space="preserve">Salah </w:t>
      </w:r>
      <w:proofErr w:type="spellStart"/>
      <w:r>
        <w:t>satu</w:t>
      </w:r>
      <w:proofErr w:type="spellEnd"/>
      <w:r>
        <w:t xml:space="preserve"> </w:t>
      </w:r>
      <w:proofErr w:type="spellStart"/>
      <w:r>
        <w:t>tantangan</w:t>
      </w:r>
      <w:proofErr w:type="spellEnd"/>
      <w:r>
        <w:t xml:space="preserve"> </w:t>
      </w:r>
      <w:proofErr w:type="spellStart"/>
      <w:r>
        <w:t>dalam</w:t>
      </w:r>
      <w:proofErr w:type="spellEnd"/>
      <w:r>
        <w:t xml:space="preserve"> </w:t>
      </w:r>
      <w:proofErr w:type="spellStart"/>
      <w:r>
        <w:t>pelayanan</w:t>
      </w:r>
      <w:proofErr w:type="spellEnd"/>
      <w:r>
        <w:t xml:space="preserve"> </w:t>
      </w:r>
      <w:proofErr w:type="spellStart"/>
      <w:r>
        <w:t>musik</w:t>
      </w:r>
      <w:proofErr w:type="spellEnd"/>
      <w:r>
        <w:t xml:space="preserve"> </w:t>
      </w:r>
      <w:proofErr w:type="spellStart"/>
      <w:r>
        <w:t>gereja</w:t>
      </w:r>
      <w:proofErr w:type="spellEnd"/>
      <w:r>
        <w:t xml:space="preserve"> </w:t>
      </w:r>
      <w:proofErr w:type="spellStart"/>
      <w:r>
        <w:t>adalah</w:t>
      </w:r>
      <w:proofErr w:type="spellEnd"/>
      <w:r>
        <w:t xml:space="preserve"> </w:t>
      </w:r>
      <w:proofErr w:type="spellStart"/>
      <w:r>
        <w:t>keinginan</w:t>
      </w:r>
      <w:proofErr w:type="spellEnd"/>
      <w:r>
        <w:t xml:space="preserve"> </w:t>
      </w:r>
      <w:proofErr w:type="spellStart"/>
      <w:r>
        <w:t>untuk</w:t>
      </w:r>
      <w:proofErr w:type="spellEnd"/>
      <w:r>
        <w:t xml:space="preserve"> </w:t>
      </w:r>
      <w:proofErr w:type="spellStart"/>
      <w:r>
        <w:t>mendapatkan</w:t>
      </w:r>
      <w:proofErr w:type="spellEnd"/>
      <w:r>
        <w:t xml:space="preserve"> </w:t>
      </w:r>
      <w:proofErr w:type="spellStart"/>
      <w:r>
        <w:t>pujian</w:t>
      </w:r>
      <w:proofErr w:type="spellEnd"/>
      <w:r>
        <w:t xml:space="preserve"> dan </w:t>
      </w:r>
      <w:proofErr w:type="spellStart"/>
      <w:r>
        <w:t>pengakuan</w:t>
      </w:r>
      <w:proofErr w:type="spellEnd"/>
      <w:r>
        <w:t xml:space="preserve"> </w:t>
      </w:r>
      <w:proofErr w:type="spellStart"/>
      <w:r>
        <w:t>dari</w:t>
      </w:r>
      <w:proofErr w:type="spellEnd"/>
      <w:r>
        <w:t xml:space="preserve"> orang lain. </w:t>
      </w:r>
      <w:proofErr w:type="spellStart"/>
      <w:r>
        <w:t>Seorang</w:t>
      </w:r>
      <w:proofErr w:type="spellEnd"/>
      <w:r>
        <w:t xml:space="preserve"> </w:t>
      </w:r>
      <w:proofErr w:type="spellStart"/>
      <w:r>
        <w:t>penyanyi</w:t>
      </w:r>
      <w:proofErr w:type="spellEnd"/>
      <w:r>
        <w:t xml:space="preserve"> </w:t>
      </w:r>
      <w:proofErr w:type="spellStart"/>
      <w:r>
        <w:t>atau</w:t>
      </w:r>
      <w:proofErr w:type="spellEnd"/>
      <w:r>
        <w:t xml:space="preserve"> </w:t>
      </w:r>
      <w:proofErr w:type="spellStart"/>
      <w:r>
        <w:t>pemain</w:t>
      </w:r>
      <w:proofErr w:type="spellEnd"/>
      <w:r>
        <w:t xml:space="preserve"> </w:t>
      </w:r>
      <w:proofErr w:type="spellStart"/>
      <w:r>
        <w:t>musik</w:t>
      </w:r>
      <w:proofErr w:type="spellEnd"/>
      <w:r>
        <w:t xml:space="preserve"> </w:t>
      </w:r>
      <w:proofErr w:type="spellStart"/>
      <w:r>
        <w:t>dapat</w:t>
      </w:r>
      <w:proofErr w:type="spellEnd"/>
      <w:r>
        <w:t xml:space="preserve"> </w:t>
      </w:r>
      <w:proofErr w:type="spellStart"/>
      <w:r>
        <w:t>menjadi</w:t>
      </w:r>
      <w:proofErr w:type="spellEnd"/>
      <w:r>
        <w:t xml:space="preserve"> </w:t>
      </w:r>
      <w:proofErr w:type="spellStart"/>
      <w:r>
        <w:t>lebih</w:t>
      </w:r>
      <w:proofErr w:type="spellEnd"/>
      <w:r>
        <w:t xml:space="preserve"> </w:t>
      </w:r>
      <w:proofErr w:type="spellStart"/>
      <w:r>
        <w:t>fokus</w:t>
      </w:r>
      <w:proofErr w:type="spellEnd"/>
      <w:r>
        <w:t xml:space="preserve"> pada </w:t>
      </w:r>
      <w:proofErr w:type="spellStart"/>
      <w:r>
        <w:t>penampilan</w:t>
      </w:r>
      <w:proofErr w:type="spellEnd"/>
      <w:r>
        <w:t xml:space="preserve"> </w:t>
      </w:r>
      <w:proofErr w:type="spellStart"/>
      <w:r>
        <w:t>dirinya</w:t>
      </w:r>
      <w:proofErr w:type="spellEnd"/>
      <w:r>
        <w:t xml:space="preserve"> </w:t>
      </w:r>
      <w:proofErr w:type="spellStart"/>
      <w:r>
        <w:t>daripada</w:t>
      </w:r>
      <w:proofErr w:type="spellEnd"/>
      <w:r>
        <w:t xml:space="preserve"> </w:t>
      </w:r>
      <w:proofErr w:type="spellStart"/>
      <w:r>
        <w:t>makna</w:t>
      </w:r>
      <w:proofErr w:type="spellEnd"/>
      <w:r>
        <w:t xml:space="preserve"> ibadah. Jika </w:t>
      </w:r>
      <w:proofErr w:type="spellStart"/>
      <w:r>
        <w:t>hal</w:t>
      </w:r>
      <w:proofErr w:type="spellEnd"/>
      <w:r>
        <w:t xml:space="preserve"> </w:t>
      </w:r>
      <w:proofErr w:type="spellStart"/>
      <w:r>
        <w:t>ini</w:t>
      </w:r>
      <w:proofErr w:type="spellEnd"/>
      <w:r>
        <w:t xml:space="preserve"> </w:t>
      </w:r>
      <w:proofErr w:type="spellStart"/>
      <w:r>
        <w:t>dibiarkan</w:t>
      </w:r>
      <w:proofErr w:type="spellEnd"/>
      <w:r>
        <w:t xml:space="preserve">, </w:t>
      </w:r>
      <w:proofErr w:type="spellStart"/>
      <w:r>
        <w:t>pelayanan</w:t>
      </w:r>
      <w:proofErr w:type="spellEnd"/>
      <w:r>
        <w:t xml:space="preserve"> </w:t>
      </w:r>
      <w:proofErr w:type="spellStart"/>
      <w:r>
        <w:t>musik</w:t>
      </w:r>
      <w:proofErr w:type="spellEnd"/>
      <w:r>
        <w:t xml:space="preserve"> </w:t>
      </w:r>
      <w:proofErr w:type="spellStart"/>
      <w:r>
        <w:t>dapat</w:t>
      </w:r>
      <w:proofErr w:type="spellEnd"/>
      <w:r>
        <w:t xml:space="preserve"> </w:t>
      </w:r>
      <w:proofErr w:type="spellStart"/>
      <w:r>
        <w:t>berubah</w:t>
      </w:r>
      <w:proofErr w:type="spellEnd"/>
      <w:r>
        <w:t xml:space="preserve"> </w:t>
      </w:r>
      <w:proofErr w:type="spellStart"/>
      <w:r>
        <w:t>menjadi</w:t>
      </w:r>
      <w:proofErr w:type="spellEnd"/>
      <w:r>
        <w:t xml:space="preserve"> </w:t>
      </w:r>
      <w:proofErr w:type="spellStart"/>
      <w:r>
        <w:t>sarana</w:t>
      </w:r>
      <w:proofErr w:type="spellEnd"/>
      <w:r>
        <w:t xml:space="preserve"> </w:t>
      </w:r>
      <w:proofErr w:type="spellStart"/>
      <w:r>
        <w:t>untuk</w:t>
      </w:r>
      <w:proofErr w:type="spellEnd"/>
      <w:r>
        <w:t xml:space="preserve"> </w:t>
      </w:r>
      <w:proofErr w:type="spellStart"/>
      <w:r>
        <w:t>menunjukkan</w:t>
      </w:r>
      <w:proofErr w:type="spellEnd"/>
      <w:r>
        <w:t xml:space="preserve"> </w:t>
      </w:r>
      <w:proofErr w:type="spellStart"/>
      <w:r>
        <w:t>kemampuan</w:t>
      </w:r>
      <w:proofErr w:type="spellEnd"/>
      <w:r>
        <w:t xml:space="preserve"> </w:t>
      </w:r>
      <w:proofErr w:type="spellStart"/>
      <w:r>
        <w:t>pribadi</w:t>
      </w:r>
      <w:proofErr w:type="spellEnd"/>
      <w:r>
        <w:t>.</w:t>
      </w:r>
    </w:p>
    <w:p w14:paraId="307DBD72" w14:textId="77777777" w:rsidR="004828D8" w:rsidRDefault="004828D8" w:rsidP="004828D8">
      <w:proofErr w:type="spellStart"/>
      <w:r>
        <w:t>Sebagai</w:t>
      </w:r>
      <w:proofErr w:type="spellEnd"/>
      <w:r>
        <w:t xml:space="preserve"> </w:t>
      </w:r>
      <w:proofErr w:type="spellStart"/>
      <w:r>
        <w:t>contoh</w:t>
      </w:r>
      <w:proofErr w:type="spellEnd"/>
      <w:r>
        <w:t xml:space="preserve">, </w:t>
      </w:r>
      <w:proofErr w:type="spellStart"/>
      <w:r>
        <w:t>seorang</w:t>
      </w:r>
      <w:proofErr w:type="spellEnd"/>
      <w:r>
        <w:t xml:space="preserve"> </w:t>
      </w:r>
      <w:proofErr w:type="spellStart"/>
      <w:r>
        <w:t>penyanyi</w:t>
      </w:r>
      <w:proofErr w:type="spellEnd"/>
      <w:r>
        <w:t xml:space="preserve"> </w:t>
      </w:r>
      <w:proofErr w:type="spellStart"/>
      <w:r>
        <w:t>mungkin</w:t>
      </w:r>
      <w:proofErr w:type="spellEnd"/>
      <w:r>
        <w:t xml:space="preserve"> </w:t>
      </w:r>
      <w:proofErr w:type="spellStart"/>
      <w:r>
        <w:t>merasa</w:t>
      </w:r>
      <w:proofErr w:type="spellEnd"/>
      <w:r>
        <w:t xml:space="preserve"> </w:t>
      </w:r>
      <w:proofErr w:type="spellStart"/>
      <w:r>
        <w:t>kecewa</w:t>
      </w:r>
      <w:proofErr w:type="spellEnd"/>
      <w:r>
        <w:t xml:space="preserve"> </w:t>
      </w:r>
      <w:proofErr w:type="spellStart"/>
      <w:r>
        <w:t>ketika</w:t>
      </w:r>
      <w:proofErr w:type="spellEnd"/>
      <w:r>
        <w:t xml:space="preserve"> </w:t>
      </w:r>
      <w:proofErr w:type="spellStart"/>
      <w:r>
        <w:t>tidak</w:t>
      </w:r>
      <w:proofErr w:type="spellEnd"/>
      <w:r>
        <w:t xml:space="preserve"> </w:t>
      </w:r>
      <w:proofErr w:type="spellStart"/>
      <w:r>
        <w:t>mendapatkan</w:t>
      </w:r>
      <w:proofErr w:type="spellEnd"/>
      <w:r>
        <w:t xml:space="preserve"> </w:t>
      </w:r>
      <w:proofErr w:type="spellStart"/>
      <w:r>
        <w:t>kesempatan</w:t>
      </w:r>
      <w:proofErr w:type="spellEnd"/>
      <w:r>
        <w:t xml:space="preserve"> </w:t>
      </w:r>
      <w:proofErr w:type="spellStart"/>
      <w:r>
        <w:t>untuk</w:t>
      </w:r>
      <w:proofErr w:type="spellEnd"/>
      <w:r>
        <w:t xml:space="preserve"> </w:t>
      </w:r>
      <w:proofErr w:type="spellStart"/>
      <w:r>
        <w:t>tampil</w:t>
      </w:r>
      <w:proofErr w:type="spellEnd"/>
      <w:r>
        <w:t xml:space="preserve"> di </w:t>
      </w:r>
      <w:proofErr w:type="spellStart"/>
      <w:r>
        <w:t>depan</w:t>
      </w:r>
      <w:proofErr w:type="spellEnd"/>
      <w:r>
        <w:t xml:space="preserve"> </w:t>
      </w:r>
      <w:proofErr w:type="spellStart"/>
      <w:r>
        <w:t>jemaat</w:t>
      </w:r>
      <w:proofErr w:type="spellEnd"/>
      <w:r>
        <w:t xml:space="preserve">. </w:t>
      </w:r>
      <w:proofErr w:type="spellStart"/>
      <w:r>
        <w:t>Sikap</w:t>
      </w:r>
      <w:proofErr w:type="spellEnd"/>
      <w:r>
        <w:t xml:space="preserve"> </w:t>
      </w:r>
      <w:proofErr w:type="spellStart"/>
      <w:r>
        <w:t>tersebut</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pelayanan</w:t>
      </w:r>
      <w:proofErr w:type="spellEnd"/>
      <w:r>
        <w:t xml:space="preserve"> </w:t>
      </w:r>
      <w:proofErr w:type="spellStart"/>
      <w:r>
        <w:t>berisiko</w:t>
      </w:r>
      <w:proofErr w:type="spellEnd"/>
      <w:r>
        <w:t xml:space="preserve"> </w:t>
      </w:r>
      <w:proofErr w:type="spellStart"/>
      <w:r>
        <w:t>lebih</w:t>
      </w:r>
      <w:proofErr w:type="spellEnd"/>
      <w:r>
        <w:t xml:space="preserve"> </w:t>
      </w:r>
      <w:proofErr w:type="spellStart"/>
      <w:r>
        <w:t>berorientasi</w:t>
      </w:r>
      <w:proofErr w:type="spellEnd"/>
      <w:r>
        <w:t xml:space="preserve"> pada </w:t>
      </w:r>
      <w:proofErr w:type="spellStart"/>
      <w:r>
        <w:t>kepentingan</w:t>
      </w:r>
      <w:proofErr w:type="spellEnd"/>
      <w:r>
        <w:t xml:space="preserve"> </w:t>
      </w:r>
      <w:proofErr w:type="spellStart"/>
      <w:r>
        <w:t>pribadi</w:t>
      </w:r>
      <w:proofErr w:type="spellEnd"/>
      <w:r>
        <w:t xml:space="preserve"> </w:t>
      </w:r>
      <w:proofErr w:type="spellStart"/>
      <w:r>
        <w:t>daripada</w:t>
      </w:r>
      <w:proofErr w:type="spellEnd"/>
      <w:r>
        <w:t xml:space="preserve"> </w:t>
      </w:r>
      <w:proofErr w:type="spellStart"/>
      <w:r>
        <w:t>kemuliaan</w:t>
      </w:r>
      <w:proofErr w:type="spellEnd"/>
      <w:r>
        <w:t xml:space="preserve"> Tuhan. </w:t>
      </w:r>
      <w:proofErr w:type="spellStart"/>
      <w:r>
        <w:t>Kolose</w:t>
      </w:r>
      <w:proofErr w:type="spellEnd"/>
      <w:r>
        <w:t xml:space="preserve"> 3:23 </w:t>
      </w:r>
      <w:proofErr w:type="spellStart"/>
      <w:r>
        <w:t>mengajarkan</w:t>
      </w:r>
      <w:proofErr w:type="spellEnd"/>
      <w:r>
        <w:t xml:space="preserve"> agar </w:t>
      </w:r>
      <w:proofErr w:type="spellStart"/>
      <w:r>
        <w:t>segala</w:t>
      </w:r>
      <w:proofErr w:type="spellEnd"/>
      <w:r>
        <w:t xml:space="preserve"> </w:t>
      </w:r>
      <w:proofErr w:type="spellStart"/>
      <w:r>
        <w:t>sesuatu</w:t>
      </w:r>
      <w:proofErr w:type="spellEnd"/>
      <w:r>
        <w:t xml:space="preserve"> </w:t>
      </w:r>
      <w:proofErr w:type="spellStart"/>
      <w:r>
        <w:t>dilakukan</w:t>
      </w:r>
      <w:proofErr w:type="spellEnd"/>
      <w:r>
        <w:t xml:space="preserve"> </w:t>
      </w:r>
      <w:proofErr w:type="spellStart"/>
      <w:r>
        <w:t>dengan</w:t>
      </w:r>
      <w:proofErr w:type="spellEnd"/>
      <w:r>
        <w:t xml:space="preserve"> </w:t>
      </w:r>
      <w:proofErr w:type="spellStart"/>
      <w:r>
        <w:t>segenap</w:t>
      </w:r>
      <w:proofErr w:type="spellEnd"/>
      <w:r>
        <w:t xml:space="preserve"> </w:t>
      </w:r>
      <w:proofErr w:type="spellStart"/>
      <w:r>
        <w:t>hati</w:t>
      </w:r>
      <w:proofErr w:type="spellEnd"/>
      <w:r>
        <w:t xml:space="preserve"> </w:t>
      </w:r>
      <w:proofErr w:type="spellStart"/>
      <w:r>
        <w:t>seperti</w:t>
      </w:r>
      <w:proofErr w:type="spellEnd"/>
      <w:r>
        <w:t xml:space="preserve"> </w:t>
      </w:r>
      <w:proofErr w:type="spellStart"/>
      <w:r>
        <w:t>untuk</w:t>
      </w:r>
      <w:proofErr w:type="spellEnd"/>
      <w:r>
        <w:t xml:space="preserve"> Tuhan. </w:t>
      </w:r>
      <w:proofErr w:type="spellStart"/>
      <w:r>
        <w:t>Dengan</w:t>
      </w:r>
      <w:proofErr w:type="spellEnd"/>
      <w:r>
        <w:t xml:space="preserve"> </w:t>
      </w:r>
      <w:proofErr w:type="spellStart"/>
      <w:r>
        <w:t>demikian</w:t>
      </w:r>
      <w:proofErr w:type="spellEnd"/>
      <w:r>
        <w:t xml:space="preserve">, </w:t>
      </w:r>
      <w:proofErr w:type="spellStart"/>
      <w:r>
        <w:t>setiap</w:t>
      </w:r>
      <w:proofErr w:type="spellEnd"/>
      <w:r>
        <w:t xml:space="preserve"> </w:t>
      </w:r>
      <w:proofErr w:type="spellStart"/>
      <w:r>
        <w:t>pelayan</w:t>
      </w:r>
      <w:proofErr w:type="spellEnd"/>
      <w:r>
        <w:t xml:space="preserve"> </w:t>
      </w:r>
      <w:proofErr w:type="spellStart"/>
      <w:r>
        <w:t>perlu</w:t>
      </w:r>
      <w:proofErr w:type="spellEnd"/>
      <w:r>
        <w:t xml:space="preserve"> </w:t>
      </w:r>
      <w:proofErr w:type="spellStart"/>
      <w:r>
        <w:t>memiliki</w:t>
      </w:r>
      <w:proofErr w:type="spellEnd"/>
      <w:r>
        <w:t xml:space="preserve"> </w:t>
      </w:r>
      <w:proofErr w:type="spellStart"/>
      <w:r>
        <w:t>motivasi</w:t>
      </w:r>
      <w:proofErr w:type="spellEnd"/>
      <w:r>
        <w:t xml:space="preserve"> yang </w:t>
      </w:r>
      <w:proofErr w:type="spellStart"/>
      <w:r>
        <w:t>benar</w:t>
      </w:r>
      <w:proofErr w:type="spellEnd"/>
      <w:r>
        <w:t xml:space="preserve"> dan </w:t>
      </w:r>
      <w:proofErr w:type="spellStart"/>
      <w:r>
        <w:t>tidak</w:t>
      </w:r>
      <w:proofErr w:type="spellEnd"/>
      <w:r>
        <w:t xml:space="preserve"> </w:t>
      </w:r>
      <w:proofErr w:type="spellStart"/>
      <w:r>
        <w:t>menjadikan</w:t>
      </w:r>
      <w:proofErr w:type="spellEnd"/>
      <w:r>
        <w:t xml:space="preserve"> </w:t>
      </w:r>
      <w:proofErr w:type="spellStart"/>
      <w:r>
        <w:t>pujian</w:t>
      </w:r>
      <w:proofErr w:type="spellEnd"/>
      <w:r>
        <w:t xml:space="preserve"> </w:t>
      </w:r>
      <w:proofErr w:type="spellStart"/>
      <w:r>
        <w:t>manusia</w:t>
      </w:r>
      <w:proofErr w:type="spellEnd"/>
      <w:r>
        <w:t xml:space="preserve"> </w:t>
      </w:r>
      <w:proofErr w:type="spellStart"/>
      <w:r>
        <w:t>sebagai</w:t>
      </w:r>
      <w:proofErr w:type="spellEnd"/>
      <w:r>
        <w:t xml:space="preserve"> </w:t>
      </w:r>
      <w:proofErr w:type="spellStart"/>
      <w:r>
        <w:t>tujuan</w:t>
      </w:r>
      <w:proofErr w:type="spellEnd"/>
      <w:r>
        <w:t xml:space="preserve"> </w:t>
      </w:r>
      <w:proofErr w:type="spellStart"/>
      <w:r>
        <w:t>utama</w:t>
      </w:r>
      <w:proofErr w:type="spellEnd"/>
      <w:r>
        <w:t>.</w:t>
      </w:r>
    </w:p>
    <w:p w14:paraId="62D98093" w14:textId="77777777" w:rsidR="004828D8" w:rsidRDefault="004828D8" w:rsidP="004828D8"/>
    <w:p w14:paraId="4D267027" w14:textId="36EF8C9F" w:rsidR="004828D8" w:rsidRPr="009138E9" w:rsidRDefault="009138E9" w:rsidP="004828D8">
      <w:pPr>
        <w:rPr>
          <w:b/>
          <w:bCs/>
        </w:rPr>
      </w:pPr>
      <w:r w:rsidRPr="009138E9">
        <w:rPr>
          <w:b/>
          <w:bCs/>
        </w:rPr>
        <w:t>5</w:t>
      </w:r>
      <w:r w:rsidR="004828D8" w:rsidRPr="009138E9">
        <w:rPr>
          <w:b/>
          <w:bCs/>
        </w:rPr>
        <w:t xml:space="preserve">.2 </w:t>
      </w:r>
      <w:proofErr w:type="spellStart"/>
      <w:r w:rsidR="004828D8" w:rsidRPr="009138E9">
        <w:rPr>
          <w:b/>
          <w:bCs/>
        </w:rPr>
        <w:t>Penyalahgunaan</w:t>
      </w:r>
      <w:proofErr w:type="spellEnd"/>
      <w:r w:rsidR="004828D8" w:rsidRPr="009138E9">
        <w:rPr>
          <w:b/>
          <w:bCs/>
        </w:rPr>
        <w:t xml:space="preserve"> </w:t>
      </w:r>
      <w:proofErr w:type="spellStart"/>
      <w:r w:rsidR="004828D8" w:rsidRPr="009138E9">
        <w:rPr>
          <w:b/>
          <w:bCs/>
        </w:rPr>
        <w:t>Kekuasaan</w:t>
      </w:r>
      <w:proofErr w:type="spellEnd"/>
      <w:r w:rsidR="004828D8" w:rsidRPr="009138E9">
        <w:rPr>
          <w:b/>
          <w:bCs/>
        </w:rPr>
        <w:t xml:space="preserve"> oleh </w:t>
      </w:r>
      <w:proofErr w:type="spellStart"/>
      <w:r w:rsidR="004828D8" w:rsidRPr="009138E9">
        <w:rPr>
          <w:b/>
          <w:bCs/>
        </w:rPr>
        <w:t>Pemimpin</w:t>
      </w:r>
      <w:proofErr w:type="spellEnd"/>
    </w:p>
    <w:p w14:paraId="3ABFFCCC" w14:textId="77777777" w:rsidR="004828D8" w:rsidRDefault="004828D8" w:rsidP="004828D8">
      <w:proofErr w:type="spellStart"/>
      <w:r>
        <w:t>Pemimpin</w:t>
      </w:r>
      <w:proofErr w:type="spellEnd"/>
      <w:r>
        <w:t xml:space="preserve"> </w:t>
      </w:r>
      <w:proofErr w:type="spellStart"/>
      <w:r>
        <w:t>musik</w:t>
      </w:r>
      <w:proofErr w:type="spellEnd"/>
      <w:r>
        <w:t xml:space="preserve"> </w:t>
      </w:r>
      <w:proofErr w:type="spellStart"/>
      <w:r>
        <w:t>memiliki</w:t>
      </w:r>
      <w:proofErr w:type="spellEnd"/>
      <w:r>
        <w:t xml:space="preserve"> </w:t>
      </w:r>
      <w:proofErr w:type="spellStart"/>
      <w:r>
        <w:t>tanggung</w:t>
      </w:r>
      <w:proofErr w:type="spellEnd"/>
      <w:r>
        <w:t xml:space="preserve"> </w:t>
      </w:r>
      <w:proofErr w:type="spellStart"/>
      <w:r>
        <w:t>jawab</w:t>
      </w:r>
      <w:proofErr w:type="spellEnd"/>
      <w:r>
        <w:t xml:space="preserve"> </w:t>
      </w:r>
      <w:proofErr w:type="spellStart"/>
      <w:r>
        <w:t>untuk</w:t>
      </w:r>
      <w:proofErr w:type="spellEnd"/>
      <w:r>
        <w:t xml:space="preserve"> </w:t>
      </w:r>
      <w:proofErr w:type="spellStart"/>
      <w:r>
        <w:t>mengatur</w:t>
      </w:r>
      <w:proofErr w:type="spellEnd"/>
      <w:r>
        <w:t xml:space="preserve"> </w:t>
      </w:r>
      <w:proofErr w:type="spellStart"/>
      <w:r>
        <w:t>latihan</w:t>
      </w:r>
      <w:proofErr w:type="spellEnd"/>
      <w:r>
        <w:t xml:space="preserve">, </w:t>
      </w:r>
      <w:proofErr w:type="spellStart"/>
      <w:r>
        <w:t>membagi</w:t>
      </w:r>
      <w:proofErr w:type="spellEnd"/>
      <w:r>
        <w:t xml:space="preserve"> </w:t>
      </w:r>
      <w:proofErr w:type="spellStart"/>
      <w:r>
        <w:t>tugas</w:t>
      </w:r>
      <w:proofErr w:type="spellEnd"/>
      <w:r>
        <w:t xml:space="preserve">, dan </w:t>
      </w:r>
      <w:proofErr w:type="spellStart"/>
      <w:r>
        <w:t>mengarahkan</w:t>
      </w:r>
      <w:proofErr w:type="spellEnd"/>
      <w:r>
        <w:t xml:space="preserve"> </w:t>
      </w:r>
      <w:proofErr w:type="spellStart"/>
      <w:r>
        <w:t>tim</w:t>
      </w:r>
      <w:proofErr w:type="spellEnd"/>
      <w:r>
        <w:t xml:space="preserve"> </w:t>
      </w:r>
      <w:proofErr w:type="spellStart"/>
      <w:r>
        <w:t>pelayanan</w:t>
      </w:r>
      <w:proofErr w:type="spellEnd"/>
      <w:r>
        <w:t xml:space="preserve">. </w:t>
      </w:r>
      <w:proofErr w:type="spellStart"/>
      <w:r>
        <w:t>Namun</w:t>
      </w:r>
      <w:proofErr w:type="spellEnd"/>
      <w:r>
        <w:t xml:space="preserve">, </w:t>
      </w:r>
      <w:proofErr w:type="spellStart"/>
      <w:r>
        <w:t>kedudukan</w:t>
      </w:r>
      <w:proofErr w:type="spellEnd"/>
      <w:r>
        <w:t xml:space="preserve"> </w:t>
      </w:r>
      <w:proofErr w:type="spellStart"/>
      <w:r>
        <w:t>tersebut</w:t>
      </w:r>
      <w:proofErr w:type="spellEnd"/>
      <w:r>
        <w:t xml:space="preserve"> </w:t>
      </w:r>
      <w:proofErr w:type="spellStart"/>
      <w:r>
        <w:t>dapat</w:t>
      </w:r>
      <w:proofErr w:type="spellEnd"/>
      <w:r>
        <w:t xml:space="preserve"> </w:t>
      </w:r>
      <w:proofErr w:type="spellStart"/>
      <w:r>
        <w:t>disalahgunakan</w:t>
      </w:r>
      <w:proofErr w:type="spellEnd"/>
      <w:r>
        <w:t xml:space="preserve"> </w:t>
      </w:r>
      <w:proofErr w:type="spellStart"/>
      <w:r>
        <w:t>apabila</w:t>
      </w:r>
      <w:proofErr w:type="spellEnd"/>
      <w:r>
        <w:t xml:space="preserve"> </w:t>
      </w:r>
      <w:proofErr w:type="spellStart"/>
      <w:r>
        <w:t>pemimpin</w:t>
      </w:r>
      <w:proofErr w:type="spellEnd"/>
      <w:r>
        <w:t xml:space="preserve"> </w:t>
      </w:r>
      <w:proofErr w:type="spellStart"/>
      <w:r>
        <w:t>merasa</w:t>
      </w:r>
      <w:proofErr w:type="spellEnd"/>
      <w:r>
        <w:t xml:space="preserve"> paling </w:t>
      </w:r>
      <w:proofErr w:type="spellStart"/>
      <w:r>
        <w:t>benar</w:t>
      </w:r>
      <w:proofErr w:type="spellEnd"/>
      <w:r>
        <w:t xml:space="preserve">, </w:t>
      </w:r>
      <w:proofErr w:type="spellStart"/>
      <w:r>
        <w:t>memaksakan</w:t>
      </w:r>
      <w:proofErr w:type="spellEnd"/>
      <w:r>
        <w:t xml:space="preserve"> </w:t>
      </w:r>
      <w:proofErr w:type="spellStart"/>
      <w:r>
        <w:t>kehendak</w:t>
      </w:r>
      <w:proofErr w:type="spellEnd"/>
      <w:r>
        <w:t xml:space="preserve">, </w:t>
      </w:r>
      <w:proofErr w:type="spellStart"/>
      <w:r>
        <w:t>atau</w:t>
      </w:r>
      <w:proofErr w:type="spellEnd"/>
      <w:r>
        <w:t xml:space="preserve"> </w:t>
      </w:r>
      <w:proofErr w:type="spellStart"/>
      <w:r>
        <w:t>tidak</w:t>
      </w:r>
      <w:proofErr w:type="spellEnd"/>
      <w:r>
        <w:t xml:space="preserve"> </w:t>
      </w:r>
      <w:proofErr w:type="spellStart"/>
      <w:r>
        <w:t>mau</w:t>
      </w:r>
      <w:proofErr w:type="spellEnd"/>
      <w:r>
        <w:t xml:space="preserve"> </w:t>
      </w:r>
      <w:proofErr w:type="spellStart"/>
      <w:r>
        <w:t>menerima</w:t>
      </w:r>
      <w:proofErr w:type="spellEnd"/>
      <w:r>
        <w:t xml:space="preserve"> </w:t>
      </w:r>
      <w:proofErr w:type="spellStart"/>
      <w:r>
        <w:t>masukan</w:t>
      </w:r>
      <w:proofErr w:type="spellEnd"/>
      <w:r>
        <w:t xml:space="preserve"> </w:t>
      </w:r>
      <w:proofErr w:type="spellStart"/>
      <w:r>
        <w:t>dari</w:t>
      </w:r>
      <w:proofErr w:type="spellEnd"/>
      <w:r>
        <w:t xml:space="preserve"> </w:t>
      </w:r>
      <w:proofErr w:type="spellStart"/>
      <w:r>
        <w:t>anggota</w:t>
      </w:r>
      <w:proofErr w:type="spellEnd"/>
      <w:r>
        <w:t>.</w:t>
      </w:r>
    </w:p>
    <w:p w14:paraId="16EF85F0" w14:textId="0B507ADD" w:rsidR="004828D8" w:rsidRDefault="004828D8" w:rsidP="004828D8">
      <w:proofErr w:type="spellStart"/>
      <w:r>
        <w:t>Sebagai</w:t>
      </w:r>
      <w:proofErr w:type="spellEnd"/>
      <w:r>
        <w:t xml:space="preserve"> </w:t>
      </w:r>
      <w:proofErr w:type="spellStart"/>
      <w:r>
        <w:t>contoh</w:t>
      </w:r>
      <w:proofErr w:type="spellEnd"/>
      <w:r>
        <w:t xml:space="preserve">, </w:t>
      </w:r>
      <w:proofErr w:type="spellStart"/>
      <w:r>
        <w:t>seorang</w:t>
      </w:r>
      <w:proofErr w:type="spellEnd"/>
      <w:r>
        <w:t xml:space="preserve"> </w:t>
      </w:r>
      <w:proofErr w:type="spellStart"/>
      <w:r>
        <w:t>pemimpin</w:t>
      </w:r>
      <w:proofErr w:type="spellEnd"/>
      <w:r>
        <w:t xml:space="preserve"> </w:t>
      </w:r>
      <w:proofErr w:type="spellStart"/>
      <w:r>
        <w:t>dapat</w:t>
      </w:r>
      <w:proofErr w:type="spellEnd"/>
      <w:r>
        <w:t xml:space="preserve"> </w:t>
      </w:r>
      <w:proofErr w:type="spellStart"/>
      <w:r>
        <w:t>menolak</w:t>
      </w:r>
      <w:proofErr w:type="spellEnd"/>
      <w:r>
        <w:t xml:space="preserve"> </w:t>
      </w:r>
      <w:proofErr w:type="spellStart"/>
      <w:r>
        <w:t>pendapat</w:t>
      </w:r>
      <w:proofErr w:type="spellEnd"/>
      <w:r>
        <w:t xml:space="preserve"> </w:t>
      </w:r>
      <w:proofErr w:type="spellStart"/>
      <w:r>
        <w:t>anggota</w:t>
      </w:r>
      <w:proofErr w:type="spellEnd"/>
      <w:r>
        <w:t xml:space="preserve"> </w:t>
      </w:r>
      <w:proofErr w:type="spellStart"/>
      <w:r>
        <w:t>tanpa</w:t>
      </w:r>
      <w:proofErr w:type="spellEnd"/>
      <w:r>
        <w:t xml:space="preserve"> </w:t>
      </w:r>
      <w:proofErr w:type="spellStart"/>
      <w:r>
        <w:t>memberikan</w:t>
      </w:r>
      <w:proofErr w:type="spellEnd"/>
      <w:r>
        <w:t xml:space="preserve"> </w:t>
      </w:r>
      <w:proofErr w:type="spellStart"/>
      <w:r>
        <w:t>penjelasan</w:t>
      </w:r>
      <w:proofErr w:type="spellEnd"/>
      <w:r>
        <w:t xml:space="preserve"> </w:t>
      </w:r>
      <w:proofErr w:type="spellStart"/>
      <w:r>
        <w:t>atau</w:t>
      </w:r>
      <w:proofErr w:type="spellEnd"/>
      <w:r>
        <w:t xml:space="preserve"> </w:t>
      </w:r>
      <w:proofErr w:type="spellStart"/>
      <w:r>
        <w:t>memarahi</w:t>
      </w:r>
      <w:proofErr w:type="spellEnd"/>
      <w:r>
        <w:t xml:space="preserve"> </w:t>
      </w:r>
      <w:proofErr w:type="spellStart"/>
      <w:r>
        <w:t>anggota</w:t>
      </w:r>
      <w:proofErr w:type="spellEnd"/>
      <w:r>
        <w:t xml:space="preserve"> di </w:t>
      </w:r>
      <w:proofErr w:type="spellStart"/>
      <w:r>
        <w:t>depan</w:t>
      </w:r>
      <w:proofErr w:type="spellEnd"/>
      <w:r>
        <w:t xml:space="preserve"> orang lain. Tindakan </w:t>
      </w:r>
      <w:proofErr w:type="spellStart"/>
      <w:r>
        <w:t>seperti</w:t>
      </w:r>
      <w:proofErr w:type="spellEnd"/>
      <w:r>
        <w:t xml:space="preserve"> </w:t>
      </w:r>
      <w:proofErr w:type="spellStart"/>
      <w:r>
        <w:t>ini</w:t>
      </w:r>
      <w:proofErr w:type="spellEnd"/>
      <w:r>
        <w:t xml:space="preserve"> </w:t>
      </w:r>
      <w:proofErr w:type="spellStart"/>
      <w:r>
        <w:t>dapat</w:t>
      </w:r>
      <w:proofErr w:type="spellEnd"/>
      <w:r>
        <w:t xml:space="preserve"> </w:t>
      </w:r>
      <w:proofErr w:type="spellStart"/>
      <w:r>
        <w:t>merusak</w:t>
      </w:r>
      <w:proofErr w:type="spellEnd"/>
      <w:r>
        <w:t xml:space="preserve"> </w:t>
      </w:r>
      <w:proofErr w:type="spellStart"/>
      <w:r>
        <w:t>kepercayaan</w:t>
      </w:r>
      <w:proofErr w:type="spellEnd"/>
      <w:r>
        <w:t xml:space="preserve"> dan </w:t>
      </w:r>
      <w:proofErr w:type="spellStart"/>
      <w:r>
        <w:t>menciptakan</w:t>
      </w:r>
      <w:proofErr w:type="spellEnd"/>
      <w:r>
        <w:t xml:space="preserve"> </w:t>
      </w:r>
      <w:proofErr w:type="spellStart"/>
      <w:r>
        <w:t>suasana</w:t>
      </w:r>
      <w:proofErr w:type="spellEnd"/>
      <w:r>
        <w:t xml:space="preserve"> </w:t>
      </w:r>
      <w:proofErr w:type="spellStart"/>
      <w:r>
        <w:t>pelayanan</w:t>
      </w:r>
      <w:proofErr w:type="spellEnd"/>
      <w:r>
        <w:t xml:space="preserve"> yang </w:t>
      </w:r>
      <w:proofErr w:type="spellStart"/>
      <w:r>
        <w:t>tidak</w:t>
      </w:r>
      <w:proofErr w:type="spellEnd"/>
      <w:r>
        <w:t xml:space="preserve"> </w:t>
      </w:r>
      <w:proofErr w:type="spellStart"/>
      <w:r>
        <w:t>sehat</w:t>
      </w:r>
      <w:proofErr w:type="spellEnd"/>
      <w:r>
        <w:t xml:space="preserve">. Markus 10:43–45 </w:t>
      </w:r>
      <w:proofErr w:type="spellStart"/>
      <w:r>
        <w:t>mengajarkan</w:t>
      </w:r>
      <w:proofErr w:type="spellEnd"/>
      <w:r>
        <w:t xml:space="preserve"> </w:t>
      </w:r>
      <w:proofErr w:type="spellStart"/>
      <w:r>
        <w:t>bahwa</w:t>
      </w:r>
      <w:proofErr w:type="spellEnd"/>
      <w:r>
        <w:t xml:space="preserve"> </w:t>
      </w:r>
      <w:proofErr w:type="spellStart"/>
      <w:r>
        <w:t>pemimpin</w:t>
      </w:r>
      <w:proofErr w:type="spellEnd"/>
      <w:r>
        <w:t xml:space="preserve"> </w:t>
      </w:r>
      <w:proofErr w:type="spellStart"/>
      <w:r>
        <w:t>dalam</w:t>
      </w:r>
      <w:proofErr w:type="spellEnd"/>
      <w:r>
        <w:t xml:space="preserve"> </w:t>
      </w:r>
      <w:proofErr w:type="spellStart"/>
      <w:r>
        <w:t>kehidupan</w:t>
      </w:r>
      <w:proofErr w:type="spellEnd"/>
      <w:r>
        <w:t xml:space="preserve"> Kristen </w:t>
      </w:r>
      <w:proofErr w:type="spellStart"/>
      <w:r>
        <w:t>harus</w:t>
      </w:r>
      <w:proofErr w:type="spellEnd"/>
      <w:r>
        <w:t xml:space="preserve"> </w:t>
      </w:r>
      <w:proofErr w:type="spellStart"/>
      <w:r>
        <w:t>menjadi</w:t>
      </w:r>
      <w:proofErr w:type="spellEnd"/>
      <w:r>
        <w:t xml:space="preserve"> </w:t>
      </w:r>
      <w:proofErr w:type="spellStart"/>
      <w:r>
        <w:t>pelayan</w:t>
      </w:r>
      <w:proofErr w:type="spellEnd"/>
      <w:r>
        <w:t xml:space="preserve"> </w:t>
      </w:r>
      <w:proofErr w:type="spellStart"/>
      <w:r>
        <w:t>bagi</w:t>
      </w:r>
      <w:proofErr w:type="spellEnd"/>
      <w:r>
        <w:t xml:space="preserve"> orang lain. Oleh </w:t>
      </w:r>
      <w:proofErr w:type="spellStart"/>
      <w:r>
        <w:t>karena</w:t>
      </w:r>
      <w:proofErr w:type="spellEnd"/>
      <w:r>
        <w:t xml:space="preserve"> </w:t>
      </w:r>
      <w:proofErr w:type="spellStart"/>
      <w:r>
        <w:t>itu</w:t>
      </w:r>
      <w:proofErr w:type="spellEnd"/>
      <w:r>
        <w:t xml:space="preserve">, </w:t>
      </w:r>
      <w:proofErr w:type="spellStart"/>
      <w:r>
        <w:t>pemimpin</w:t>
      </w:r>
      <w:proofErr w:type="spellEnd"/>
      <w:r>
        <w:t xml:space="preserve"> </w:t>
      </w:r>
      <w:proofErr w:type="spellStart"/>
      <w:r>
        <w:t>musik</w:t>
      </w:r>
      <w:proofErr w:type="spellEnd"/>
      <w:r>
        <w:t xml:space="preserve"> </w:t>
      </w:r>
      <w:proofErr w:type="spellStart"/>
      <w:r>
        <w:t>perlu</w:t>
      </w:r>
      <w:proofErr w:type="spellEnd"/>
      <w:r>
        <w:t xml:space="preserve"> </w:t>
      </w:r>
      <w:proofErr w:type="spellStart"/>
      <w:r>
        <w:t>menggunakan</w:t>
      </w:r>
      <w:proofErr w:type="spellEnd"/>
      <w:r>
        <w:t xml:space="preserve"> </w:t>
      </w:r>
      <w:proofErr w:type="spellStart"/>
      <w:r>
        <w:t>wewenangnya</w:t>
      </w:r>
      <w:proofErr w:type="spellEnd"/>
      <w:r>
        <w:t xml:space="preserve"> </w:t>
      </w:r>
      <w:proofErr w:type="spellStart"/>
      <w:r>
        <w:t>dengan</w:t>
      </w:r>
      <w:proofErr w:type="spellEnd"/>
      <w:r>
        <w:t xml:space="preserve"> </w:t>
      </w:r>
      <w:proofErr w:type="spellStart"/>
      <w:r>
        <w:t>bijaksana</w:t>
      </w:r>
      <w:proofErr w:type="spellEnd"/>
      <w:r>
        <w:t xml:space="preserve">, </w:t>
      </w:r>
      <w:proofErr w:type="spellStart"/>
      <w:r>
        <w:t>adil</w:t>
      </w:r>
      <w:proofErr w:type="spellEnd"/>
      <w:r>
        <w:t xml:space="preserve">, dan </w:t>
      </w:r>
      <w:proofErr w:type="spellStart"/>
      <w:r>
        <w:t>penuh</w:t>
      </w:r>
      <w:proofErr w:type="spellEnd"/>
      <w:r>
        <w:t xml:space="preserve"> </w:t>
      </w:r>
      <w:proofErr w:type="spellStart"/>
      <w:r>
        <w:t>tanggung</w:t>
      </w:r>
      <w:proofErr w:type="spellEnd"/>
      <w:r>
        <w:t xml:space="preserve"> </w:t>
      </w:r>
      <w:proofErr w:type="spellStart"/>
      <w:r>
        <w:t>jawab</w:t>
      </w:r>
      <w:proofErr w:type="spellEnd"/>
      <w:r>
        <w:t>.</w:t>
      </w:r>
    </w:p>
    <w:p w14:paraId="48D488F8" w14:textId="29862DCE" w:rsidR="004828D8" w:rsidRPr="009138E9" w:rsidRDefault="009138E9" w:rsidP="004828D8">
      <w:pPr>
        <w:rPr>
          <w:b/>
          <w:bCs/>
        </w:rPr>
      </w:pPr>
      <w:r w:rsidRPr="009138E9">
        <w:rPr>
          <w:b/>
          <w:bCs/>
        </w:rPr>
        <w:t>5</w:t>
      </w:r>
      <w:r w:rsidR="004828D8" w:rsidRPr="009138E9">
        <w:rPr>
          <w:b/>
          <w:bCs/>
        </w:rPr>
        <w:t xml:space="preserve">.3 </w:t>
      </w:r>
      <w:proofErr w:type="spellStart"/>
      <w:r w:rsidR="004828D8" w:rsidRPr="009138E9">
        <w:rPr>
          <w:b/>
          <w:bCs/>
        </w:rPr>
        <w:t>Pilih</w:t>
      </w:r>
      <w:proofErr w:type="spellEnd"/>
      <w:r w:rsidR="004828D8" w:rsidRPr="009138E9">
        <w:rPr>
          <w:b/>
          <w:bCs/>
        </w:rPr>
        <w:t xml:space="preserve"> Kasih </w:t>
      </w:r>
      <w:proofErr w:type="spellStart"/>
      <w:r w:rsidR="004828D8" w:rsidRPr="009138E9">
        <w:rPr>
          <w:b/>
          <w:bCs/>
        </w:rPr>
        <w:t>dalam</w:t>
      </w:r>
      <w:proofErr w:type="spellEnd"/>
      <w:r w:rsidR="004828D8" w:rsidRPr="009138E9">
        <w:rPr>
          <w:b/>
          <w:bCs/>
        </w:rPr>
        <w:t xml:space="preserve"> </w:t>
      </w:r>
      <w:proofErr w:type="spellStart"/>
      <w:r w:rsidR="004828D8" w:rsidRPr="009138E9">
        <w:rPr>
          <w:b/>
          <w:bCs/>
        </w:rPr>
        <w:t>Pembagian</w:t>
      </w:r>
      <w:proofErr w:type="spellEnd"/>
      <w:r w:rsidR="004828D8" w:rsidRPr="009138E9">
        <w:rPr>
          <w:b/>
          <w:bCs/>
        </w:rPr>
        <w:t xml:space="preserve"> </w:t>
      </w:r>
      <w:proofErr w:type="spellStart"/>
      <w:r w:rsidR="004828D8" w:rsidRPr="009138E9">
        <w:rPr>
          <w:b/>
          <w:bCs/>
        </w:rPr>
        <w:t>Tugas</w:t>
      </w:r>
      <w:proofErr w:type="spellEnd"/>
    </w:p>
    <w:p w14:paraId="7AE32129" w14:textId="1B97F02F" w:rsidR="004828D8" w:rsidRDefault="004828D8" w:rsidP="004828D8">
      <w:proofErr w:type="spellStart"/>
      <w:r>
        <w:t>Tantangan</w:t>
      </w:r>
      <w:proofErr w:type="spellEnd"/>
      <w:r>
        <w:t xml:space="preserve"> </w:t>
      </w:r>
      <w:proofErr w:type="spellStart"/>
      <w:r>
        <w:t>lainnya</w:t>
      </w:r>
      <w:proofErr w:type="spellEnd"/>
      <w:r>
        <w:t xml:space="preserve"> </w:t>
      </w:r>
      <w:proofErr w:type="spellStart"/>
      <w:r>
        <w:t>adalah</w:t>
      </w:r>
      <w:proofErr w:type="spellEnd"/>
      <w:r>
        <w:t xml:space="preserve"> </w:t>
      </w:r>
      <w:proofErr w:type="spellStart"/>
      <w:r>
        <w:t>sikap</w:t>
      </w:r>
      <w:proofErr w:type="spellEnd"/>
      <w:r>
        <w:t xml:space="preserve"> </w:t>
      </w:r>
      <w:proofErr w:type="spellStart"/>
      <w:r>
        <w:t>pilih</w:t>
      </w:r>
      <w:proofErr w:type="spellEnd"/>
      <w:r>
        <w:t xml:space="preserve"> </w:t>
      </w:r>
      <w:proofErr w:type="spellStart"/>
      <w:r>
        <w:t>kasih</w:t>
      </w:r>
      <w:proofErr w:type="spellEnd"/>
      <w:r>
        <w:t xml:space="preserve"> </w:t>
      </w:r>
      <w:proofErr w:type="spellStart"/>
      <w:r>
        <w:t>dalam</w:t>
      </w:r>
      <w:proofErr w:type="spellEnd"/>
      <w:r>
        <w:t xml:space="preserve"> </w:t>
      </w:r>
      <w:proofErr w:type="spellStart"/>
      <w:r>
        <w:t>memberikan</w:t>
      </w:r>
      <w:proofErr w:type="spellEnd"/>
      <w:r>
        <w:t xml:space="preserve"> </w:t>
      </w:r>
      <w:proofErr w:type="spellStart"/>
      <w:r>
        <w:t>kesempatan</w:t>
      </w:r>
      <w:proofErr w:type="spellEnd"/>
      <w:r>
        <w:t xml:space="preserve"> </w:t>
      </w:r>
      <w:proofErr w:type="spellStart"/>
      <w:r>
        <w:t>pelayanan</w:t>
      </w:r>
      <w:proofErr w:type="spellEnd"/>
      <w:r>
        <w:t xml:space="preserve">. </w:t>
      </w:r>
      <w:proofErr w:type="spellStart"/>
      <w:r>
        <w:t>Pemimpin</w:t>
      </w:r>
      <w:proofErr w:type="spellEnd"/>
      <w:r>
        <w:t xml:space="preserve"> </w:t>
      </w:r>
      <w:proofErr w:type="spellStart"/>
      <w:r>
        <w:t>mungkin</w:t>
      </w:r>
      <w:proofErr w:type="spellEnd"/>
      <w:r>
        <w:t xml:space="preserve"> </w:t>
      </w:r>
      <w:proofErr w:type="spellStart"/>
      <w:r>
        <w:t>lebih</w:t>
      </w:r>
      <w:proofErr w:type="spellEnd"/>
      <w:r>
        <w:t xml:space="preserve"> </w:t>
      </w:r>
      <w:proofErr w:type="spellStart"/>
      <w:r>
        <w:t>sering</w:t>
      </w:r>
      <w:proofErr w:type="spellEnd"/>
      <w:r>
        <w:t xml:space="preserve"> </w:t>
      </w:r>
      <w:proofErr w:type="spellStart"/>
      <w:r>
        <w:t>memilih</w:t>
      </w:r>
      <w:proofErr w:type="spellEnd"/>
      <w:r>
        <w:t xml:space="preserve"> orang yang </w:t>
      </w:r>
      <w:proofErr w:type="spellStart"/>
      <w:r>
        <w:t>dekat</w:t>
      </w:r>
      <w:proofErr w:type="spellEnd"/>
      <w:r>
        <w:t xml:space="preserve"> </w:t>
      </w:r>
      <w:proofErr w:type="spellStart"/>
      <w:r>
        <w:t>dengannya</w:t>
      </w:r>
      <w:proofErr w:type="spellEnd"/>
      <w:r>
        <w:t xml:space="preserve"> </w:t>
      </w:r>
      <w:proofErr w:type="spellStart"/>
      <w:r>
        <w:t>atau</w:t>
      </w:r>
      <w:proofErr w:type="spellEnd"/>
      <w:r>
        <w:t xml:space="preserve"> </w:t>
      </w:r>
      <w:proofErr w:type="spellStart"/>
      <w:r>
        <w:t>hanya</w:t>
      </w:r>
      <w:proofErr w:type="spellEnd"/>
      <w:r>
        <w:t xml:space="preserve"> </w:t>
      </w:r>
      <w:proofErr w:type="spellStart"/>
      <w:r>
        <w:t>memberikan</w:t>
      </w:r>
      <w:proofErr w:type="spellEnd"/>
      <w:r>
        <w:t xml:space="preserve"> </w:t>
      </w:r>
      <w:proofErr w:type="spellStart"/>
      <w:r>
        <w:t>kesempatan</w:t>
      </w:r>
      <w:proofErr w:type="spellEnd"/>
      <w:r>
        <w:t xml:space="preserve"> </w:t>
      </w:r>
      <w:proofErr w:type="spellStart"/>
      <w:r>
        <w:t>kepada</w:t>
      </w:r>
      <w:proofErr w:type="spellEnd"/>
      <w:r>
        <w:t xml:space="preserve"> </w:t>
      </w:r>
      <w:proofErr w:type="spellStart"/>
      <w:r>
        <w:t>anggota</w:t>
      </w:r>
      <w:proofErr w:type="spellEnd"/>
      <w:r>
        <w:t xml:space="preserve"> yang </w:t>
      </w:r>
      <w:proofErr w:type="spellStart"/>
      <w:r>
        <w:t>dianggap</w:t>
      </w:r>
      <w:proofErr w:type="spellEnd"/>
      <w:r>
        <w:t xml:space="preserve"> paling </w:t>
      </w:r>
      <w:proofErr w:type="spellStart"/>
      <w:r>
        <w:t>berbakat</w:t>
      </w:r>
      <w:proofErr w:type="spellEnd"/>
      <w:r>
        <w:t xml:space="preserve">. Jika </w:t>
      </w:r>
      <w:proofErr w:type="spellStart"/>
      <w:r>
        <w:t>tidak</w:t>
      </w:r>
      <w:proofErr w:type="spellEnd"/>
      <w:r>
        <w:t xml:space="preserve"> </w:t>
      </w:r>
      <w:proofErr w:type="spellStart"/>
      <w:r>
        <w:t>disertai</w:t>
      </w:r>
      <w:proofErr w:type="spellEnd"/>
      <w:r>
        <w:t xml:space="preserve"> </w:t>
      </w:r>
      <w:proofErr w:type="spellStart"/>
      <w:r>
        <w:t>pertimbangan</w:t>
      </w:r>
      <w:proofErr w:type="spellEnd"/>
      <w:r>
        <w:t xml:space="preserve"> yang </w:t>
      </w:r>
      <w:proofErr w:type="spellStart"/>
      <w:r>
        <w:t>adil</w:t>
      </w:r>
      <w:proofErr w:type="spellEnd"/>
      <w:r>
        <w:t xml:space="preserve">, </w:t>
      </w:r>
      <w:proofErr w:type="spellStart"/>
      <w:r>
        <w:t>kebiasaan</w:t>
      </w:r>
      <w:proofErr w:type="spellEnd"/>
      <w:r>
        <w:t xml:space="preserve"> </w:t>
      </w:r>
      <w:proofErr w:type="spellStart"/>
      <w:r>
        <w:t>ini</w:t>
      </w:r>
      <w:proofErr w:type="spellEnd"/>
      <w:r>
        <w:t xml:space="preserve"> </w:t>
      </w:r>
      <w:proofErr w:type="spellStart"/>
      <w:r>
        <w:t>dapat</w:t>
      </w:r>
      <w:proofErr w:type="spellEnd"/>
      <w:r>
        <w:t xml:space="preserve"> </w:t>
      </w:r>
      <w:proofErr w:type="spellStart"/>
      <w:r>
        <w:t>membuat</w:t>
      </w:r>
      <w:proofErr w:type="spellEnd"/>
      <w:r>
        <w:t xml:space="preserve"> </w:t>
      </w:r>
      <w:proofErr w:type="spellStart"/>
      <w:r>
        <w:t>anggota</w:t>
      </w:r>
      <w:proofErr w:type="spellEnd"/>
      <w:r>
        <w:t xml:space="preserve"> lain </w:t>
      </w:r>
      <w:proofErr w:type="spellStart"/>
      <w:r>
        <w:t>merasa</w:t>
      </w:r>
      <w:proofErr w:type="spellEnd"/>
      <w:r>
        <w:t xml:space="preserve"> </w:t>
      </w:r>
      <w:proofErr w:type="spellStart"/>
      <w:r>
        <w:t>tidak</w:t>
      </w:r>
      <w:proofErr w:type="spellEnd"/>
      <w:r>
        <w:t xml:space="preserve"> </w:t>
      </w:r>
      <w:proofErr w:type="spellStart"/>
      <w:r>
        <w:t>dihargai</w:t>
      </w:r>
      <w:proofErr w:type="spellEnd"/>
      <w:r>
        <w:t>.</w:t>
      </w:r>
    </w:p>
    <w:p w14:paraId="13F8620A" w14:textId="194BB158" w:rsidR="004828D8" w:rsidRDefault="004828D8" w:rsidP="004828D8">
      <w:proofErr w:type="spellStart"/>
      <w:r>
        <w:t>Kemampuan</w:t>
      </w:r>
      <w:proofErr w:type="spellEnd"/>
      <w:r>
        <w:t xml:space="preserve"> dan </w:t>
      </w:r>
      <w:proofErr w:type="spellStart"/>
      <w:r>
        <w:t>kesiapan</w:t>
      </w:r>
      <w:proofErr w:type="spellEnd"/>
      <w:r>
        <w:t xml:space="preserve"> </w:t>
      </w:r>
      <w:proofErr w:type="spellStart"/>
      <w:r>
        <w:t>memang</w:t>
      </w:r>
      <w:proofErr w:type="spellEnd"/>
      <w:r>
        <w:t xml:space="preserve"> </w:t>
      </w:r>
      <w:proofErr w:type="spellStart"/>
      <w:r>
        <w:t>perlu</w:t>
      </w:r>
      <w:proofErr w:type="spellEnd"/>
      <w:r>
        <w:t xml:space="preserve"> </w:t>
      </w:r>
      <w:proofErr w:type="spellStart"/>
      <w:r>
        <w:t>dipertimbangkan</w:t>
      </w:r>
      <w:proofErr w:type="spellEnd"/>
      <w:r>
        <w:t xml:space="preserve"> </w:t>
      </w:r>
      <w:proofErr w:type="spellStart"/>
      <w:r>
        <w:t>dalam</w:t>
      </w:r>
      <w:proofErr w:type="spellEnd"/>
      <w:r>
        <w:t xml:space="preserve"> </w:t>
      </w:r>
      <w:proofErr w:type="spellStart"/>
      <w:r>
        <w:t>pembagian</w:t>
      </w:r>
      <w:proofErr w:type="spellEnd"/>
      <w:r>
        <w:t xml:space="preserve"> </w:t>
      </w:r>
      <w:proofErr w:type="spellStart"/>
      <w:r>
        <w:t>tugas</w:t>
      </w:r>
      <w:proofErr w:type="spellEnd"/>
      <w:r>
        <w:t xml:space="preserve">, </w:t>
      </w:r>
      <w:proofErr w:type="spellStart"/>
      <w:r>
        <w:t>tetapi</w:t>
      </w:r>
      <w:proofErr w:type="spellEnd"/>
      <w:r>
        <w:t xml:space="preserve"> </w:t>
      </w:r>
      <w:proofErr w:type="spellStart"/>
      <w:r>
        <w:t>pemimpin</w:t>
      </w:r>
      <w:proofErr w:type="spellEnd"/>
      <w:r>
        <w:t xml:space="preserve"> juga </w:t>
      </w:r>
      <w:proofErr w:type="spellStart"/>
      <w:r>
        <w:t>perlu</w:t>
      </w:r>
      <w:proofErr w:type="spellEnd"/>
      <w:r>
        <w:t xml:space="preserve"> </w:t>
      </w:r>
      <w:proofErr w:type="spellStart"/>
      <w:r>
        <w:t>memberikan</w:t>
      </w:r>
      <w:proofErr w:type="spellEnd"/>
      <w:r>
        <w:t xml:space="preserve"> </w:t>
      </w:r>
      <w:proofErr w:type="spellStart"/>
      <w:r>
        <w:t>ruang</w:t>
      </w:r>
      <w:proofErr w:type="spellEnd"/>
      <w:r>
        <w:t xml:space="preserve"> </w:t>
      </w:r>
      <w:proofErr w:type="spellStart"/>
      <w:r>
        <w:t>bagi</w:t>
      </w:r>
      <w:proofErr w:type="spellEnd"/>
      <w:r>
        <w:t xml:space="preserve"> </w:t>
      </w:r>
      <w:proofErr w:type="spellStart"/>
      <w:r>
        <w:t>anggota</w:t>
      </w:r>
      <w:proofErr w:type="spellEnd"/>
      <w:r>
        <w:t xml:space="preserve"> lain </w:t>
      </w:r>
      <w:proofErr w:type="spellStart"/>
      <w:r>
        <w:t>untuk</w:t>
      </w:r>
      <w:proofErr w:type="spellEnd"/>
      <w:r>
        <w:t xml:space="preserve"> </w:t>
      </w:r>
      <w:proofErr w:type="spellStart"/>
      <w:r>
        <w:t>belajar</w:t>
      </w:r>
      <w:proofErr w:type="spellEnd"/>
      <w:r>
        <w:t xml:space="preserve"> dan </w:t>
      </w:r>
      <w:proofErr w:type="spellStart"/>
      <w:r>
        <w:t>berkembang</w:t>
      </w:r>
      <w:proofErr w:type="spellEnd"/>
      <w:r>
        <w:t xml:space="preserve">. </w:t>
      </w:r>
      <w:proofErr w:type="spellStart"/>
      <w:r>
        <w:t>Yakobus</w:t>
      </w:r>
      <w:proofErr w:type="spellEnd"/>
      <w:r>
        <w:t xml:space="preserve"> 2:1 </w:t>
      </w:r>
      <w:proofErr w:type="spellStart"/>
      <w:r>
        <w:t>mengingatkan</w:t>
      </w:r>
      <w:proofErr w:type="spellEnd"/>
      <w:r>
        <w:t xml:space="preserve"> orang </w:t>
      </w:r>
      <w:proofErr w:type="spellStart"/>
      <w:r>
        <w:t>percaya</w:t>
      </w:r>
      <w:proofErr w:type="spellEnd"/>
      <w:r>
        <w:t xml:space="preserve"> agar </w:t>
      </w:r>
      <w:proofErr w:type="spellStart"/>
      <w:r>
        <w:t>tidak</w:t>
      </w:r>
      <w:proofErr w:type="spellEnd"/>
      <w:r>
        <w:t xml:space="preserve"> </w:t>
      </w:r>
      <w:proofErr w:type="spellStart"/>
      <w:r>
        <w:t>membeda-bedakan</w:t>
      </w:r>
      <w:proofErr w:type="spellEnd"/>
      <w:r>
        <w:t xml:space="preserve"> orang. </w:t>
      </w:r>
      <w:proofErr w:type="spellStart"/>
      <w:r>
        <w:t>Prinsip</w:t>
      </w:r>
      <w:proofErr w:type="spellEnd"/>
      <w:r>
        <w:t xml:space="preserve"> </w:t>
      </w:r>
      <w:proofErr w:type="spellStart"/>
      <w:r>
        <w:t>ini</w:t>
      </w:r>
      <w:proofErr w:type="spellEnd"/>
      <w:r>
        <w:t xml:space="preserve"> </w:t>
      </w:r>
      <w:proofErr w:type="spellStart"/>
      <w:r>
        <w:t>dapat</w:t>
      </w:r>
      <w:proofErr w:type="spellEnd"/>
      <w:r>
        <w:t xml:space="preserve"> </w:t>
      </w:r>
      <w:proofErr w:type="spellStart"/>
      <w:r>
        <w:t>diterapkan</w:t>
      </w:r>
      <w:proofErr w:type="spellEnd"/>
      <w:r>
        <w:t xml:space="preserve"> </w:t>
      </w:r>
      <w:proofErr w:type="spellStart"/>
      <w:r>
        <w:t>dengan</w:t>
      </w:r>
      <w:proofErr w:type="spellEnd"/>
      <w:r>
        <w:t xml:space="preserve"> </w:t>
      </w:r>
      <w:proofErr w:type="spellStart"/>
      <w:r>
        <w:t>memberikan</w:t>
      </w:r>
      <w:proofErr w:type="spellEnd"/>
      <w:r>
        <w:t xml:space="preserve"> </w:t>
      </w:r>
      <w:proofErr w:type="spellStart"/>
      <w:r>
        <w:t>kesempatan</w:t>
      </w:r>
      <w:proofErr w:type="spellEnd"/>
      <w:r>
        <w:t xml:space="preserve"> </w:t>
      </w:r>
      <w:proofErr w:type="spellStart"/>
      <w:r>
        <w:t>secara</w:t>
      </w:r>
      <w:proofErr w:type="spellEnd"/>
      <w:r>
        <w:t xml:space="preserve"> </w:t>
      </w:r>
      <w:proofErr w:type="spellStart"/>
      <w:r>
        <w:t>adil</w:t>
      </w:r>
      <w:proofErr w:type="spellEnd"/>
      <w:r>
        <w:t xml:space="preserve"> </w:t>
      </w:r>
      <w:proofErr w:type="spellStart"/>
      <w:r>
        <w:t>sesuai</w:t>
      </w:r>
      <w:proofErr w:type="spellEnd"/>
      <w:r>
        <w:t xml:space="preserve"> </w:t>
      </w:r>
      <w:proofErr w:type="spellStart"/>
      <w:r>
        <w:t>kemampuan</w:t>
      </w:r>
      <w:proofErr w:type="spellEnd"/>
      <w:r>
        <w:t xml:space="preserve">, </w:t>
      </w:r>
      <w:proofErr w:type="spellStart"/>
      <w:r>
        <w:t>kesiapan</w:t>
      </w:r>
      <w:proofErr w:type="spellEnd"/>
      <w:r>
        <w:t xml:space="preserve">, dan </w:t>
      </w:r>
      <w:proofErr w:type="spellStart"/>
      <w:r>
        <w:t>kebutuhan</w:t>
      </w:r>
      <w:proofErr w:type="spellEnd"/>
      <w:r>
        <w:t xml:space="preserve"> </w:t>
      </w:r>
      <w:proofErr w:type="spellStart"/>
      <w:r>
        <w:t>pelayanan</w:t>
      </w:r>
      <w:proofErr w:type="spellEnd"/>
      <w:r>
        <w:t>.</w:t>
      </w:r>
    </w:p>
    <w:p w14:paraId="366705A4" w14:textId="07DF4A00" w:rsidR="004828D8" w:rsidRPr="009138E9" w:rsidRDefault="009138E9" w:rsidP="004828D8">
      <w:pPr>
        <w:rPr>
          <w:b/>
          <w:bCs/>
        </w:rPr>
      </w:pPr>
      <w:r w:rsidRPr="009138E9">
        <w:rPr>
          <w:b/>
          <w:bCs/>
        </w:rPr>
        <w:t>5</w:t>
      </w:r>
      <w:r w:rsidR="004828D8" w:rsidRPr="009138E9">
        <w:rPr>
          <w:b/>
          <w:bCs/>
        </w:rPr>
        <w:t xml:space="preserve">.4 </w:t>
      </w:r>
      <w:proofErr w:type="spellStart"/>
      <w:r w:rsidR="004828D8" w:rsidRPr="009138E9">
        <w:rPr>
          <w:b/>
          <w:bCs/>
        </w:rPr>
        <w:t>Konflik</w:t>
      </w:r>
      <w:proofErr w:type="spellEnd"/>
      <w:r w:rsidR="004828D8" w:rsidRPr="009138E9">
        <w:rPr>
          <w:b/>
          <w:bCs/>
        </w:rPr>
        <w:t xml:space="preserve"> dan </w:t>
      </w:r>
      <w:proofErr w:type="spellStart"/>
      <w:r w:rsidR="004828D8" w:rsidRPr="009138E9">
        <w:rPr>
          <w:b/>
          <w:bCs/>
        </w:rPr>
        <w:t>Perbedaan</w:t>
      </w:r>
      <w:proofErr w:type="spellEnd"/>
      <w:r w:rsidR="004828D8" w:rsidRPr="009138E9">
        <w:rPr>
          <w:b/>
          <w:bCs/>
        </w:rPr>
        <w:t xml:space="preserve"> </w:t>
      </w:r>
      <w:proofErr w:type="spellStart"/>
      <w:r w:rsidR="004828D8" w:rsidRPr="009138E9">
        <w:rPr>
          <w:b/>
          <w:bCs/>
        </w:rPr>
        <w:t>Pendapat</w:t>
      </w:r>
      <w:proofErr w:type="spellEnd"/>
      <w:r w:rsidR="004828D8" w:rsidRPr="009138E9">
        <w:rPr>
          <w:b/>
          <w:bCs/>
        </w:rPr>
        <w:t xml:space="preserve"> </w:t>
      </w:r>
      <w:proofErr w:type="spellStart"/>
      <w:r w:rsidR="004828D8" w:rsidRPr="009138E9">
        <w:rPr>
          <w:b/>
          <w:bCs/>
        </w:rPr>
        <w:t>dalam</w:t>
      </w:r>
      <w:proofErr w:type="spellEnd"/>
      <w:r w:rsidR="004828D8" w:rsidRPr="009138E9">
        <w:rPr>
          <w:b/>
          <w:bCs/>
        </w:rPr>
        <w:t xml:space="preserve"> Tim</w:t>
      </w:r>
    </w:p>
    <w:p w14:paraId="2950234B" w14:textId="77777777" w:rsidR="004828D8" w:rsidRDefault="004828D8" w:rsidP="004828D8">
      <w:r>
        <w:t xml:space="preserve">Dalam </w:t>
      </w:r>
      <w:proofErr w:type="spellStart"/>
      <w:r>
        <w:t>pelayanan</w:t>
      </w:r>
      <w:proofErr w:type="spellEnd"/>
      <w:r>
        <w:t xml:space="preserve"> </w:t>
      </w:r>
      <w:proofErr w:type="spellStart"/>
      <w:r>
        <w:t>musik</w:t>
      </w:r>
      <w:proofErr w:type="spellEnd"/>
      <w:r>
        <w:t xml:space="preserve">, </w:t>
      </w:r>
      <w:proofErr w:type="spellStart"/>
      <w:r>
        <w:t>perbedaan</w:t>
      </w:r>
      <w:proofErr w:type="spellEnd"/>
      <w:r>
        <w:t xml:space="preserve"> </w:t>
      </w:r>
      <w:proofErr w:type="spellStart"/>
      <w:r>
        <w:t>pendapat</w:t>
      </w:r>
      <w:proofErr w:type="spellEnd"/>
      <w:r>
        <w:t xml:space="preserve"> </w:t>
      </w:r>
      <w:proofErr w:type="spellStart"/>
      <w:r>
        <w:t>dapat</w:t>
      </w:r>
      <w:proofErr w:type="spellEnd"/>
      <w:r>
        <w:t xml:space="preserve"> </w:t>
      </w:r>
      <w:proofErr w:type="spellStart"/>
      <w:r>
        <w:t>muncul</w:t>
      </w:r>
      <w:proofErr w:type="spellEnd"/>
      <w:r>
        <w:t xml:space="preserve"> </w:t>
      </w:r>
      <w:proofErr w:type="spellStart"/>
      <w:r>
        <w:t>ketika</w:t>
      </w:r>
      <w:proofErr w:type="spellEnd"/>
      <w:r>
        <w:t xml:space="preserve"> </w:t>
      </w:r>
      <w:proofErr w:type="spellStart"/>
      <w:r>
        <w:t>menentukan</w:t>
      </w:r>
      <w:proofErr w:type="spellEnd"/>
      <w:r>
        <w:t xml:space="preserve"> </w:t>
      </w:r>
      <w:proofErr w:type="spellStart"/>
      <w:r>
        <w:t>lagu</w:t>
      </w:r>
      <w:proofErr w:type="spellEnd"/>
      <w:r>
        <w:t xml:space="preserve">, </w:t>
      </w:r>
      <w:proofErr w:type="spellStart"/>
      <w:r>
        <w:t>mengatur</w:t>
      </w:r>
      <w:proofErr w:type="spellEnd"/>
      <w:r>
        <w:t xml:space="preserve"> </w:t>
      </w:r>
      <w:proofErr w:type="spellStart"/>
      <w:r>
        <w:t>aransemen</w:t>
      </w:r>
      <w:proofErr w:type="spellEnd"/>
      <w:r>
        <w:t xml:space="preserve">, </w:t>
      </w:r>
      <w:proofErr w:type="spellStart"/>
      <w:r>
        <w:t>membagi</w:t>
      </w:r>
      <w:proofErr w:type="spellEnd"/>
      <w:r>
        <w:t xml:space="preserve"> </w:t>
      </w:r>
      <w:proofErr w:type="spellStart"/>
      <w:r>
        <w:t>tugas</w:t>
      </w:r>
      <w:proofErr w:type="spellEnd"/>
      <w:r>
        <w:t xml:space="preserve">, </w:t>
      </w:r>
      <w:proofErr w:type="spellStart"/>
      <w:r>
        <w:t>atau</w:t>
      </w:r>
      <w:proofErr w:type="spellEnd"/>
      <w:r>
        <w:t xml:space="preserve"> </w:t>
      </w:r>
      <w:proofErr w:type="spellStart"/>
      <w:r>
        <w:t>memilih</w:t>
      </w:r>
      <w:proofErr w:type="spellEnd"/>
      <w:r>
        <w:t xml:space="preserve"> </w:t>
      </w:r>
      <w:proofErr w:type="spellStart"/>
      <w:r>
        <w:t>gaya</w:t>
      </w:r>
      <w:proofErr w:type="spellEnd"/>
      <w:r>
        <w:t xml:space="preserve"> </w:t>
      </w:r>
      <w:proofErr w:type="spellStart"/>
      <w:r>
        <w:t>musik</w:t>
      </w:r>
      <w:proofErr w:type="spellEnd"/>
      <w:r>
        <w:t xml:space="preserve"> yang </w:t>
      </w:r>
      <w:proofErr w:type="spellStart"/>
      <w:r>
        <w:t>digunakan</w:t>
      </w:r>
      <w:proofErr w:type="spellEnd"/>
      <w:r>
        <w:t xml:space="preserve"> </w:t>
      </w:r>
      <w:proofErr w:type="spellStart"/>
      <w:r>
        <w:t>dalam</w:t>
      </w:r>
      <w:proofErr w:type="spellEnd"/>
      <w:r>
        <w:t xml:space="preserve"> ibadah. </w:t>
      </w:r>
      <w:proofErr w:type="spellStart"/>
      <w:r>
        <w:t>Perbedaan</w:t>
      </w:r>
      <w:proofErr w:type="spellEnd"/>
      <w:r>
        <w:t xml:space="preserve"> </w:t>
      </w:r>
      <w:proofErr w:type="spellStart"/>
      <w:r>
        <w:t>tersebut</w:t>
      </w:r>
      <w:proofErr w:type="spellEnd"/>
      <w:r>
        <w:t xml:space="preserve"> </w:t>
      </w:r>
      <w:proofErr w:type="spellStart"/>
      <w:r>
        <w:t>sebenarnya</w:t>
      </w:r>
      <w:proofErr w:type="spellEnd"/>
      <w:r>
        <w:t xml:space="preserve"> </w:t>
      </w:r>
      <w:proofErr w:type="spellStart"/>
      <w:r>
        <w:t>wajar</w:t>
      </w:r>
      <w:proofErr w:type="spellEnd"/>
      <w:r>
        <w:t xml:space="preserve"> </w:t>
      </w:r>
      <w:proofErr w:type="spellStart"/>
      <w:r>
        <w:t>karena</w:t>
      </w:r>
      <w:proofErr w:type="spellEnd"/>
      <w:r>
        <w:t xml:space="preserve"> </w:t>
      </w:r>
      <w:proofErr w:type="spellStart"/>
      <w:r>
        <w:t>setiap</w:t>
      </w:r>
      <w:proofErr w:type="spellEnd"/>
      <w:r>
        <w:t xml:space="preserve"> </w:t>
      </w:r>
      <w:proofErr w:type="spellStart"/>
      <w:r>
        <w:t>anggota</w:t>
      </w:r>
      <w:proofErr w:type="spellEnd"/>
      <w:r>
        <w:t xml:space="preserve"> </w:t>
      </w:r>
      <w:proofErr w:type="spellStart"/>
      <w:r>
        <w:t>memiliki</w:t>
      </w:r>
      <w:proofErr w:type="spellEnd"/>
      <w:r>
        <w:t xml:space="preserve"> </w:t>
      </w:r>
      <w:proofErr w:type="spellStart"/>
      <w:r>
        <w:t>pemikiran</w:t>
      </w:r>
      <w:proofErr w:type="spellEnd"/>
      <w:r>
        <w:t xml:space="preserve"> dan </w:t>
      </w:r>
      <w:proofErr w:type="spellStart"/>
      <w:r>
        <w:t>pengalaman</w:t>
      </w:r>
      <w:proofErr w:type="spellEnd"/>
      <w:r>
        <w:t xml:space="preserve"> yang </w:t>
      </w:r>
      <w:proofErr w:type="spellStart"/>
      <w:r>
        <w:t>berbeda</w:t>
      </w:r>
      <w:proofErr w:type="spellEnd"/>
      <w:r>
        <w:t xml:space="preserve">. </w:t>
      </w:r>
      <w:proofErr w:type="spellStart"/>
      <w:r>
        <w:t>Namun</w:t>
      </w:r>
      <w:proofErr w:type="spellEnd"/>
      <w:r>
        <w:t xml:space="preserve">, </w:t>
      </w:r>
      <w:proofErr w:type="spellStart"/>
      <w:r>
        <w:t>masalah</w:t>
      </w:r>
      <w:proofErr w:type="spellEnd"/>
      <w:r>
        <w:t xml:space="preserve"> </w:t>
      </w:r>
      <w:proofErr w:type="spellStart"/>
      <w:r>
        <w:t>muncul</w:t>
      </w:r>
      <w:proofErr w:type="spellEnd"/>
      <w:r>
        <w:t xml:space="preserve"> </w:t>
      </w:r>
      <w:proofErr w:type="spellStart"/>
      <w:r>
        <w:t>ketika</w:t>
      </w:r>
      <w:proofErr w:type="spellEnd"/>
      <w:r>
        <w:t xml:space="preserve"> </w:t>
      </w:r>
      <w:proofErr w:type="spellStart"/>
      <w:r>
        <w:t>perbedaan</w:t>
      </w:r>
      <w:proofErr w:type="spellEnd"/>
      <w:r>
        <w:t xml:space="preserve"> </w:t>
      </w:r>
      <w:proofErr w:type="spellStart"/>
      <w:r>
        <w:t>pendapat</w:t>
      </w:r>
      <w:proofErr w:type="spellEnd"/>
      <w:r>
        <w:t xml:space="preserve"> </w:t>
      </w:r>
      <w:proofErr w:type="spellStart"/>
      <w:r>
        <w:t>disertai</w:t>
      </w:r>
      <w:proofErr w:type="spellEnd"/>
      <w:r>
        <w:t xml:space="preserve"> </w:t>
      </w:r>
      <w:proofErr w:type="spellStart"/>
      <w:r>
        <w:t>sikap</w:t>
      </w:r>
      <w:proofErr w:type="spellEnd"/>
      <w:r>
        <w:t xml:space="preserve"> </w:t>
      </w:r>
      <w:proofErr w:type="spellStart"/>
      <w:r>
        <w:t>keras</w:t>
      </w:r>
      <w:proofErr w:type="spellEnd"/>
      <w:r>
        <w:t xml:space="preserve"> </w:t>
      </w:r>
      <w:proofErr w:type="spellStart"/>
      <w:r>
        <w:t>kepala</w:t>
      </w:r>
      <w:proofErr w:type="spellEnd"/>
      <w:r>
        <w:t xml:space="preserve">, </w:t>
      </w:r>
      <w:proofErr w:type="spellStart"/>
      <w:r>
        <w:t>saling</w:t>
      </w:r>
      <w:proofErr w:type="spellEnd"/>
      <w:r>
        <w:t xml:space="preserve"> </w:t>
      </w:r>
      <w:proofErr w:type="spellStart"/>
      <w:r>
        <w:t>menyalahkan</w:t>
      </w:r>
      <w:proofErr w:type="spellEnd"/>
      <w:r>
        <w:t xml:space="preserve">, </w:t>
      </w:r>
      <w:proofErr w:type="spellStart"/>
      <w:r>
        <w:t>atau</w:t>
      </w:r>
      <w:proofErr w:type="spellEnd"/>
      <w:r>
        <w:t xml:space="preserve"> </w:t>
      </w:r>
      <w:proofErr w:type="spellStart"/>
      <w:r>
        <w:t>merendahkan</w:t>
      </w:r>
      <w:proofErr w:type="spellEnd"/>
      <w:r>
        <w:t xml:space="preserve"> orang lain.</w:t>
      </w:r>
    </w:p>
    <w:p w14:paraId="0266CF5D" w14:textId="77777777" w:rsidR="004828D8" w:rsidRDefault="004828D8" w:rsidP="004828D8"/>
    <w:p w14:paraId="21C9A24B" w14:textId="05FF12F9" w:rsidR="004828D8" w:rsidRDefault="004828D8" w:rsidP="004828D8">
      <w:proofErr w:type="spellStart"/>
      <w:r>
        <w:lastRenderedPageBreak/>
        <w:t>Misalnya</w:t>
      </w:r>
      <w:proofErr w:type="spellEnd"/>
      <w:r>
        <w:t xml:space="preserve">, </w:t>
      </w:r>
      <w:proofErr w:type="spellStart"/>
      <w:r>
        <w:t>seorang</w:t>
      </w:r>
      <w:proofErr w:type="spellEnd"/>
      <w:r>
        <w:t xml:space="preserve"> </w:t>
      </w:r>
      <w:proofErr w:type="spellStart"/>
      <w:r>
        <w:t>pemain</w:t>
      </w:r>
      <w:proofErr w:type="spellEnd"/>
      <w:r>
        <w:t xml:space="preserve"> </w:t>
      </w:r>
      <w:proofErr w:type="spellStart"/>
      <w:r>
        <w:t>musik</w:t>
      </w:r>
      <w:proofErr w:type="spellEnd"/>
      <w:r>
        <w:t xml:space="preserve"> </w:t>
      </w:r>
      <w:proofErr w:type="spellStart"/>
      <w:r>
        <w:t>menolak</w:t>
      </w:r>
      <w:proofErr w:type="spellEnd"/>
      <w:r>
        <w:t xml:space="preserve"> </w:t>
      </w:r>
      <w:proofErr w:type="spellStart"/>
      <w:r>
        <w:t>masukan</w:t>
      </w:r>
      <w:proofErr w:type="spellEnd"/>
      <w:r>
        <w:t xml:space="preserve"> </w:t>
      </w:r>
      <w:proofErr w:type="spellStart"/>
      <w:r>
        <w:t>dari</w:t>
      </w:r>
      <w:proofErr w:type="spellEnd"/>
      <w:r>
        <w:t xml:space="preserve"> </w:t>
      </w:r>
      <w:proofErr w:type="spellStart"/>
      <w:r>
        <w:t>anggota</w:t>
      </w:r>
      <w:proofErr w:type="spellEnd"/>
      <w:r>
        <w:t xml:space="preserve"> lain </w:t>
      </w:r>
      <w:proofErr w:type="spellStart"/>
      <w:r>
        <w:t>karena</w:t>
      </w:r>
      <w:proofErr w:type="spellEnd"/>
      <w:r>
        <w:t xml:space="preserve"> </w:t>
      </w:r>
      <w:proofErr w:type="spellStart"/>
      <w:r>
        <w:t>merasa</w:t>
      </w:r>
      <w:proofErr w:type="spellEnd"/>
      <w:r>
        <w:t xml:space="preserve"> </w:t>
      </w:r>
      <w:proofErr w:type="spellStart"/>
      <w:r>
        <w:t>lebih</w:t>
      </w:r>
      <w:proofErr w:type="spellEnd"/>
      <w:r>
        <w:t xml:space="preserve"> </w:t>
      </w:r>
      <w:proofErr w:type="spellStart"/>
      <w:r>
        <w:t>berpengalaman</w:t>
      </w:r>
      <w:proofErr w:type="spellEnd"/>
      <w:r>
        <w:t xml:space="preserve">. Jika </w:t>
      </w:r>
      <w:proofErr w:type="spellStart"/>
      <w:r>
        <w:t>sikap</w:t>
      </w:r>
      <w:proofErr w:type="spellEnd"/>
      <w:r>
        <w:t xml:space="preserve"> </w:t>
      </w:r>
      <w:proofErr w:type="spellStart"/>
      <w:r>
        <w:t>seperti</w:t>
      </w:r>
      <w:proofErr w:type="spellEnd"/>
      <w:r>
        <w:t xml:space="preserve"> </w:t>
      </w:r>
      <w:proofErr w:type="spellStart"/>
      <w:r>
        <w:t>ini</w:t>
      </w:r>
      <w:proofErr w:type="spellEnd"/>
      <w:r>
        <w:t xml:space="preserve"> </w:t>
      </w:r>
      <w:proofErr w:type="spellStart"/>
      <w:r>
        <w:t>terus</w:t>
      </w:r>
      <w:proofErr w:type="spellEnd"/>
      <w:r>
        <w:t xml:space="preserve"> </w:t>
      </w:r>
      <w:proofErr w:type="spellStart"/>
      <w:r>
        <w:t>terjadi</w:t>
      </w:r>
      <w:proofErr w:type="spellEnd"/>
      <w:r>
        <w:t xml:space="preserve">, </w:t>
      </w:r>
      <w:proofErr w:type="spellStart"/>
      <w:r>
        <w:t>kerja</w:t>
      </w:r>
      <w:proofErr w:type="spellEnd"/>
      <w:r>
        <w:t xml:space="preserve"> </w:t>
      </w:r>
      <w:proofErr w:type="spellStart"/>
      <w:r>
        <w:t>sama</w:t>
      </w:r>
      <w:proofErr w:type="spellEnd"/>
      <w:r>
        <w:t xml:space="preserve"> </w:t>
      </w:r>
      <w:proofErr w:type="spellStart"/>
      <w:r>
        <w:t>tim</w:t>
      </w:r>
      <w:proofErr w:type="spellEnd"/>
      <w:r>
        <w:t xml:space="preserve"> </w:t>
      </w:r>
      <w:proofErr w:type="spellStart"/>
      <w:r>
        <w:t>dapat</w:t>
      </w:r>
      <w:proofErr w:type="spellEnd"/>
      <w:r>
        <w:t xml:space="preserve"> </w:t>
      </w:r>
      <w:proofErr w:type="spellStart"/>
      <w:r>
        <w:t>terganggu</w:t>
      </w:r>
      <w:proofErr w:type="spellEnd"/>
      <w:r>
        <w:t xml:space="preserve">. </w:t>
      </w:r>
      <w:proofErr w:type="spellStart"/>
      <w:r>
        <w:t>Efesus</w:t>
      </w:r>
      <w:proofErr w:type="spellEnd"/>
      <w:r>
        <w:t xml:space="preserve"> 4:2–3 </w:t>
      </w:r>
      <w:proofErr w:type="spellStart"/>
      <w:r>
        <w:t>mengajarkan</w:t>
      </w:r>
      <w:proofErr w:type="spellEnd"/>
      <w:r>
        <w:t xml:space="preserve"> </w:t>
      </w:r>
      <w:proofErr w:type="spellStart"/>
      <w:r>
        <w:t>pentingnya</w:t>
      </w:r>
      <w:proofErr w:type="spellEnd"/>
      <w:r>
        <w:t xml:space="preserve"> </w:t>
      </w:r>
      <w:proofErr w:type="spellStart"/>
      <w:r>
        <w:t>kerendahan</w:t>
      </w:r>
      <w:proofErr w:type="spellEnd"/>
      <w:r>
        <w:t xml:space="preserve"> </w:t>
      </w:r>
      <w:proofErr w:type="spellStart"/>
      <w:r>
        <w:t>hati</w:t>
      </w:r>
      <w:proofErr w:type="spellEnd"/>
      <w:r>
        <w:t xml:space="preserve">, </w:t>
      </w:r>
      <w:proofErr w:type="spellStart"/>
      <w:r>
        <w:t>kelemahlembutan</w:t>
      </w:r>
      <w:proofErr w:type="spellEnd"/>
      <w:r>
        <w:t xml:space="preserve">, </w:t>
      </w:r>
      <w:proofErr w:type="spellStart"/>
      <w:r>
        <w:t>kesabaran</w:t>
      </w:r>
      <w:proofErr w:type="spellEnd"/>
      <w:r>
        <w:t xml:space="preserve">, dan </w:t>
      </w:r>
      <w:proofErr w:type="spellStart"/>
      <w:r>
        <w:t>usaha</w:t>
      </w:r>
      <w:proofErr w:type="spellEnd"/>
      <w:r>
        <w:t xml:space="preserve"> </w:t>
      </w:r>
      <w:proofErr w:type="spellStart"/>
      <w:r>
        <w:t>memelihara</w:t>
      </w:r>
      <w:proofErr w:type="spellEnd"/>
      <w:r>
        <w:t xml:space="preserve"> </w:t>
      </w:r>
      <w:proofErr w:type="spellStart"/>
      <w:r>
        <w:t>kesatuan</w:t>
      </w:r>
      <w:proofErr w:type="spellEnd"/>
      <w:r>
        <w:t xml:space="preserve">. Karena </w:t>
      </w:r>
      <w:proofErr w:type="spellStart"/>
      <w:r>
        <w:t>itu</w:t>
      </w:r>
      <w:proofErr w:type="spellEnd"/>
      <w:r>
        <w:t xml:space="preserve">, </w:t>
      </w:r>
      <w:proofErr w:type="spellStart"/>
      <w:r>
        <w:t>setiap</w:t>
      </w:r>
      <w:proofErr w:type="spellEnd"/>
      <w:r>
        <w:t xml:space="preserve"> </w:t>
      </w:r>
      <w:proofErr w:type="spellStart"/>
      <w:r>
        <w:t>anggota</w:t>
      </w:r>
      <w:proofErr w:type="spellEnd"/>
      <w:r>
        <w:t xml:space="preserve"> </w:t>
      </w:r>
      <w:proofErr w:type="spellStart"/>
      <w:r>
        <w:t>perlu</w:t>
      </w:r>
      <w:proofErr w:type="spellEnd"/>
      <w:r>
        <w:t xml:space="preserve"> </w:t>
      </w:r>
      <w:proofErr w:type="spellStart"/>
      <w:r>
        <w:t>belajar</w:t>
      </w:r>
      <w:proofErr w:type="spellEnd"/>
      <w:r>
        <w:t xml:space="preserve"> </w:t>
      </w:r>
      <w:proofErr w:type="spellStart"/>
      <w:r>
        <w:t>mendengarkan</w:t>
      </w:r>
      <w:proofErr w:type="spellEnd"/>
      <w:r>
        <w:t xml:space="preserve">, </w:t>
      </w:r>
      <w:proofErr w:type="spellStart"/>
      <w:r>
        <w:t>berdiskusi</w:t>
      </w:r>
      <w:proofErr w:type="spellEnd"/>
      <w:r>
        <w:t xml:space="preserve"> </w:t>
      </w:r>
      <w:proofErr w:type="spellStart"/>
      <w:r>
        <w:t>dengan</w:t>
      </w:r>
      <w:proofErr w:type="spellEnd"/>
      <w:r>
        <w:t xml:space="preserve"> </w:t>
      </w:r>
      <w:proofErr w:type="spellStart"/>
      <w:r>
        <w:t>baik</w:t>
      </w:r>
      <w:proofErr w:type="spellEnd"/>
      <w:r>
        <w:t xml:space="preserve">, dan </w:t>
      </w:r>
      <w:proofErr w:type="spellStart"/>
      <w:r>
        <w:t>menyelesaikan</w:t>
      </w:r>
      <w:proofErr w:type="spellEnd"/>
      <w:r>
        <w:t xml:space="preserve"> </w:t>
      </w:r>
      <w:proofErr w:type="spellStart"/>
      <w:r>
        <w:t>konflik</w:t>
      </w:r>
      <w:proofErr w:type="spellEnd"/>
      <w:r>
        <w:t xml:space="preserve"> </w:t>
      </w:r>
      <w:proofErr w:type="spellStart"/>
      <w:r>
        <w:t>secara</w:t>
      </w:r>
      <w:proofErr w:type="spellEnd"/>
      <w:r>
        <w:t xml:space="preserve"> </w:t>
      </w:r>
      <w:proofErr w:type="spellStart"/>
      <w:r>
        <w:t>dewasa</w:t>
      </w:r>
      <w:proofErr w:type="spellEnd"/>
      <w:r>
        <w:t>.</w:t>
      </w:r>
    </w:p>
    <w:p w14:paraId="450E2E3B" w14:textId="25879A99" w:rsidR="004828D8" w:rsidRPr="009138E9" w:rsidRDefault="009138E9" w:rsidP="004828D8">
      <w:pPr>
        <w:rPr>
          <w:b/>
          <w:bCs/>
        </w:rPr>
      </w:pPr>
      <w:r w:rsidRPr="009138E9">
        <w:rPr>
          <w:b/>
          <w:bCs/>
        </w:rPr>
        <w:t>5</w:t>
      </w:r>
      <w:r w:rsidR="004828D8" w:rsidRPr="009138E9">
        <w:rPr>
          <w:b/>
          <w:bCs/>
        </w:rPr>
        <w:t xml:space="preserve">.5 </w:t>
      </w:r>
      <w:proofErr w:type="spellStart"/>
      <w:r w:rsidR="004828D8" w:rsidRPr="009138E9">
        <w:rPr>
          <w:b/>
          <w:bCs/>
        </w:rPr>
        <w:t>Kurangnya</w:t>
      </w:r>
      <w:proofErr w:type="spellEnd"/>
      <w:r w:rsidR="004828D8" w:rsidRPr="009138E9">
        <w:rPr>
          <w:b/>
          <w:bCs/>
        </w:rPr>
        <w:t xml:space="preserve"> </w:t>
      </w:r>
      <w:proofErr w:type="spellStart"/>
      <w:r w:rsidR="004828D8" w:rsidRPr="009138E9">
        <w:rPr>
          <w:b/>
          <w:bCs/>
        </w:rPr>
        <w:t>Disiplin</w:t>
      </w:r>
      <w:proofErr w:type="spellEnd"/>
      <w:r w:rsidR="004828D8" w:rsidRPr="009138E9">
        <w:rPr>
          <w:b/>
          <w:bCs/>
        </w:rPr>
        <w:t xml:space="preserve"> dan </w:t>
      </w:r>
      <w:proofErr w:type="spellStart"/>
      <w:r w:rsidR="004828D8" w:rsidRPr="009138E9">
        <w:rPr>
          <w:b/>
          <w:bCs/>
        </w:rPr>
        <w:t>Tanggung</w:t>
      </w:r>
      <w:proofErr w:type="spellEnd"/>
      <w:r w:rsidR="004828D8" w:rsidRPr="009138E9">
        <w:rPr>
          <w:b/>
          <w:bCs/>
        </w:rPr>
        <w:t xml:space="preserve"> Jawab</w:t>
      </w:r>
    </w:p>
    <w:p w14:paraId="29A1F945" w14:textId="5E42A5A3" w:rsidR="004828D8" w:rsidRDefault="004828D8" w:rsidP="004828D8">
      <w:proofErr w:type="spellStart"/>
      <w:r>
        <w:t>Disiplin</w:t>
      </w:r>
      <w:proofErr w:type="spellEnd"/>
      <w:r>
        <w:t xml:space="preserve"> </w:t>
      </w:r>
      <w:proofErr w:type="spellStart"/>
      <w:r>
        <w:t>merupakan</w:t>
      </w:r>
      <w:proofErr w:type="spellEnd"/>
      <w:r>
        <w:t xml:space="preserve"> </w:t>
      </w:r>
      <w:proofErr w:type="spellStart"/>
      <w:r>
        <w:t>bagian</w:t>
      </w:r>
      <w:proofErr w:type="spellEnd"/>
      <w:r>
        <w:t xml:space="preserve"> </w:t>
      </w:r>
      <w:proofErr w:type="spellStart"/>
      <w:r>
        <w:t>penting</w:t>
      </w:r>
      <w:proofErr w:type="spellEnd"/>
      <w:r>
        <w:t xml:space="preserve"> </w:t>
      </w:r>
      <w:proofErr w:type="spellStart"/>
      <w:r>
        <w:t>dalam</w:t>
      </w:r>
      <w:proofErr w:type="spellEnd"/>
      <w:r>
        <w:t xml:space="preserve"> </w:t>
      </w:r>
      <w:proofErr w:type="spellStart"/>
      <w:r>
        <w:t>pelayanan</w:t>
      </w:r>
      <w:proofErr w:type="spellEnd"/>
      <w:r>
        <w:t xml:space="preserve"> </w:t>
      </w:r>
      <w:proofErr w:type="spellStart"/>
      <w:r>
        <w:t>musik</w:t>
      </w:r>
      <w:proofErr w:type="spellEnd"/>
      <w:r>
        <w:t xml:space="preserve"> </w:t>
      </w:r>
      <w:proofErr w:type="spellStart"/>
      <w:r>
        <w:t>gereja</w:t>
      </w:r>
      <w:proofErr w:type="spellEnd"/>
      <w:r>
        <w:t xml:space="preserve">. Datang </w:t>
      </w:r>
      <w:proofErr w:type="spellStart"/>
      <w:r>
        <w:t>terlambat</w:t>
      </w:r>
      <w:proofErr w:type="spellEnd"/>
      <w:r>
        <w:t xml:space="preserve"> </w:t>
      </w:r>
      <w:proofErr w:type="spellStart"/>
      <w:r>
        <w:t>saat</w:t>
      </w:r>
      <w:proofErr w:type="spellEnd"/>
      <w:r>
        <w:t xml:space="preserve"> </w:t>
      </w:r>
      <w:proofErr w:type="spellStart"/>
      <w:r>
        <w:t>latihan</w:t>
      </w:r>
      <w:proofErr w:type="spellEnd"/>
      <w:r>
        <w:t xml:space="preserve">, </w:t>
      </w:r>
      <w:proofErr w:type="spellStart"/>
      <w:r>
        <w:t>tidak</w:t>
      </w:r>
      <w:proofErr w:type="spellEnd"/>
      <w:r>
        <w:t xml:space="preserve"> </w:t>
      </w:r>
      <w:proofErr w:type="spellStart"/>
      <w:r>
        <w:t>mempersiapkan</w:t>
      </w:r>
      <w:proofErr w:type="spellEnd"/>
      <w:r>
        <w:t xml:space="preserve"> </w:t>
      </w:r>
      <w:proofErr w:type="spellStart"/>
      <w:r>
        <w:t>lagu</w:t>
      </w:r>
      <w:proofErr w:type="spellEnd"/>
      <w:r>
        <w:t xml:space="preserve">, </w:t>
      </w:r>
      <w:proofErr w:type="spellStart"/>
      <w:r>
        <w:t>atau</w:t>
      </w:r>
      <w:proofErr w:type="spellEnd"/>
      <w:r>
        <w:t xml:space="preserve"> </w:t>
      </w:r>
      <w:proofErr w:type="spellStart"/>
      <w:r>
        <w:t>mengabaikan</w:t>
      </w:r>
      <w:proofErr w:type="spellEnd"/>
      <w:r>
        <w:t xml:space="preserve"> </w:t>
      </w:r>
      <w:proofErr w:type="spellStart"/>
      <w:r>
        <w:t>tugas</w:t>
      </w:r>
      <w:proofErr w:type="spellEnd"/>
      <w:r>
        <w:t xml:space="preserve"> </w:t>
      </w:r>
      <w:proofErr w:type="spellStart"/>
      <w:r>
        <w:t>dapat</w:t>
      </w:r>
      <w:proofErr w:type="spellEnd"/>
      <w:r>
        <w:t xml:space="preserve"> </w:t>
      </w:r>
      <w:proofErr w:type="spellStart"/>
      <w:r>
        <w:t>menghambat</w:t>
      </w:r>
      <w:proofErr w:type="spellEnd"/>
      <w:r>
        <w:t xml:space="preserve"> </w:t>
      </w:r>
      <w:proofErr w:type="spellStart"/>
      <w:r>
        <w:t>persiapan</w:t>
      </w:r>
      <w:proofErr w:type="spellEnd"/>
      <w:r>
        <w:t xml:space="preserve"> ibadah dan </w:t>
      </w:r>
      <w:proofErr w:type="spellStart"/>
      <w:r>
        <w:t>membebani</w:t>
      </w:r>
      <w:proofErr w:type="spellEnd"/>
      <w:r>
        <w:t xml:space="preserve"> </w:t>
      </w:r>
      <w:proofErr w:type="spellStart"/>
      <w:r>
        <w:t>anggota</w:t>
      </w:r>
      <w:proofErr w:type="spellEnd"/>
      <w:r>
        <w:t xml:space="preserve"> </w:t>
      </w:r>
      <w:proofErr w:type="spellStart"/>
      <w:r>
        <w:t>lainnya</w:t>
      </w:r>
      <w:proofErr w:type="spellEnd"/>
      <w:r>
        <w:t xml:space="preserve">. Hal </w:t>
      </w:r>
      <w:proofErr w:type="spellStart"/>
      <w:r>
        <w:t>ini</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kemampuan</w:t>
      </w:r>
      <w:proofErr w:type="spellEnd"/>
      <w:r>
        <w:t xml:space="preserve"> </w:t>
      </w:r>
      <w:proofErr w:type="spellStart"/>
      <w:r>
        <w:t>bermusik</w:t>
      </w:r>
      <w:proofErr w:type="spellEnd"/>
      <w:r>
        <w:t xml:space="preserve"> </w:t>
      </w:r>
      <w:proofErr w:type="spellStart"/>
      <w:r>
        <w:t>saja</w:t>
      </w:r>
      <w:proofErr w:type="spellEnd"/>
      <w:r>
        <w:t xml:space="preserve"> </w:t>
      </w:r>
      <w:proofErr w:type="spellStart"/>
      <w:r>
        <w:t>tidak</w:t>
      </w:r>
      <w:proofErr w:type="spellEnd"/>
      <w:r>
        <w:t xml:space="preserve"> </w:t>
      </w:r>
      <w:proofErr w:type="spellStart"/>
      <w:r>
        <w:t>cukup</w:t>
      </w:r>
      <w:proofErr w:type="spellEnd"/>
      <w:r>
        <w:t xml:space="preserve"> </w:t>
      </w:r>
      <w:proofErr w:type="spellStart"/>
      <w:r>
        <w:t>apabila</w:t>
      </w:r>
      <w:proofErr w:type="spellEnd"/>
      <w:r>
        <w:t xml:space="preserve"> </w:t>
      </w:r>
      <w:proofErr w:type="spellStart"/>
      <w:r>
        <w:t>tidak</w:t>
      </w:r>
      <w:proofErr w:type="spellEnd"/>
      <w:r>
        <w:t xml:space="preserve"> </w:t>
      </w:r>
      <w:proofErr w:type="spellStart"/>
      <w:r>
        <w:t>disertai</w:t>
      </w:r>
      <w:proofErr w:type="spellEnd"/>
      <w:r>
        <w:t xml:space="preserve"> </w:t>
      </w:r>
      <w:proofErr w:type="spellStart"/>
      <w:r>
        <w:t>tanggung</w:t>
      </w:r>
      <w:proofErr w:type="spellEnd"/>
      <w:r>
        <w:t xml:space="preserve"> </w:t>
      </w:r>
      <w:proofErr w:type="spellStart"/>
      <w:r>
        <w:t>jawab</w:t>
      </w:r>
      <w:proofErr w:type="spellEnd"/>
      <w:r>
        <w:t>.</w:t>
      </w:r>
    </w:p>
    <w:p w14:paraId="6F086F19" w14:textId="3DD9580C" w:rsidR="004828D8" w:rsidRDefault="004828D8" w:rsidP="004828D8">
      <w:proofErr w:type="spellStart"/>
      <w:r>
        <w:t>Setiap</w:t>
      </w:r>
      <w:proofErr w:type="spellEnd"/>
      <w:r>
        <w:t xml:space="preserve"> </w:t>
      </w:r>
      <w:proofErr w:type="spellStart"/>
      <w:r>
        <w:t>anggota</w:t>
      </w:r>
      <w:proofErr w:type="spellEnd"/>
      <w:r>
        <w:t xml:space="preserve"> </w:t>
      </w:r>
      <w:proofErr w:type="spellStart"/>
      <w:r>
        <w:t>perlu</w:t>
      </w:r>
      <w:proofErr w:type="spellEnd"/>
      <w:r>
        <w:t xml:space="preserve"> </w:t>
      </w:r>
      <w:proofErr w:type="spellStart"/>
      <w:r>
        <w:t>menghargai</w:t>
      </w:r>
      <w:proofErr w:type="spellEnd"/>
      <w:r>
        <w:t xml:space="preserve"> </w:t>
      </w:r>
      <w:proofErr w:type="spellStart"/>
      <w:r>
        <w:t>waktu</w:t>
      </w:r>
      <w:proofErr w:type="spellEnd"/>
      <w:r>
        <w:t xml:space="preserve">, </w:t>
      </w:r>
      <w:proofErr w:type="spellStart"/>
      <w:r>
        <w:t>mengikuti</w:t>
      </w:r>
      <w:proofErr w:type="spellEnd"/>
      <w:r>
        <w:t xml:space="preserve"> </w:t>
      </w:r>
      <w:proofErr w:type="spellStart"/>
      <w:r>
        <w:t>latihan</w:t>
      </w:r>
      <w:proofErr w:type="spellEnd"/>
      <w:r>
        <w:t xml:space="preserve"> </w:t>
      </w:r>
      <w:proofErr w:type="spellStart"/>
      <w:r>
        <w:t>dengan</w:t>
      </w:r>
      <w:proofErr w:type="spellEnd"/>
      <w:r>
        <w:t xml:space="preserve"> </w:t>
      </w:r>
      <w:proofErr w:type="spellStart"/>
      <w:r>
        <w:t>sungguh-sungguh</w:t>
      </w:r>
      <w:proofErr w:type="spellEnd"/>
      <w:r>
        <w:t xml:space="preserve">, dan </w:t>
      </w:r>
      <w:proofErr w:type="spellStart"/>
      <w:r>
        <w:t>mempersiapkan</w:t>
      </w:r>
      <w:proofErr w:type="spellEnd"/>
      <w:r>
        <w:t xml:space="preserve"> </w:t>
      </w:r>
      <w:proofErr w:type="spellStart"/>
      <w:r>
        <w:t>diri</w:t>
      </w:r>
      <w:proofErr w:type="spellEnd"/>
      <w:r>
        <w:t xml:space="preserve"> </w:t>
      </w:r>
      <w:proofErr w:type="spellStart"/>
      <w:r>
        <w:t>sebelum</w:t>
      </w:r>
      <w:proofErr w:type="spellEnd"/>
      <w:r>
        <w:t xml:space="preserve"> </w:t>
      </w:r>
      <w:proofErr w:type="spellStart"/>
      <w:r>
        <w:t>melayani</w:t>
      </w:r>
      <w:proofErr w:type="spellEnd"/>
      <w:r>
        <w:t xml:space="preserve">. </w:t>
      </w:r>
      <w:proofErr w:type="spellStart"/>
      <w:r>
        <w:t>Disiplin</w:t>
      </w:r>
      <w:proofErr w:type="spellEnd"/>
      <w:r>
        <w:t xml:space="preserve"> </w:t>
      </w:r>
      <w:proofErr w:type="spellStart"/>
      <w:r>
        <w:t>bukan</w:t>
      </w:r>
      <w:proofErr w:type="spellEnd"/>
      <w:r>
        <w:t xml:space="preserve"> </w:t>
      </w:r>
      <w:proofErr w:type="spellStart"/>
      <w:r>
        <w:t>hanya</w:t>
      </w:r>
      <w:proofErr w:type="spellEnd"/>
      <w:r>
        <w:t xml:space="preserve"> </w:t>
      </w:r>
      <w:proofErr w:type="spellStart"/>
      <w:r>
        <w:t>bentuk</w:t>
      </w:r>
      <w:proofErr w:type="spellEnd"/>
      <w:r>
        <w:t xml:space="preserve"> </w:t>
      </w:r>
      <w:proofErr w:type="spellStart"/>
      <w:r>
        <w:t>penghormatan</w:t>
      </w:r>
      <w:proofErr w:type="spellEnd"/>
      <w:r>
        <w:t xml:space="preserve"> </w:t>
      </w:r>
      <w:proofErr w:type="spellStart"/>
      <w:r>
        <w:t>terhadap</w:t>
      </w:r>
      <w:proofErr w:type="spellEnd"/>
      <w:r>
        <w:t xml:space="preserve"> </w:t>
      </w:r>
      <w:proofErr w:type="spellStart"/>
      <w:r>
        <w:t>pemimpin</w:t>
      </w:r>
      <w:proofErr w:type="spellEnd"/>
      <w:r>
        <w:t xml:space="preserve"> dan </w:t>
      </w:r>
      <w:proofErr w:type="spellStart"/>
      <w:r>
        <w:t>tim</w:t>
      </w:r>
      <w:proofErr w:type="spellEnd"/>
      <w:r>
        <w:t xml:space="preserve">, </w:t>
      </w:r>
      <w:proofErr w:type="spellStart"/>
      <w:r>
        <w:t>tetapi</w:t>
      </w:r>
      <w:proofErr w:type="spellEnd"/>
      <w:r>
        <w:t xml:space="preserve"> juga </w:t>
      </w:r>
      <w:proofErr w:type="spellStart"/>
      <w:r>
        <w:t>wujud</w:t>
      </w:r>
      <w:proofErr w:type="spellEnd"/>
      <w:r>
        <w:t xml:space="preserve"> </w:t>
      </w:r>
      <w:proofErr w:type="spellStart"/>
      <w:r>
        <w:t>kesungguhan</w:t>
      </w:r>
      <w:proofErr w:type="spellEnd"/>
      <w:r>
        <w:t xml:space="preserve"> </w:t>
      </w:r>
      <w:proofErr w:type="spellStart"/>
      <w:r>
        <w:t>dalam</w:t>
      </w:r>
      <w:proofErr w:type="spellEnd"/>
      <w:r>
        <w:t xml:space="preserve"> </w:t>
      </w:r>
      <w:proofErr w:type="spellStart"/>
      <w:r>
        <w:t>melayani</w:t>
      </w:r>
      <w:proofErr w:type="spellEnd"/>
      <w:r>
        <w:t xml:space="preserve"> Tuhan. Oleh </w:t>
      </w:r>
      <w:proofErr w:type="spellStart"/>
      <w:r>
        <w:t>sebab</w:t>
      </w:r>
      <w:proofErr w:type="spellEnd"/>
      <w:r>
        <w:t xml:space="preserve"> </w:t>
      </w:r>
      <w:proofErr w:type="spellStart"/>
      <w:r>
        <w:t>itu</w:t>
      </w:r>
      <w:proofErr w:type="spellEnd"/>
      <w:r>
        <w:t xml:space="preserve">, </w:t>
      </w:r>
      <w:proofErr w:type="spellStart"/>
      <w:r>
        <w:t>pemimpin</w:t>
      </w:r>
      <w:proofErr w:type="spellEnd"/>
      <w:r>
        <w:t xml:space="preserve"> </w:t>
      </w:r>
      <w:proofErr w:type="spellStart"/>
      <w:r>
        <w:t>perlu</w:t>
      </w:r>
      <w:proofErr w:type="spellEnd"/>
      <w:r>
        <w:t xml:space="preserve"> </w:t>
      </w:r>
      <w:proofErr w:type="spellStart"/>
      <w:r>
        <w:t>memberikan</w:t>
      </w:r>
      <w:proofErr w:type="spellEnd"/>
      <w:r>
        <w:t xml:space="preserve"> </w:t>
      </w:r>
      <w:proofErr w:type="spellStart"/>
      <w:r>
        <w:t>teladan</w:t>
      </w:r>
      <w:proofErr w:type="spellEnd"/>
      <w:r>
        <w:t xml:space="preserve"> </w:t>
      </w:r>
      <w:proofErr w:type="spellStart"/>
      <w:r>
        <w:t>dalam</w:t>
      </w:r>
      <w:proofErr w:type="spellEnd"/>
      <w:r>
        <w:t xml:space="preserve"> </w:t>
      </w:r>
      <w:proofErr w:type="spellStart"/>
      <w:r>
        <w:t>kedisiplinan</w:t>
      </w:r>
      <w:proofErr w:type="spellEnd"/>
      <w:r>
        <w:t xml:space="preserve"> dan </w:t>
      </w:r>
      <w:proofErr w:type="spellStart"/>
      <w:r>
        <w:t>membangun</w:t>
      </w:r>
      <w:proofErr w:type="spellEnd"/>
      <w:r>
        <w:t xml:space="preserve"> </w:t>
      </w:r>
      <w:proofErr w:type="spellStart"/>
      <w:r>
        <w:t>budaya</w:t>
      </w:r>
      <w:proofErr w:type="spellEnd"/>
      <w:r>
        <w:t xml:space="preserve"> </w:t>
      </w:r>
      <w:proofErr w:type="spellStart"/>
      <w:r>
        <w:t>tanggung</w:t>
      </w:r>
      <w:proofErr w:type="spellEnd"/>
      <w:r>
        <w:t xml:space="preserve"> </w:t>
      </w:r>
      <w:proofErr w:type="spellStart"/>
      <w:r>
        <w:t>jawab</w:t>
      </w:r>
      <w:proofErr w:type="spellEnd"/>
      <w:r>
        <w:t xml:space="preserve"> di </w:t>
      </w:r>
      <w:proofErr w:type="spellStart"/>
      <w:r>
        <w:t>antara</w:t>
      </w:r>
      <w:proofErr w:type="spellEnd"/>
      <w:r>
        <w:t xml:space="preserve"> </w:t>
      </w:r>
      <w:proofErr w:type="spellStart"/>
      <w:r>
        <w:t>anggota</w:t>
      </w:r>
      <w:proofErr w:type="spellEnd"/>
      <w:r>
        <w:t>.</w:t>
      </w:r>
    </w:p>
    <w:p w14:paraId="0D61CC36" w14:textId="595666B4" w:rsidR="008E136B" w:rsidRDefault="00B20FE2">
      <w:pPr>
        <w:pStyle w:val="Heading1"/>
      </w:pPr>
      <w:r>
        <w:t>6</w:t>
      </w:r>
      <w:r w:rsidR="00000000">
        <w:t>. PRINSIP PRAKTIS MEMBANGUN KEPEMIMPINAN MUSIK YANG SEHAT</w:t>
      </w:r>
    </w:p>
    <w:p w14:paraId="75383322" w14:textId="22CBB5C3" w:rsidR="009138E9" w:rsidRDefault="009138E9" w:rsidP="009138E9">
      <w:proofErr w:type="spellStart"/>
      <w:r>
        <w:t>Kepemimpinan</w:t>
      </w:r>
      <w:proofErr w:type="spellEnd"/>
      <w:r>
        <w:t xml:space="preserve"> yang </w:t>
      </w:r>
      <w:proofErr w:type="spellStart"/>
      <w:r>
        <w:t>sehat</w:t>
      </w:r>
      <w:proofErr w:type="spellEnd"/>
      <w:r>
        <w:t xml:space="preserve"> </w:t>
      </w:r>
      <w:proofErr w:type="spellStart"/>
      <w:r>
        <w:t>dalam</w:t>
      </w:r>
      <w:proofErr w:type="spellEnd"/>
      <w:r>
        <w:t xml:space="preserve"> </w:t>
      </w:r>
      <w:proofErr w:type="spellStart"/>
      <w:r>
        <w:t>pelayanan</w:t>
      </w:r>
      <w:proofErr w:type="spellEnd"/>
      <w:r>
        <w:t xml:space="preserve"> </w:t>
      </w:r>
      <w:proofErr w:type="spellStart"/>
      <w:r>
        <w:t>musik</w:t>
      </w:r>
      <w:proofErr w:type="spellEnd"/>
      <w:r>
        <w:t xml:space="preserve"> </w:t>
      </w:r>
      <w:proofErr w:type="spellStart"/>
      <w:r>
        <w:t>gereja</w:t>
      </w:r>
      <w:proofErr w:type="spellEnd"/>
      <w:r>
        <w:t xml:space="preserve"> </w:t>
      </w:r>
      <w:proofErr w:type="spellStart"/>
      <w:r>
        <w:t>perlu</w:t>
      </w:r>
      <w:proofErr w:type="spellEnd"/>
      <w:r>
        <w:t xml:space="preserve"> </w:t>
      </w:r>
      <w:proofErr w:type="spellStart"/>
      <w:r>
        <w:t>dibangun</w:t>
      </w:r>
      <w:proofErr w:type="spellEnd"/>
      <w:r>
        <w:t xml:space="preserve"> </w:t>
      </w:r>
      <w:proofErr w:type="spellStart"/>
      <w:r>
        <w:t>berdasarkan</w:t>
      </w:r>
      <w:proofErr w:type="spellEnd"/>
      <w:r>
        <w:t xml:space="preserve"> </w:t>
      </w:r>
      <w:proofErr w:type="spellStart"/>
      <w:r>
        <w:t>nilai-nilai</w:t>
      </w:r>
      <w:proofErr w:type="spellEnd"/>
      <w:r>
        <w:t xml:space="preserve"> </w:t>
      </w:r>
      <w:proofErr w:type="spellStart"/>
      <w:r>
        <w:t>Alkitab</w:t>
      </w:r>
      <w:proofErr w:type="spellEnd"/>
      <w:r>
        <w:t xml:space="preserve">, </w:t>
      </w:r>
      <w:proofErr w:type="spellStart"/>
      <w:r>
        <w:t>karakter</w:t>
      </w:r>
      <w:proofErr w:type="spellEnd"/>
      <w:r>
        <w:t xml:space="preserve"> yang </w:t>
      </w:r>
      <w:proofErr w:type="spellStart"/>
      <w:r>
        <w:t>baik</w:t>
      </w:r>
      <w:proofErr w:type="spellEnd"/>
      <w:r>
        <w:t xml:space="preserve">, dan </w:t>
      </w:r>
      <w:proofErr w:type="spellStart"/>
      <w:r>
        <w:t>tanggung</w:t>
      </w:r>
      <w:proofErr w:type="spellEnd"/>
      <w:r>
        <w:t xml:space="preserve"> </w:t>
      </w:r>
      <w:proofErr w:type="spellStart"/>
      <w:r>
        <w:t>jawab</w:t>
      </w:r>
      <w:proofErr w:type="spellEnd"/>
      <w:r>
        <w:t xml:space="preserve"> </w:t>
      </w:r>
      <w:proofErr w:type="spellStart"/>
      <w:r>
        <w:t>terhadap</w:t>
      </w:r>
      <w:proofErr w:type="spellEnd"/>
      <w:r>
        <w:t xml:space="preserve"> </w:t>
      </w:r>
      <w:proofErr w:type="spellStart"/>
      <w:r>
        <w:t>seluruh</w:t>
      </w:r>
      <w:proofErr w:type="spellEnd"/>
      <w:r>
        <w:t xml:space="preserve"> </w:t>
      </w:r>
      <w:proofErr w:type="spellStart"/>
      <w:r>
        <w:t>anggota</w:t>
      </w:r>
      <w:proofErr w:type="spellEnd"/>
      <w:r>
        <w:t xml:space="preserve"> </w:t>
      </w:r>
      <w:proofErr w:type="spellStart"/>
      <w:r>
        <w:t>tim.</w:t>
      </w:r>
      <w:proofErr w:type="spellEnd"/>
      <w:r>
        <w:t xml:space="preserve"> </w:t>
      </w:r>
      <w:proofErr w:type="spellStart"/>
      <w:r>
        <w:t>Pemimpin</w:t>
      </w:r>
      <w:proofErr w:type="spellEnd"/>
      <w:r>
        <w:t xml:space="preserve"> </w:t>
      </w:r>
      <w:proofErr w:type="spellStart"/>
      <w:r>
        <w:t>tidak</w:t>
      </w:r>
      <w:proofErr w:type="spellEnd"/>
      <w:r>
        <w:t xml:space="preserve"> </w:t>
      </w:r>
      <w:proofErr w:type="spellStart"/>
      <w:r>
        <w:t>hanya</w:t>
      </w:r>
      <w:proofErr w:type="spellEnd"/>
      <w:r>
        <w:t xml:space="preserve"> </w:t>
      </w:r>
      <w:proofErr w:type="spellStart"/>
      <w:r>
        <w:t>bertugas</w:t>
      </w:r>
      <w:proofErr w:type="spellEnd"/>
      <w:r>
        <w:t xml:space="preserve"> </w:t>
      </w:r>
      <w:proofErr w:type="spellStart"/>
      <w:r>
        <w:t>mengatur</w:t>
      </w:r>
      <w:proofErr w:type="spellEnd"/>
      <w:r>
        <w:t xml:space="preserve"> </w:t>
      </w:r>
      <w:proofErr w:type="spellStart"/>
      <w:r>
        <w:t>musik</w:t>
      </w:r>
      <w:proofErr w:type="spellEnd"/>
      <w:r>
        <w:t xml:space="preserve"> dan </w:t>
      </w:r>
      <w:proofErr w:type="spellStart"/>
      <w:r>
        <w:t>jalannya</w:t>
      </w:r>
      <w:proofErr w:type="spellEnd"/>
      <w:r>
        <w:t xml:space="preserve"> </w:t>
      </w:r>
      <w:proofErr w:type="spellStart"/>
      <w:r>
        <w:t>latihan</w:t>
      </w:r>
      <w:proofErr w:type="spellEnd"/>
      <w:r>
        <w:t xml:space="preserve">, </w:t>
      </w:r>
      <w:proofErr w:type="spellStart"/>
      <w:r>
        <w:t>tetapi</w:t>
      </w:r>
      <w:proofErr w:type="spellEnd"/>
      <w:r>
        <w:t xml:space="preserve"> juga </w:t>
      </w:r>
      <w:proofErr w:type="spellStart"/>
      <w:r>
        <w:t>membimbing</w:t>
      </w:r>
      <w:proofErr w:type="spellEnd"/>
      <w:r>
        <w:t xml:space="preserve"> </w:t>
      </w:r>
      <w:proofErr w:type="spellStart"/>
      <w:r>
        <w:t>anggota</w:t>
      </w:r>
      <w:proofErr w:type="spellEnd"/>
      <w:r>
        <w:t xml:space="preserve"> agar </w:t>
      </w:r>
      <w:proofErr w:type="spellStart"/>
      <w:r>
        <w:t>dapat</w:t>
      </w:r>
      <w:proofErr w:type="spellEnd"/>
      <w:r>
        <w:t xml:space="preserve"> </w:t>
      </w:r>
      <w:proofErr w:type="spellStart"/>
      <w:r>
        <w:t>melayani</w:t>
      </w:r>
      <w:proofErr w:type="spellEnd"/>
      <w:r>
        <w:t xml:space="preserve"> </w:t>
      </w:r>
      <w:proofErr w:type="spellStart"/>
      <w:r>
        <w:t>dengan</w:t>
      </w:r>
      <w:proofErr w:type="spellEnd"/>
      <w:r>
        <w:t xml:space="preserve"> </w:t>
      </w:r>
      <w:proofErr w:type="spellStart"/>
      <w:r>
        <w:t>sikap</w:t>
      </w:r>
      <w:proofErr w:type="spellEnd"/>
      <w:r>
        <w:t xml:space="preserve"> yang </w:t>
      </w:r>
      <w:proofErr w:type="spellStart"/>
      <w:r>
        <w:t>benar</w:t>
      </w:r>
      <w:proofErr w:type="spellEnd"/>
      <w:r>
        <w:t xml:space="preserve">. Oleh </w:t>
      </w:r>
      <w:proofErr w:type="spellStart"/>
      <w:r>
        <w:t>karena</w:t>
      </w:r>
      <w:proofErr w:type="spellEnd"/>
      <w:r>
        <w:t xml:space="preserve"> </w:t>
      </w:r>
      <w:proofErr w:type="spellStart"/>
      <w:r>
        <w:t>itu</w:t>
      </w:r>
      <w:proofErr w:type="spellEnd"/>
      <w:r>
        <w:t xml:space="preserve">, </w:t>
      </w:r>
      <w:proofErr w:type="spellStart"/>
      <w:r>
        <w:t>kepemimpinan</w:t>
      </w:r>
      <w:proofErr w:type="spellEnd"/>
      <w:r>
        <w:t xml:space="preserve"> yang </w:t>
      </w:r>
      <w:proofErr w:type="spellStart"/>
      <w:r>
        <w:t>sehat</w:t>
      </w:r>
      <w:proofErr w:type="spellEnd"/>
      <w:r>
        <w:t xml:space="preserve"> </w:t>
      </w:r>
      <w:proofErr w:type="spellStart"/>
      <w:r>
        <w:t>perlu</w:t>
      </w:r>
      <w:proofErr w:type="spellEnd"/>
      <w:r>
        <w:t xml:space="preserve"> </w:t>
      </w:r>
      <w:proofErr w:type="spellStart"/>
      <w:r>
        <w:t>memperhatikan</w:t>
      </w:r>
      <w:proofErr w:type="spellEnd"/>
      <w:r>
        <w:t xml:space="preserve"> </w:t>
      </w:r>
      <w:proofErr w:type="spellStart"/>
      <w:r>
        <w:t>beberapa</w:t>
      </w:r>
      <w:proofErr w:type="spellEnd"/>
      <w:r>
        <w:t xml:space="preserve"> </w:t>
      </w:r>
      <w:proofErr w:type="spellStart"/>
      <w:r>
        <w:t>prinsip</w:t>
      </w:r>
      <w:proofErr w:type="spellEnd"/>
      <w:r>
        <w:t xml:space="preserve"> </w:t>
      </w:r>
      <w:proofErr w:type="spellStart"/>
      <w:r>
        <w:t>berikut</w:t>
      </w:r>
      <w:proofErr w:type="spellEnd"/>
      <w:r>
        <w:t>.</w:t>
      </w:r>
    </w:p>
    <w:p w14:paraId="320F2189" w14:textId="773AFF13" w:rsidR="009138E9" w:rsidRPr="009138E9" w:rsidRDefault="009138E9" w:rsidP="009138E9">
      <w:pPr>
        <w:rPr>
          <w:b/>
          <w:bCs/>
        </w:rPr>
      </w:pPr>
      <w:r>
        <w:rPr>
          <w:b/>
          <w:bCs/>
        </w:rPr>
        <w:t>6</w:t>
      </w:r>
      <w:r w:rsidRPr="009138E9">
        <w:rPr>
          <w:b/>
          <w:bCs/>
        </w:rPr>
        <w:t xml:space="preserve">.1 </w:t>
      </w:r>
      <w:proofErr w:type="spellStart"/>
      <w:r w:rsidRPr="009138E9">
        <w:rPr>
          <w:b/>
          <w:bCs/>
        </w:rPr>
        <w:t>Menjadikan</w:t>
      </w:r>
      <w:proofErr w:type="spellEnd"/>
      <w:r w:rsidRPr="009138E9">
        <w:rPr>
          <w:b/>
          <w:bCs/>
        </w:rPr>
        <w:t xml:space="preserve"> Tuhan </w:t>
      </w:r>
      <w:proofErr w:type="spellStart"/>
      <w:r w:rsidRPr="009138E9">
        <w:rPr>
          <w:b/>
          <w:bCs/>
        </w:rPr>
        <w:t>sebagai</w:t>
      </w:r>
      <w:proofErr w:type="spellEnd"/>
      <w:r w:rsidRPr="009138E9">
        <w:rPr>
          <w:b/>
          <w:bCs/>
        </w:rPr>
        <w:t xml:space="preserve"> Pusat </w:t>
      </w:r>
      <w:proofErr w:type="spellStart"/>
      <w:r w:rsidRPr="009138E9">
        <w:rPr>
          <w:b/>
          <w:bCs/>
        </w:rPr>
        <w:t>Pelayanan</w:t>
      </w:r>
      <w:proofErr w:type="spellEnd"/>
    </w:p>
    <w:p w14:paraId="098659E4" w14:textId="77777777" w:rsidR="009138E9" w:rsidRDefault="009138E9" w:rsidP="009138E9">
      <w:proofErr w:type="spellStart"/>
      <w:r>
        <w:t>Pemimpin</w:t>
      </w:r>
      <w:proofErr w:type="spellEnd"/>
      <w:r>
        <w:t xml:space="preserve"> </w:t>
      </w:r>
      <w:proofErr w:type="spellStart"/>
      <w:r>
        <w:t>musik</w:t>
      </w:r>
      <w:proofErr w:type="spellEnd"/>
      <w:r>
        <w:t xml:space="preserve"> </w:t>
      </w:r>
      <w:proofErr w:type="spellStart"/>
      <w:r>
        <w:t>harus</w:t>
      </w:r>
      <w:proofErr w:type="spellEnd"/>
      <w:r>
        <w:t xml:space="preserve"> </w:t>
      </w:r>
      <w:proofErr w:type="spellStart"/>
      <w:r>
        <w:t>menyadari</w:t>
      </w:r>
      <w:proofErr w:type="spellEnd"/>
      <w:r>
        <w:t xml:space="preserve"> </w:t>
      </w:r>
      <w:proofErr w:type="spellStart"/>
      <w:r>
        <w:t>bahwa</w:t>
      </w:r>
      <w:proofErr w:type="spellEnd"/>
      <w:r>
        <w:t xml:space="preserve"> </w:t>
      </w:r>
      <w:proofErr w:type="spellStart"/>
      <w:r>
        <w:t>tujuan</w:t>
      </w:r>
      <w:proofErr w:type="spellEnd"/>
      <w:r>
        <w:t xml:space="preserve"> </w:t>
      </w:r>
      <w:proofErr w:type="spellStart"/>
      <w:r>
        <w:t>utama</w:t>
      </w:r>
      <w:proofErr w:type="spellEnd"/>
      <w:r>
        <w:t xml:space="preserve"> </w:t>
      </w:r>
      <w:proofErr w:type="spellStart"/>
      <w:r>
        <w:t>pelayanan</w:t>
      </w:r>
      <w:proofErr w:type="spellEnd"/>
      <w:r>
        <w:t xml:space="preserve"> </w:t>
      </w:r>
      <w:proofErr w:type="spellStart"/>
      <w:r>
        <w:t>musik</w:t>
      </w:r>
      <w:proofErr w:type="spellEnd"/>
      <w:r>
        <w:t xml:space="preserve"> </w:t>
      </w:r>
      <w:proofErr w:type="spellStart"/>
      <w:r>
        <w:t>adalah</w:t>
      </w:r>
      <w:proofErr w:type="spellEnd"/>
      <w:r>
        <w:t xml:space="preserve"> </w:t>
      </w:r>
      <w:proofErr w:type="spellStart"/>
      <w:r>
        <w:t>memuliakan</w:t>
      </w:r>
      <w:proofErr w:type="spellEnd"/>
      <w:r>
        <w:t xml:space="preserve"> Tuhan, </w:t>
      </w:r>
      <w:proofErr w:type="spellStart"/>
      <w:r>
        <w:t>bukan</w:t>
      </w:r>
      <w:proofErr w:type="spellEnd"/>
      <w:r>
        <w:t xml:space="preserve"> </w:t>
      </w:r>
      <w:proofErr w:type="spellStart"/>
      <w:r>
        <w:t>mencari</w:t>
      </w:r>
      <w:proofErr w:type="spellEnd"/>
      <w:r>
        <w:t xml:space="preserve"> </w:t>
      </w:r>
      <w:proofErr w:type="spellStart"/>
      <w:r>
        <w:t>pujian</w:t>
      </w:r>
      <w:proofErr w:type="spellEnd"/>
      <w:r>
        <w:t xml:space="preserve"> </w:t>
      </w:r>
      <w:proofErr w:type="spellStart"/>
      <w:r>
        <w:t>atau</w:t>
      </w:r>
      <w:proofErr w:type="spellEnd"/>
      <w:r>
        <w:t xml:space="preserve"> </w:t>
      </w:r>
      <w:proofErr w:type="spellStart"/>
      <w:r>
        <w:t>pengakuan</w:t>
      </w:r>
      <w:proofErr w:type="spellEnd"/>
      <w:r>
        <w:t xml:space="preserve"> </w:t>
      </w:r>
      <w:proofErr w:type="spellStart"/>
      <w:r>
        <w:t>manusia</w:t>
      </w:r>
      <w:proofErr w:type="spellEnd"/>
      <w:r>
        <w:t xml:space="preserve">. </w:t>
      </w:r>
      <w:proofErr w:type="spellStart"/>
      <w:r>
        <w:t>Kemampuan</w:t>
      </w:r>
      <w:proofErr w:type="spellEnd"/>
      <w:r>
        <w:t xml:space="preserve"> </w:t>
      </w:r>
      <w:proofErr w:type="spellStart"/>
      <w:r>
        <w:t>bermusik</w:t>
      </w:r>
      <w:proofErr w:type="spellEnd"/>
      <w:r>
        <w:t xml:space="preserve"> </w:t>
      </w:r>
      <w:proofErr w:type="spellStart"/>
      <w:r>
        <w:t>merupakan</w:t>
      </w:r>
      <w:proofErr w:type="spellEnd"/>
      <w:r>
        <w:t xml:space="preserve"> </w:t>
      </w:r>
      <w:proofErr w:type="spellStart"/>
      <w:r>
        <w:t>sesuatu</w:t>
      </w:r>
      <w:proofErr w:type="spellEnd"/>
      <w:r>
        <w:t xml:space="preserve"> yang </w:t>
      </w:r>
      <w:proofErr w:type="spellStart"/>
      <w:r>
        <w:t>perlu</w:t>
      </w:r>
      <w:proofErr w:type="spellEnd"/>
      <w:r>
        <w:t xml:space="preserve"> </w:t>
      </w:r>
      <w:proofErr w:type="spellStart"/>
      <w:r>
        <w:t>dikembangkan</w:t>
      </w:r>
      <w:proofErr w:type="spellEnd"/>
      <w:r>
        <w:t xml:space="preserve">, </w:t>
      </w:r>
      <w:proofErr w:type="spellStart"/>
      <w:r>
        <w:t>tetapi</w:t>
      </w:r>
      <w:proofErr w:type="spellEnd"/>
      <w:r>
        <w:t xml:space="preserve"> </w:t>
      </w:r>
      <w:proofErr w:type="spellStart"/>
      <w:r>
        <w:t>tidak</w:t>
      </w:r>
      <w:proofErr w:type="spellEnd"/>
      <w:r>
        <w:t xml:space="preserve"> </w:t>
      </w:r>
      <w:proofErr w:type="spellStart"/>
      <w:r>
        <w:t>boleh</w:t>
      </w:r>
      <w:proofErr w:type="spellEnd"/>
      <w:r>
        <w:t xml:space="preserve"> </w:t>
      </w:r>
      <w:proofErr w:type="spellStart"/>
      <w:r>
        <w:t>membuat</w:t>
      </w:r>
      <w:proofErr w:type="spellEnd"/>
      <w:r>
        <w:t xml:space="preserve"> </w:t>
      </w:r>
      <w:proofErr w:type="spellStart"/>
      <w:r>
        <w:t>seseorang</w:t>
      </w:r>
      <w:proofErr w:type="spellEnd"/>
      <w:r>
        <w:t xml:space="preserve"> </w:t>
      </w:r>
      <w:proofErr w:type="spellStart"/>
      <w:r>
        <w:t>menjadi</w:t>
      </w:r>
      <w:proofErr w:type="spellEnd"/>
      <w:r>
        <w:t xml:space="preserve"> </w:t>
      </w:r>
      <w:proofErr w:type="spellStart"/>
      <w:r>
        <w:t>sombong</w:t>
      </w:r>
      <w:proofErr w:type="spellEnd"/>
      <w:r>
        <w:t xml:space="preserve"> </w:t>
      </w:r>
      <w:proofErr w:type="spellStart"/>
      <w:r>
        <w:t>atau</w:t>
      </w:r>
      <w:proofErr w:type="spellEnd"/>
      <w:r>
        <w:t xml:space="preserve"> </w:t>
      </w:r>
      <w:proofErr w:type="spellStart"/>
      <w:r>
        <w:t>merasa</w:t>
      </w:r>
      <w:proofErr w:type="spellEnd"/>
      <w:r>
        <w:t xml:space="preserve"> </w:t>
      </w:r>
      <w:proofErr w:type="spellStart"/>
      <w:r>
        <w:t>lebih</w:t>
      </w:r>
      <w:proofErr w:type="spellEnd"/>
      <w:r>
        <w:t xml:space="preserve"> </w:t>
      </w:r>
      <w:proofErr w:type="spellStart"/>
      <w:r>
        <w:t>hebat</w:t>
      </w:r>
      <w:proofErr w:type="spellEnd"/>
      <w:r>
        <w:t xml:space="preserve"> </w:t>
      </w:r>
      <w:proofErr w:type="spellStart"/>
      <w:r>
        <w:t>daripada</w:t>
      </w:r>
      <w:proofErr w:type="spellEnd"/>
      <w:r>
        <w:t xml:space="preserve"> orang lain.</w:t>
      </w:r>
    </w:p>
    <w:p w14:paraId="0233407F" w14:textId="77777777" w:rsidR="009138E9" w:rsidRDefault="009138E9" w:rsidP="009138E9"/>
    <w:p w14:paraId="7A8337DF" w14:textId="5611C732" w:rsidR="009138E9" w:rsidRDefault="009138E9" w:rsidP="009138E9">
      <w:proofErr w:type="spellStart"/>
      <w:r>
        <w:lastRenderedPageBreak/>
        <w:t>Kolose</w:t>
      </w:r>
      <w:proofErr w:type="spellEnd"/>
      <w:r>
        <w:t xml:space="preserve"> 3:23 </w:t>
      </w:r>
      <w:proofErr w:type="spellStart"/>
      <w:r>
        <w:t>mengajarkan</w:t>
      </w:r>
      <w:proofErr w:type="spellEnd"/>
      <w:r>
        <w:t xml:space="preserve"> agar </w:t>
      </w:r>
      <w:proofErr w:type="spellStart"/>
      <w:r>
        <w:t>segala</w:t>
      </w:r>
      <w:proofErr w:type="spellEnd"/>
      <w:r>
        <w:t xml:space="preserve"> </w:t>
      </w:r>
      <w:proofErr w:type="spellStart"/>
      <w:r>
        <w:t>sesuatu</w:t>
      </w:r>
      <w:proofErr w:type="spellEnd"/>
      <w:r>
        <w:t xml:space="preserve"> </w:t>
      </w:r>
      <w:proofErr w:type="spellStart"/>
      <w:r>
        <w:t>dilakukan</w:t>
      </w:r>
      <w:proofErr w:type="spellEnd"/>
      <w:r>
        <w:t xml:space="preserve"> </w:t>
      </w:r>
      <w:proofErr w:type="spellStart"/>
      <w:r>
        <w:t>dengan</w:t>
      </w:r>
      <w:proofErr w:type="spellEnd"/>
      <w:r>
        <w:t xml:space="preserve"> </w:t>
      </w:r>
      <w:proofErr w:type="spellStart"/>
      <w:r>
        <w:t>segenap</w:t>
      </w:r>
      <w:proofErr w:type="spellEnd"/>
      <w:r>
        <w:t xml:space="preserve"> </w:t>
      </w:r>
      <w:proofErr w:type="spellStart"/>
      <w:r>
        <w:t>hati</w:t>
      </w:r>
      <w:proofErr w:type="spellEnd"/>
      <w:r>
        <w:t xml:space="preserve"> </w:t>
      </w:r>
      <w:proofErr w:type="spellStart"/>
      <w:r>
        <w:t>seperti</w:t>
      </w:r>
      <w:proofErr w:type="spellEnd"/>
      <w:r>
        <w:t xml:space="preserve"> </w:t>
      </w:r>
      <w:proofErr w:type="spellStart"/>
      <w:r>
        <w:t>untuk</w:t>
      </w:r>
      <w:proofErr w:type="spellEnd"/>
      <w:r>
        <w:t xml:space="preserve"> Tuhan. </w:t>
      </w:r>
      <w:proofErr w:type="spellStart"/>
      <w:r>
        <w:t>Prinsip</w:t>
      </w:r>
      <w:proofErr w:type="spellEnd"/>
      <w:r>
        <w:t xml:space="preserve"> </w:t>
      </w:r>
      <w:proofErr w:type="spellStart"/>
      <w:r>
        <w:t>ini</w:t>
      </w:r>
      <w:proofErr w:type="spellEnd"/>
      <w:r>
        <w:t xml:space="preserve"> </w:t>
      </w:r>
      <w:proofErr w:type="spellStart"/>
      <w:r>
        <w:t>mendorong</w:t>
      </w:r>
      <w:proofErr w:type="spellEnd"/>
      <w:r>
        <w:t xml:space="preserve"> </w:t>
      </w:r>
      <w:proofErr w:type="spellStart"/>
      <w:r>
        <w:t>pemimpin</w:t>
      </w:r>
      <w:proofErr w:type="spellEnd"/>
      <w:r>
        <w:t xml:space="preserve"> dan </w:t>
      </w:r>
      <w:proofErr w:type="spellStart"/>
      <w:r>
        <w:t>anggota</w:t>
      </w:r>
      <w:proofErr w:type="spellEnd"/>
      <w:r>
        <w:t xml:space="preserve"> </w:t>
      </w:r>
      <w:proofErr w:type="spellStart"/>
      <w:r>
        <w:t>tim</w:t>
      </w:r>
      <w:proofErr w:type="spellEnd"/>
      <w:r>
        <w:t xml:space="preserve"> </w:t>
      </w:r>
      <w:proofErr w:type="spellStart"/>
      <w:r>
        <w:t>untuk</w:t>
      </w:r>
      <w:proofErr w:type="spellEnd"/>
      <w:r>
        <w:t xml:space="preserve"> </w:t>
      </w:r>
      <w:proofErr w:type="spellStart"/>
      <w:r>
        <w:t>mempersiapkan</w:t>
      </w:r>
      <w:proofErr w:type="spellEnd"/>
      <w:r>
        <w:t xml:space="preserve"> </w:t>
      </w:r>
      <w:proofErr w:type="spellStart"/>
      <w:r>
        <w:t>pelayanan</w:t>
      </w:r>
      <w:proofErr w:type="spellEnd"/>
      <w:r>
        <w:t xml:space="preserve"> </w:t>
      </w:r>
      <w:proofErr w:type="spellStart"/>
      <w:r>
        <w:t>dengan</w:t>
      </w:r>
      <w:proofErr w:type="spellEnd"/>
      <w:r>
        <w:t xml:space="preserve"> </w:t>
      </w:r>
      <w:proofErr w:type="spellStart"/>
      <w:r>
        <w:t>sungguh-sungguh</w:t>
      </w:r>
      <w:proofErr w:type="spellEnd"/>
      <w:r>
        <w:t xml:space="preserve"> </w:t>
      </w:r>
      <w:proofErr w:type="spellStart"/>
      <w:r>
        <w:t>serta</w:t>
      </w:r>
      <w:proofErr w:type="spellEnd"/>
      <w:r>
        <w:t xml:space="preserve"> </w:t>
      </w:r>
      <w:proofErr w:type="spellStart"/>
      <w:r>
        <w:t>menjaga</w:t>
      </w:r>
      <w:proofErr w:type="spellEnd"/>
      <w:r>
        <w:t xml:space="preserve"> </w:t>
      </w:r>
      <w:proofErr w:type="spellStart"/>
      <w:r>
        <w:t>motivasi</w:t>
      </w:r>
      <w:proofErr w:type="spellEnd"/>
      <w:r>
        <w:t xml:space="preserve"> </w:t>
      </w:r>
      <w:proofErr w:type="spellStart"/>
      <w:r>
        <w:t>mereka</w:t>
      </w:r>
      <w:proofErr w:type="spellEnd"/>
      <w:r>
        <w:t xml:space="preserve">. </w:t>
      </w:r>
      <w:proofErr w:type="spellStart"/>
      <w:r>
        <w:t>Dengan</w:t>
      </w:r>
      <w:proofErr w:type="spellEnd"/>
      <w:r>
        <w:t xml:space="preserve"> </w:t>
      </w:r>
      <w:proofErr w:type="spellStart"/>
      <w:r>
        <w:t>demikian</w:t>
      </w:r>
      <w:proofErr w:type="spellEnd"/>
      <w:r>
        <w:t xml:space="preserve">, </w:t>
      </w:r>
      <w:proofErr w:type="spellStart"/>
      <w:r>
        <w:t>kualitas</w:t>
      </w:r>
      <w:proofErr w:type="spellEnd"/>
      <w:r>
        <w:t xml:space="preserve"> </w:t>
      </w:r>
      <w:proofErr w:type="spellStart"/>
      <w:r>
        <w:t>musik</w:t>
      </w:r>
      <w:proofErr w:type="spellEnd"/>
      <w:r>
        <w:t xml:space="preserve"> dan </w:t>
      </w:r>
      <w:proofErr w:type="spellStart"/>
      <w:r>
        <w:t>sikap</w:t>
      </w:r>
      <w:proofErr w:type="spellEnd"/>
      <w:r>
        <w:t xml:space="preserve"> </w:t>
      </w:r>
      <w:proofErr w:type="spellStart"/>
      <w:r>
        <w:t>hati</w:t>
      </w:r>
      <w:proofErr w:type="spellEnd"/>
      <w:r>
        <w:t xml:space="preserve"> </w:t>
      </w:r>
      <w:proofErr w:type="spellStart"/>
      <w:r>
        <w:t>dapat</w:t>
      </w:r>
      <w:proofErr w:type="spellEnd"/>
      <w:r>
        <w:t xml:space="preserve"> </w:t>
      </w:r>
      <w:proofErr w:type="spellStart"/>
      <w:r>
        <w:t>berjalan</w:t>
      </w:r>
      <w:proofErr w:type="spellEnd"/>
      <w:r>
        <w:t xml:space="preserve"> </w:t>
      </w:r>
      <w:proofErr w:type="spellStart"/>
      <w:r>
        <w:t>bersama</w:t>
      </w:r>
      <w:proofErr w:type="spellEnd"/>
      <w:r>
        <w:t xml:space="preserve"> </w:t>
      </w:r>
      <w:proofErr w:type="spellStart"/>
      <w:r>
        <w:t>dalam</w:t>
      </w:r>
      <w:proofErr w:type="spellEnd"/>
      <w:r>
        <w:t xml:space="preserve"> </w:t>
      </w:r>
      <w:proofErr w:type="spellStart"/>
      <w:r>
        <w:t>pelayanan</w:t>
      </w:r>
      <w:proofErr w:type="spellEnd"/>
      <w:r>
        <w:t>.</w:t>
      </w:r>
    </w:p>
    <w:p w14:paraId="788BEEAF" w14:textId="2EF05C4D" w:rsidR="009138E9" w:rsidRPr="009138E9" w:rsidRDefault="009138E9" w:rsidP="009138E9">
      <w:pPr>
        <w:rPr>
          <w:b/>
          <w:bCs/>
        </w:rPr>
      </w:pPr>
      <w:r w:rsidRPr="009138E9">
        <w:rPr>
          <w:b/>
          <w:bCs/>
        </w:rPr>
        <w:t>6</w:t>
      </w:r>
      <w:r w:rsidRPr="009138E9">
        <w:rPr>
          <w:b/>
          <w:bCs/>
        </w:rPr>
        <w:t xml:space="preserve">.2 </w:t>
      </w:r>
      <w:proofErr w:type="spellStart"/>
      <w:r w:rsidRPr="009138E9">
        <w:rPr>
          <w:b/>
          <w:bCs/>
        </w:rPr>
        <w:t>Menjadi</w:t>
      </w:r>
      <w:proofErr w:type="spellEnd"/>
      <w:r w:rsidRPr="009138E9">
        <w:rPr>
          <w:b/>
          <w:bCs/>
        </w:rPr>
        <w:t xml:space="preserve"> </w:t>
      </w:r>
      <w:proofErr w:type="spellStart"/>
      <w:r w:rsidRPr="009138E9">
        <w:rPr>
          <w:b/>
          <w:bCs/>
        </w:rPr>
        <w:t>Teladan</w:t>
      </w:r>
      <w:proofErr w:type="spellEnd"/>
      <w:r w:rsidRPr="009138E9">
        <w:rPr>
          <w:b/>
          <w:bCs/>
        </w:rPr>
        <w:t xml:space="preserve"> </w:t>
      </w:r>
      <w:proofErr w:type="spellStart"/>
      <w:r w:rsidRPr="009138E9">
        <w:rPr>
          <w:b/>
          <w:bCs/>
        </w:rPr>
        <w:t>bagi</w:t>
      </w:r>
      <w:proofErr w:type="spellEnd"/>
      <w:r w:rsidRPr="009138E9">
        <w:rPr>
          <w:b/>
          <w:bCs/>
        </w:rPr>
        <w:t xml:space="preserve"> </w:t>
      </w:r>
      <w:proofErr w:type="spellStart"/>
      <w:r w:rsidRPr="009138E9">
        <w:rPr>
          <w:b/>
          <w:bCs/>
        </w:rPr>
        <w:t>Anggota</w:t>
      </w:r>
      <w:proofErr w:type="spellEnd"/>
    </w:p>
    <w:p w14:paraId="50352552" w14:textId="03A49BE7" w:rsidR="009138E9" w:rsidRDefault="009138E9" w:rsidP="009138E9">
      <w:proofErr w:type="spellStart"/>
      <w:r>
        <w:t>Pemimpin</w:t>
      </w:r>
      <w:proofErr w:type="spellEnd"/>
      <w:r>
        <w:t xml:space="preserve"> yang </w:t>
      </w:r>
      <w:proofErr w:type="spellStart"/>
      <w:r>
        <w:t>baik</w:t>
      </w:r>
      <w:proofErr w:type="spellEnd"/>
      <w:r>
        <w:t xml:space="preserve"> </w:t>
      </w:r>
      <w:proofErr w:type="spellStart"/>
      <w:r>
        <w:t>tidak</w:t>
      </w:r>
      <w:proofErr w:type="spellEnd"/>
      <w:r>
        <w:t xml:space="preserve"> </w:t>
      </w:r>
      <w:proofErr w:type="spellStart"/>
      <w:r>
        <w:t>hanya</w:t>
      </w:r>
      <w:proofErr w:type="spellEnd"/>
      <w:r>
        <w:t xml:space="preserve"> </w:t>
      </w:r>
      <w:proofErr w:type="spellStart"/>
      <w:r>
        <w:t>memberikan</w:t>
      </w:r>
      <w:proofErr w:type="spellEnd"/>
      <w:r>
        <w:t xml:space="preserve"> </w:t>
      </w:r>
      <w:proofErr w:type="spellStart"/>
      <w:r>
        <w:t>perintah</w:t>
      </w:r>
      <w:proofErr w:type="spellEnd"/>
      <w:r>
        <w:t xml:space="preserve">, </w:t>
      </w:r>
      <w:proofErr w:type="spellStart"/>
      <w:r>
        <w:t>tetapi</w:t>
      </w:r>
      <w:proofErr w:type="spellEnd"/>
      <w:r>
        <w:t xml:space="preserve"> juga </w:t>
      </w:r>
      <w:proofErr w:type="spellStart"/>
      <w:r>
        <w:t>menunjukkan</w:t>
      </w:r>
      <w:proofErr w:type="spellEnd"/>
      <w:r>
        <w:t xml:space="preserve"> </w:t>
      </w:r>
      <w:proofErr w:type="spellStart"/>
      <w:r>
        <w:t>contoh</w:t>
      </w:r>
      <w:proofErr w:type="spellEnd"/>
      <w:r>
        <w:t xml:space="preserve"> </w:t>
      </w:r>
      <w:proofErr w:type="spellStart"/>
      <w:r>
        <w:t>melalui</w:t>
      </w:r>
      <w:proofErr w:type="spellEnd"/>
      <w:r>
        <w:t xml:space="preserve"> </w:t>
      </w:r>
      <w:proofErr w:type="spellStart"/>
      <w:r>
        <w:t>perilakunya</w:t>
      </w:r>
      <w:proofErr w:type="spellEnd"/>
      <w:r>
        <w:t xml:space="preserve">. </w:t>
      </w:r>
      <w:proofErr w:type="spellStart"/>
      <w:r>
        <w:t>Kedisiplinan</w:t>
      </w:r>
      <w:proofErr w:type="spellEnd"/>
      <w:r>
        <w:t xml:space="preserve">, </w:t>
      </w:r>
      <w:proofErr w:type="spellStart"/>
      <w:r>
        <w:t>kejujuran</w:t>
      </w:r>
      <w:proofErr w:type="spellEnd"/>
      <w:r>
        <w:t xml:space="preserve">, </w:t>
      </w:r>
      <w:proofErr w:type="spellStart"/>
      <w:r>
        <w:t>kesabaran</w:t>
      </w:r>
      <w:proofErr w:type="spellEnd"/>
      <w:r>
        <w:t xml:space="preserve">, dan </w:t>
      </w:r>
      <w:proofErr w:type="spellStart"/>
      <w:r>
        <w:t>kesediaan</w:t>
      </w:r>
      <w:proofErr w:type="spellEnd"/>
      <w:r>
        <w:t xml:space="preserve"> </w:t>
      </w:r>
      <w:proofErr w:type="spellStart"/>
      <w:r>
        <w:t>menerima</w:t>
      </w:r>
      <w:proofErr w:type="spellEnd"/>
      <w:r>
        <w:t xml:space="preserve"> </w:t>
      </w:r>
      <w:proofErr w:type="spellStart"/>
      <w:r>
        <w:t>kritik</w:t>
      </w:r>
      <w:proofErr w:type="spellEnd"/>
      <w:r>
        <w:t xml:space="preserve"> </w:t>
      </w:r>
      <w:proofErr w:type="spellStart"/>
      <w:r>
        <w:t>merupakan</w:t>
      </w:r>
      <w:proofErr w:type="spellEnd"/>
      <w:r>
        <w:t xml:space="preserve"> </w:t>
      </w:r>
      <w:proofErr w:type="spellStart"/>
      <w:r>
        <w:t>sikap</w:t>
      </w:r>
      <w:proofErr w:type="spellEnd"/>
      <w:r>
        <w:t xml:space="preserve"> yang </w:t>
      </w:r>
      <w:proofErr w:type="spellStart"/>
      <w:r>
        <w:t>perlu</w:t>
      </w:r>
      <w:proofErr w:type="spellEnd"/>
      <w:r>
        <w:t xml:space="preserve"> </w:t>
      </w:r>
      <w:proofErr w:type="spellStart"/>
      <w:r>
        <w:t>dimiliki</w:t>
      </w:r>
      <w:proofErr w:type="spellEnd"/>
      <w:r>
        <w:t xml:space="preserve"> </w:t>
      </w:r>
      <w:proofErr w:type="spellStart"/>
      <w:r>
        <w:t>seorang</w:t>
      </w:r>
      <w:proofErr w:type="spellEnd"/>
      <w:r>
        <w:t xml:space="preserve"> </w:t>
      </w:r>
      <w:proofErr w:type="spellStart"/>
      <w:r>
        <w:t>pemimpin</w:t>
      </w:r>
      <w:proofErr w:type="spellEnd"/>
      <w:r>
        <w:t xml:space="preserve"> </w:t>
      </w:r>
      <w:proofErr w:type="spellStart"/>
      <w:r>
        <w:t>musik</w:t>
      </w:r>
      <w:proofErr w:type="spellEnd"/>
      <w:r>
        <w:t>.</w:t>
      </w:r>
    </w:p>
    <w:p w14:paraId="7F025BFA" w14:textId="72E2D8D0" w:rsidR="009138E9" w:rsidRDefault="009138E9" w:rsidP="009138E9">
      <w:proofErr w:type="spellStart"/>
      <w:r>
        <w:t>Sebagai</w:t>
      </w:r>
      <w:proofErr w:type="spellEnd"/>
      <w:r>
        <w:t xml:space="preserve"> </w:t>
      </w:r>
      <w:proofErr w:type="spellStart"/>
      <w:r>
        <w:t>contoh</w:t>
      </w:r>
      <w:proofErr w:type="spellEnd"/>
      <w:r>
        <w:t xml:space="preserve">, </w:t>
      </w:r>
      <w:proofErr w:type="spellStart"/>
      <w:r>
        <w:t>pemimpin</w:t>
      </w:r>
      <w:proofErr w:type="spellEnd"/>
      <w:r>
        <w:t xml:space="preserve"> yang </w:t>
      </w:r>
      <w:proofErr w:type="spellStart"/>
      <w:r>
        <w:t>selalu</w:t>
      </w:r>
      <w:proofErr w:type="spellEnd"/>
      <w:r>
        <w:t xml:space="preserve"> </w:t>
      </w:r>
      <w:proofErr w:type="spellStart"/>
      <w:r>
        <w:t>hadir</w:t>
      </w:r>
      <w:proofErr w:type="spellEnd"/>
      <w:r>
        <w:t xml:space="preserve"> </w:t>
      </w:r>
      <w:proofErr w:type="spellStart"/>
      <w:r>
        <w:t>tepat</w:t>
      </w:r>
      <w:proofErr w:type="spellEnd"/>
      <w:r>
        <w:t xml:space="preserve"> </w:t>
      </w:r>
      <w:proofErr w:type="spellStart"/>
      <w:r>
        <w:t>waktu</w:t>
      </w:r>
      <w:proofErr w:type="spellEnd"/>
      <w:r>
        <w:t xml:space="preserve"> dan </w:t>
      </w:r>
      <w:proofErr w:type="spellStart"/>
      <w:r>
        <w:t>mengikuti</w:t>
      </w:r>
      <w:proofErr w:type="spellEnd"/>
      <w:r>
        <w:t xml:space="preserve"> </w:t>
      </w:r>
      <w:proofErr w:type="spellStart"/>
      <w:r>
        <w:t>latihan</w:t>
      </w:r>
      <w:proofErr w:type="spellEnd"/>
      <w:r>
        <w:t xml:space="preserve"> </w:t>
      </w:r>
      <w:proofErr w:type="spellStart"/>
      <w:r>
        <w:t>dengan</w:t>
      </w:r>
      <w:proofErr w:type="spellEnd"/>
      <w:r>
        <w:t xml:space="preserve"> </w:t>
      </w:r>
      <w:proofErr w:type="spellStart"/>
      <w:r>
        <w:t>serius</w:t>
      </w:r>
      <w:proofErr w:type="spellEnd"/>
      <w:r>
        <w:t xml:space="preserve"> </w:t>
      </w:r>
      <w:proofErr w:type="spellStart"/>
      <w:r>
        <w:t>akan</w:t>
      </w:r>
      <w:proofErr w:type="spellEnd"/>
      <w:r>
        <w:t xml:space="preserve"> </w:t>
      </w:r>
      <w:proofErr w:type="spellStart"/>
      <w:r>
        <w:t>mendorong</w:t>
      </w:r>
      <w:proofErr w:type="spellEnd"/>
      <w:r>
        <w:t xml:space="preserve"> </w:t>
      </w:r>
      <w:proofErr w:type="spellStart"/>
      <w:r>
        <w:t>anggota</w:t>
      </w:r>
      <w:proofErr w:type="spellEnd"/>
      <w:r>
        <w:t xml:space="preserve"> </w:t>
      </w:r>
      <w:proofErr w:type="spellStart"/>
      <w:r>
        <w:t>melakukan</w:t>
      </w:r>
      <w:proofErr w:type="spellEnd"/>
      <w:r>
        <w:t xml:space="preserve"> </w:t>
      </w:r>
      <w:proofErr w:type="spellStart"/>
      <w:r>
        <w:t>hal</w:t>
      </w:r>
      <w:proofErr w:type="spellEnd"/>
      <w:r>
        <w:t xml:space="preserve"> yang </w:t>
      </w:r>
      <w:proofErr w:type="spellStart"/>
      <w:r>
        <w:t>sama</w:t>
      </w:r>
      <w:proofErr w:type="spellEnd"/>
      <w:r>
        <w:t xml:space="preserve">. </w:t>
      </w:r>
      <w:proofErr w:type="spellStart"/>
      <w:r>
        <w:t>Sebaliknya</w:t>
      </w:r>
      <w:proofErr w:type="spellEnd"/>
      <w:r>
        <w:t xml:space="preserve">, </w:t>
      </w:r>
      <w:proofErr w:type="spellStart"/>
      <w:r>
        <w:t>pemimpin</w:t>
      </w:r>
      <w:proofErr w:type="spellEnd"/>
      <w:r>
        <w:t xml:space="preserve"> yang </w:t>
      </w:r>
      <w:proofErr w:type="spellStart"/>
      <w:r>
        <w:t>sering</w:t>
      </w:r>
      <w:proofErr w:type="spellEnd"/>
      <w:r>
        <w:t xml:space="preserve"> </w:t>
      </w:r>
      <w:proofErr w:type="spellStart"/>
      <w:r>
        <w:t>terlambat</w:t>
      </w:r>
      <w:proofErr w:type="spellEnd"/>
      <w:r>
        <w:t xml:space="preserve"> </w:t>
      </w:r>
      <w:proofErr w:type="spellStart"/>
      <w:r>
        <w:t>tetapi</w:t>
      </w:r>
      <w:proofErr w:type="spellEnd"/>
      <w:r>
        <w:t xml:space="preserve"> </w:t>
      </w:r>
      <w:proofErr w:type="spellStart"/>
      <w:r>
        <w:t>menuntut</w:t>
      </w:r>
      <w:proofErr w:type="spellEnd"/>
      <w:r>
        <w:t xml:space="preserve"> </w:t>
      </w:r>
      <w:proofErr w:type="spellStart"/>
      <w:r>
        <w:t>anggota</w:t>
      </w:r>
      <w:proofErr w:type="spellEnd"/>
      <w:r>
        <w:t xml:space="preserve"> </w:t>
      </w:r>
      <w:proofErr w:type="spellStart"/>
      <w:r>
        <w:t>untuk</w:t>
      </w:r>
      <w:proofErr w:type="spellEnd"/>
      <w:r>
        <w:t xml:space="preserve"> </w:t>
      </w:r>
      <w:proofErr w:type="spellStart"/>
      <w:r>
        <w:t>disiplin</w:t>
      </w:r>
      <w:proofErr w:type="spellEnd"/>
      <w:r>
        <w:t xml:space="preserve"> </w:t>
      </w:r>
      <w:proofErr w:type="spellStart"/>
      <w:r>
        <w:t>dapat</w:t>
      </w:r>
      <w:proofErr w:type="spellEnd"/>
      <w:r>
        <w:t xml:space="preserve"> </w:t>
      </w:r>
      <w:proofErr w:type="spellStart"/>
      <w:r>
        <w:t>kehilangan</w:t>
      </w:r>
      <w:proofErr w:type="spellEnd"/>
      <w:r>
        <w:t xml:space="preserve"> </w:t>
      </w:r>
      <w:proofErr w:type="spellStart"/>
      <w:r>
        <w:t>kepercayaan</w:t>
      </w:r>
      <w:proofErr w:type="spellEnd"/>
      <w:r>
        <w:t xml:space="preserve"> </w:t>
      </w:r>
      <w:proofErr w:type="spellStart"/>
      <w:r>
        <w:t>dari</w:t>
      </w:r>
      <w:proofErr w:type="spellEnd"/>
      <w:r>
        <w:t xml:space="preserve"> </w:t>
      </w:r>
      <w:proofErr w:type="spellStart"/>
      <w:r>
        <w:t>tim.</w:t>
      </w:r>
      <w:proofErr w:type="spellEnd"/>
      <w:r>
        <w:t xml:space="preserve"> Dalam 1 </w:t>
      </w:r>
      <w:proofErr w:type="spellStart"/>
      <w:r>
        <w:t>Timotius</w:t>
      </w:r>
      <w:proofErr w:type="spellEnd"/>
      <w:r>
        <w:t xml:space="preserve"> 4:12, Paulus </w:t>
      </w:r>
      <w:proofErr w:type="spellStart"/>
      <w:r>
        <w:t>menekankan</w:t>
      </w:r>
      <w:proofErr w:type="spellEnd"/>
      <w:r>
        <w:t xml:space="preserve"> </w:t>
      </w:r>
      <w:proofErr w:type="spellStart"/>
      <w:r>
        <w:t>pentingnya</w:t>
      </w:r>
      <w:proofErr w:type="spellEnd"/>
      <w:r>
        <w:t xml:space="preserve"> </w:t>
      </w:r>
      <w:proofErr w:type="spellStart"/>
      <w:r>
        <w:t>menjadi</w:t>
      </w:r>
      <w:proofErr w:type="spellEnd"/>
      <w:r>
        <w:t xml:space="preserve"> </w:t>
      </w:r>
      <w:proofErr w:type="spellStart"/>
      <w:r>
        <w:t>teladan</w:t>
      </w:r>
      <w:proofErr w:type="spellEnd"/>
      <w:r>
        <w:t xml:space="preserve"> </w:t>
      </w:r>
      <w:proofErr w:type="spellStart"/>
      <w:r>
        <w:t>dalam</w:t>
      </w:r>
      <w:proofErr w:type="spellEnd"/>
      <w:r>
        <w:t xml:space="preserve"> </w:t>
      </w:r>
      <w:proofErr w:type="spellStart"/>
      <w:r>
        <w:t>perkataan</w:t>
      </w:r>
      <w:proofErr w:type="spellEnd"/>
      <w:r>
        <w:t xml:space="preserve">, </w:t>
      </w:r>
      <w:proofErr w:type="spellStart"/>
      <w:r>
        <w:t>tingkah</w:t>
      </w:r>
      <w:proofErr w:type="spellEnd"/>
      <w:r>
        <w:t xml:space="preserve"> </w:t>
      </w:r>
      <w:proofErr w:type="spellStart"/>
      <w:r>
        <w:t>laku</w:t>
      </w:r>
      <w:proofErr w:type="spellEnd"/>
      <w:r>
        <w:t xml:space="preserve">, </w:t>
      </w:r>
      <w:proofErr w:type="spellStart"/>
      <w:r>
        <w:t>kasih</w:t>
      </w:r>
      <w:proofErr w:type="spellEnd"/>
      <w:r>
        <w:t xml:space="preserve">, </w:t>
      </w:r>
      <w:proofErr w:type="spellStart"/>
      <w:r>
        <w:t>iman</w:t>
      </w:r>
      <w:proofErr w:type="spellEnd"/>
      <w:r>
        <w:t xml:space="preserve">, dan </w:t>
      </w:r>
      <w:proofErr w:type="spellStart"/>
      <w:r>
        <w:t>kesucian</w:t>
      </w:r>
      <w:proofErr w:type="spellEnd"/>
      <w:r>
        <w:t xml:space="preserve">. </w:t>
      </w:r>
      <w:proofErr w:type="spellStart"/>
      <w:r>
        <w:t>Prinsip</w:t>
      </w:r>
      <w:proofErr w:type="spellEnd"/>
      <w:r>
        <w:t xml:space="preserve"> </w:t>
      </w:r>
      <w:proofErr w:type="spellStart"/>
      <w:r>
        <w:t>ini</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keteladanan</w:t>
      </w:r>
      <w:proofErr w:type="spellEnd"/>
      <w:r>
        <w:t xml:space="preserve"> </w:t>
      </w:r>
      <w:proofErr w:type="spellStart"/>
      <w:r>
        <w:t>merupakan</w:t>
      </w:r>
      <w:proofErr w:type="spellEnd"/>
      <w:r>
        <w:t xml:space="preserve"> </w:t>
      </w:r>
      <w:proofErr w:type="spellStart"/>
      <w:r>
        <w:t>bagian</w:t>
      </w:r>
      <w:proofErr w:type="spellEnd"/>
      <w:r>
        <w:t xml:space="preserve"> </w:t>
      </w:r>
      <w:proofErr w:type="spellStart"/>
      <w:r>
        <w:t>penting</w:t>
      </w:r>
      <w:proofErr w:type="spellEnd"/>
      <w:r>
        <w:t xml:space="preserve"> </w:t>
      </w:r>
      <w:proofErr w:type="spellStart"/>
      <w:r>
        <w:t>dari</w:t>
      </w:r>
      <w:proofErr w:type="spellEnd"/>
      <w:r>
        <w:t xml:space="preserve"> </w:t>
      </w:r>
      <w:proofErr w:type="spellStart"/>
      <w:r>
        <w:t>kepemimpinan</w:t>
      </w:r>
      <w:proofErr w:type="spellEnd"/>
      <w:r>
        <w:t xml:space="preserve"> Kristen.</w:t>
      </w:r>
    </w:p>
    <w:p w14:paraId="540FD19F" w14:textId="014C9AFF" w:rsidR="009138E9" w:rsidRDefault="009138E9" w:rsidP="009138E9">
      <w:r>
        <w:t>6</w:t>
      </w:r>
      <w:r>
        <w:t xml:space="preserve">.3 </w:t>
      </w:r>
      <w:proofErr w:type="spellStart"/>
      <w:r>
        <w:t>Membangun</w:t>
      </w:r>
      <w:proofErr w:type="spellEnd"/>
      <w:r>
        <w:t xml:space="preserve"> </w:t>
      </w:r>
      <w:proofErr w:type="spellStart"/>
      <w:r>
        <w:t>Komunikasi</w:t>
      </w:r>
      <w:proofErr w:type="spellEnd"/>
      <w:r>
        <w:t xml:space="preserve"> yang Terbuka</w:t>
      </w:r>
    </w:p>
    <w:p w14:paraId="04810745" w14:textId="0FA230A9" w:rsidR="009138E9" w:rsidRDefault="009138E9" w:rsidP="009138E9">
      <w:proofErr w:type="spellStart"/>
      <w:r>
        <w:t>Komunikasi</w:t>
      </w:r>
      <w:proofErr w:type="spellEnd"/>
      <w:r>
        <w:t xml:space="preserve"> yang </w:t>
      </w:r>
      <w:proofErr w:type="spellStart"/>
      <w:r>
        <w:t>baik</w:t>
      </w:r>
      <w:proofErr w:type="spellEnd"/>
      <w:r>
        <w:t xml:space="preserve"> </w:t>
      </w:r>
      <w:proofErr w:type="spellStart"/>
      <w:r>
        <w:t>membantu</w:t>
      </w:r>
      <w:proofErr w:type="spellEnd"/>
      <w:r>
        <w:t xml:space="preserve"> </w:t>
      </w:r>
      <w:proofErr w:type="spellStart"/>
      <w:r>
        <w:t>pemimpin</w:t>
      </w:r>
      <w:proofErr w:type="spellEnd"/>
      <w:r>
        <w:t xml:space="preserve"> dan </w:t>
      </w:r>
      <w:proofErr w:type="spellStart"/>
      <w:r>
        <w:t>anggota</w:t>
      </w:r>
      <w:proofErr w:type="spellEnd"/>
      <w:r>
        <w:t xml:space="preserve"> </w:t>
      </w:r>
      <w:proofErr w:type="spellStart"/>
      <w:r>
        <w:t>bekerja</w:t>
      </w:r>
      <w:proofErr w:type="spellEnd"/>
      <w:r>
        <w:t xml:space="preserve"> </w:t>
      </w:r>
      <w:proofErr w:type="spellStart"/>
      <w:r>
        <w:t>sama</w:t>
      </w:r>
      <w:proofErr w:type="spellEnd"/>
      <w:r>
        <w:t xml:space="preserve"> </w:t>
      </w:r>
      <w:proofErr w:type="spellStart"/>
      <w:r>
        <w:t>serta</w:t>
      </w:r>
      <w:proofErr w:type="spellEnd"/>
      <w:r>
        <w:t xml:space="preserve"> </w:t>
      </w:r>
      <w:proofErr w:type="spellStart"/>
      <w:r>
        <w:t>mengurangi</w:t>
      </w:r>
      <w:proofErr w:type="spellEnd"/>
      <w:r>
        <w:t xml:space="preserve"> </w:t>
      </w:r>
      <w:proofErr w:type="spellStart"/>
      <w:r>
        <w:t>kesalahpahaman</w:t>
      </w:r>
      <w:proofErr w:type="spellEnd"/>
      <w:r>
        <w:t xml:space="preserve">. </w:t>
      </w:r>
      <w:proofErr w:type="spellStart"/>
      <w:r>
        <w:t>Pemimpin</w:t>
      </w:r>
      <w:proofErr w:type="spellEnd"/>
      <w:r>
        <w:t xml:space="preserve"> </w:t>
      </w:r>
      <w:proofErr w:type="spellStart"/>
      <w:r>
        <w:t>perlu</w:t>
      </w:r>
      <w:proofErr w:type="spellEnd"/>
      <w:r>
        <w:t xml:space="preserve"> </w:t>
      </w:r>
      <w:proofErr w:type="spellStart"/>
      <w:r>
        <w:t>memberikan</w:t>
      </w:r>
      <w:proofErr w:type="spellEnd"/>
      <w:r>
        <w:t xml:space="preserve"> </w:t>
      </w:r>
      <w:proofErr w:type="spellStart"/>
      <w:r>
        <w:t>arahan</w:t>
      </w:r>
      <w:proofErr w:type="spellEnd"/>
      <w:r>
        <w:t xml:space="preserve"> </w:t>
      </w:r>
      <w:proofErr w:type="spellStart"/>
      <w:r>
        <w:t>dengan</w:t>
      </w:r>
      <w:proofErr w:type="spellEnd"/>
      <w:r>
        <w:t xml:space="preserve"> </w:t>
      </w:r>
      <w:proofErr w:type="spellStart"/>
      <w:r>
        <w:t>jelas</w:t>
      </w:r>
      <w:proofErr w:type="spellEnd"/>
      <w:r>
        <w:t xml:space="preserve">, </w:t>
      </w:r>
      <w:proofErr w:type="spellStart"/>
      <w:r>
        <w:t>mendengarkan</w:t>
      </w:r>
      <w:proofErr w:type="spellEnd"/>
      <w:r>
        <w:t xml:space="preserve"> </w:t>
      </w:r>
      <w:proofErr w:type="spellStart"/>
      <w:r>
        <w:t>pendapat</w:t>
      </w:r>
      <w:proofErr w:type="spellEnd"/>
      <w:r>
        <w:t xml:space="preserve"> </w:t>
      </w:r>
      <w:proofErr w:type="spellStart"/>
      <w:r>
        <w:t>anggota</w:t>
      </w:r>
      <w:proofErr w:type="spellEnd"/>
      <w:r>
        <w:t xml:space="preserve">, dan </w:t>
      </w:r>
      <w:proofErr w:type="spellStart"/>
      <w:r>
        <w:t>menyampaikan</w:t>
      </w:r>
      <w:proofErr w:type="spellEnd"/>
      <w:r>
        <w:t xml:space="preserve"> </w:t>
      </w:r>
      <w:proofErr w:type="spellStart"/>
      <w:r>
        <w:t>kritik</w:t>
      </w:r>
      <w:proofErr w:type="spellEnd"/>
      <w:r>
        <w:t xml:space="preserve"> </w:t>
      </w:r>
      <w:proofErr w:type="spellStart"/>
      <w:r>
        <w:t>dengan</w:t>
      </w:r>
      <w:proofErr w:type="spellEnd"/>
      <w:r>
        <w:t xml:space="preserve"> </w:t>
      </w:r>
      <w:proofErr w:type="spellStart"/>
      <w:r>
        <w:t>cara</w:t>
      </w:r>
      <w:proofErr w:type="spellEnd"/>
      <w:r>
        <w:t xml:space="preserve"> yang </w:t>
      </w:r>
      <w:proofErr w:type="spellStart"/>
      <w:r>
        <w:t>membangun</w:t>
      </w:r>
      <w:proofErr w:type="spellEnd"/>
      <w:r>
        <w:t>.</w:t>
      </w:r>
    </w:p>
    <w:p w14:paraId="626487F1" w14:textId="3951BBE6" w:rsidR="009138E9" w:rsidRDefault="009138E9" w:rsidP="009138E9">
      <w:proofErr w:type="spellStart"/>
      <w:r>
        <w:t>Misalnya</w:t>
      </w:r>
      <w:proofErr w:type="spellEnd"/>
      <w:r>
        <w:t xml:space="preserve">, </w:t>
      </w:r>
      <w:proofErr w:type="spellStart"/>
      <w:r>
        <w:t>ketika</w:t>
      </w:r>
      <w:proofErr w:type="spellEnd"/>
      <w:r>
        <w:t xml:space="preserve"> </w:t>
      </w:r>
      <w:proofErr w:type="spellStart"/>
      <w:r>
        <w:t>seorang</w:t>
      </w:r>
      <w:proofErr w:type="spellEnd"/>
      <w:r>
        <w:t xml:space="preserve"> </w:t>
      </w:r>
      <w:proofErr w:type="spellStart"/>
      <w:r>
        <w:t>pemain</w:t>
      </w:r>
      <w:proofErr w:type="spellEnd"/>
      <w:r>
        <w:t xml:space="preserve"> </w:t>
      </w:r>
      <w:proofErr w:type="spellStart"/>
      <w:r>
        <w:t>musik</w:t>
      </w:r>
      <w:proofErr w:type="spellEnd"/>
      <w:r>
        <w:t xml:space="preserve"> </w:t>
      </w:r>
      <w:proofErr w:type="spellStart"/>
      <w:r>
        <w:t>melakukan</w:t>
      </w:r>
      <w:proofErr w:type="spellEnd"/>
      <w:r>
        <w:t xml:space="preserve"> </w:t>
      </w:r>
      <w:proofErr w:type="spellStart"/>
      <w:r>
        <w:t>kesalahan</w:t>
      </w:r>
      <w:proofErr w:type="spellEnd"/>
      <w:r>
        <w:t xml:space="preserve">, </w:t>
      </w:r>
      <w:proofErr w:type="spellStart"/>
      <w:r>
        <w:t>pemimpin</w:t>
      </w:r>
      <w:proofErr w:type="spellEnd"/>
      <w:r>
        <w:t xml:space="preserve"> </w:t>
      </w:r>
      <w:proofErr w:type="spellStart"/>
      <w:r>
        <w:t>sebaiknya</w:t>
      </w:r>
      <w:proofErr w:type="spellEnd"/>
      <w:r>
        <w:t xml:space="preserve"> </w:t>
      </w:r>
      <w:proofErr w:type="spellStart"/>
      <w:r>
        <w:t>memberikan</w:t>
      </w:r>
      <w:proofErr w:type="spellEnd"/>
      <w:r>
        <w:t xml:space="preserve"> </w:t>
      </w:r>
      <w:proofErr w:type="spellStart"/>
      <w:r>
        <w:t>masukan</w:t>
      </w:r>
      <w:proofErr w:type="spellEnd"/>
      <w:r>
        <w:t xml:space="preserve"> </w:t>
      </w:r>
      <w:proofErr w:type="spellStart"/>
      <w:r>
        <w:t>secara</w:t>
      </w:r>
      <w:proofErr w:type="spellEnd"/>
      <w:r>
        <w:t xml:space="preserve"> </w:t>
      </w:r>
      <w:proofErr w:type="spellStart"/>
      <w:r>
        <w:t>baik</w:t>
      </w:r>
      <w:proofErr w:type="spellEnd"/>
      <w:r>
        <w:t xml:space="preserve"> dan </w:t>
      </w:r>
      <w:proofErr w:type="spellStart"/>
      <w:r>
        <w:t>menjelaskan</w:t>
      </w:r>
      <w:proofErr w:type="spellEnd"/>
      <w:r>
        <w:t xml:space="preserve"> </w:t>
      </w:r>
      <w:proofErr w:type="spellStart"/>
      <w:r>
        <w:t>bagian</w:t>
      </w:r>
      <w:proofErr w:type="spellEnd"/>
      <w:r>
        <w:t xml:space="preserve"> yang </w:t>
      </w:r>
      <w:proofErr w:type="spellStart"/>
      <w:r>
        <w:t>perlu</w:t>
      </w:r>
      <w:proofErr w:type="spellEnd"/>
      <w:r>
        <w:t xml:space="preserve"> </w:t>
      </w:r>
      <w:proofErr w:type="spellStart"/>
      <w:r>
        <w:t>diperbaiki</w:t>
      </w:r>
      <w:proofErr w:type="spellEnd"/>
      <w:r>
        <w:t xml:space="preserve">. Tindakan </w:t>
      </w:r>
      <w:proofErr w:type="spellStart"/>
      <w:r>
        <w:t>mempermalukan</w:t>
      </w:r>
      <w:proofErr w:type="spellEnd"/>
      <w:r>
        <w:t xml:space="preserve"> </w:t>
      </w:r>
      <w:proofErr w:type="spellStart"/>
      <w:r>
        <w:t>anggota</w:t>
      </w:r>
      <w:proofErr w:type="spellEnd"/>
      <w:r>
        <w:t xml:space="preserve"> di </w:t>
      </w:r>
      <w:proofErr w:type="spellStart"/>
      <w:r>
        <w:t>depan</w:t>
      </w:r>
      <w:proofErr w:type="spellEnd"/>
      <w:r>
        <w:t xml:space="preserve"> orang lain </w:t>
      </w:r>
      <w:proofErr w:type="spellStart"/>
      <w:r>
        <w:t>justru</w:t>
      </w:r>
      <w:proofErr w:type="spellEnd"/>
      <w:r>
        <w:t xml:space="preserve"> </w:t>
      </w:r>
      <w:proofErr w:type="spellStart"/>
      <w:r>
        <w:t>dapat</w:t>
      </w:r>
      <w:proofErr w:type="spellEnd"/>
      <w:r>
        <w:t xml:space="preserve"> </w:t>
      </w:r>
      <w:proofErr w:type="spellStart"/>
      <w:r>
        <w:t>menurunkan</w:t>
      </w:r>
      <w:proofErr w:type="spellEnd"/>
      <w:r>
        <w:t xml:space="preserve"> </w:t>
      </w:r>
      <w:proofErr w:type="spellStart"/>
      <w:r>
        <w:t>semangat</w:t>
      </w:r>
      <w:proofErr w:type="spellEnd"/>
      <w:r>
        <w:t xml:space="preserve"> </w:t>
      </w:r>
      <w:proofErr w:type="spellStart"/>
      <w:r>
        <w:t>mereka</w:t>
      </w:r>
      <w:proofErr w:type="spellEnd"/>
      <w:r>
        <w:t xml:space="preserve">. </w:t>
      </w:r>
      <w:proofErr w:type="spellStart"/>
      <w:r>
        <w:t>Efesus</w:t>
      </w:r>
      <w:proofErr w:type="spellEnd"/>
      <w:r>
        <w:t xml:space="preserve"> 4:29 </w:t>
      </w:r>
      <w:proofErr w:type="spellStart"/>
      <w:r>
        <w:t>mengajarkan</w:t>
      </w:r>
      <w:proofErr w:type="spellEnd"/>
      <w:r>
        <w:t xml:space="preserve"> agar </w:t>
      </w:r>
      <w:proofErr w:type="spellStart"/>
      <w:r>
        <w:t>perkataan</w:t>
      </w:r>
      <w:proofErr w:type="spellEnd"/>
      <w:r>
        <w:t xml:space="preserve"> yang </w:t>
      </w:r>
      <w:proofErr w:type="spellStart"/>
      <w:r>
        <w:t>disampaikan</w:t>
      </w:r>
      <w:proofErr w:type="spellEnd"/>
      <w:r>
        <w:t xml:space="preserve"> </w:t>
      </w:r>
      <w:proofErr w:type="spellStart"/>
      <w:r>
        <w:t>membangun</w:t>
      </w:r>
      <w:proofErr w:type="spellEnd"/>
      <w:r>
        <w:t xml:space="preserve"> dan </w:t>
      </w:r>
      <w:proofErr w:type="spellStart"/>
      <w:r>
        <w:t>memberi</w:t>
      </w:r>
      <w:proofErr w:type="spellEnd"/>
      <w:r>
        <w:t xml:space="preserve"> </w:t>
      </w:r>
      <w:proofErr w:type="spellStart"/>
      <w:r>
        <w:t>manfaat</w:t>
      </w:r>
      <w:proofErr w:type="spellEnd"/>
      <w:r>
        <w:t xml:space="preserve"> </w:t>
      </w:r>
      <w:proofErr w:type="spellStart"/>
      <w:r>
        <w:t>bagi</w:t>
      </w:r>
      <w:proofErr w:type="spellEnd"/>
      <w:r>
        <w:t xml:space="preserve"> orang yang </w:t>
      </w:r>
      <w:proofErr w:type="spellStart"/>
      <w:r>
        <w:t>mendengarnya</w:t>
      </w:r>
      <w:proofErr w:type="spellEnd"/>
      <w:r>
        <w:t xml:space="preserve">. Karena </w:t>
      </w:r>
      <w:proofErr w:type="spellStart"/>
      <w:r>
        <w:t>itu</w:t>
      </w:r>
      <w:proofErr w:type="spellEnd"/>
      <w:r>
        <w:t xml:space="preserve">, </w:t>
      </w:r>
      <w:proofErr w:type="spellStart"/>
      <w:r>
        <w:t>komunikasi</w:t>
      </w:r>
      <w:proofErr w:type="spellEnd"/>
      <w:r>
        <w:t xml:space="preserve"> </w:t>
      </w:r>
      <w:proofErr w:type="spellStart"/>
      <w:r>
        <w:t>dalam</w:t>
      </w:r>
      <w:proofErr w:type="spellEnd"/>
      <w:r>
        <w:t xml:space="preserve"> </w:t>
      </w:r>
      <w:proofErr w:type="spellStart"/>
      <w:r>
        <w:t>tim</w:t>
      </w:r>
      <w:proofErr w:type="spellEnd"/>
      <w:r>
        <w:t xml:space="preserve"> </w:t>
      </w:r>
      <w:proofErr w:type="spellStart"/>
      <w:r>
        <w:t>harus</w:t>
      </w:r>
      <w:proofErr w:type="spellEnd"/>
      <w:r>
        <w:t xml:space="preserve"> </w:t>
      </w:r>
      <w:proofErr w:type="spellStart"/>
      <w:r>
        <w:t>didasarkan</w:t>
      </w:r>
      <w:proofErr w:type="spellEnd"/>
      <w:r>
        <w:t xml:space="preserve"> pada rasa </w:t>
      </w:r>
      <w:proofErr w:type="spellStart"/>
      <w:r>
        <w:t>hormat</w:t>
      </w:r>
      <w:proofErr w:type="spellEnd"/>
      <w:r>
        <w:t xml:space="preserve"> dan </w:t>
      </w:r>
      <w:proofErr w:type="spellStart"/>
      <w:r>
        <w:t>keinginan</w:t>
      </w:r>
      <w:proofErr w:type="spellEnd"/>
      <w:r>
        <w:t xml:space="preserve"> </w:t>
      </w:r>
      <w:proofErr w:type="spellStart"/>
      <w:r>
        <w:t>untuk</w:t>
      </w:r>
      <w:proofErr w:type="spellEnd"/>
      <w:r>
        <w:t xml:space="preserve"> </w:t>
      </w:r>
      <w:proofErr w:type="spellStart"/>
      <w:r>
        <w:t>saling</w:t>
      </w:r>
      <w:proofErr w:type="spellEnd"/>
      <w:r>
        <w:t xml:space="preserve"> </w:t>
      </w:r>
      <w:proofErr w:type="spellStart"/>
      <w:r>
        <w:t>membangun</w:t>
      </w:r>
      <w:proofErr w:type="spellEnd"/>
      <w:r>
        <w:t>.</w:t>
      </w:r>
    </w:p>
    <w:p w14:paraId="75CBDE18" w14:textId="1BB63D13" w:rsidR="009138E9" w:rsidRPr="009138E9" w:rsidRDefault="009138E9" w:rsidP="009138E9">
      <w:pPr>
        <w:rPr>
          <w:b/>
          <w:bCs/>
        </w:rPr>
      </w:pPr>
      <w:r w:rsidRPr="009138E9">
        <w:rPr>
          <w:b/>
          <w:bCs/>
        </w:rPr>
        <w:t>6</w:t>
      </w:r>
      <w:r w:rsidRPr="009138E9">
        <w:rPr>
          <w:b/>
          <w:bCs/>
        </w:rPr>
        <w:t xml:space="preserve">.4 </w:t>
      </w:r>
      <w:proofErr w:type="spellStart"/>
      <w:r w:rsidRPr="009138E9">
        <w:rPr>
          <w:b/>
          <w:bCs/>
        </w:rPr>
        <w:t>Bersikap</w:t>
      </w:r>
      <w:proofErr w:type="spellEnd"/>
      <w:r w:rsidRPr="009138E9">
        <w:rPr>
          <w:b/>
          <w:bCs/>
        </w:rPr>
        <w:t xml:space="preserve"> Adil dan </w:t>
      </w:r>
      <w:proofErr w:type="spellStart"/>
      <w:r w:rsidRPr="009138E9">
        <w:rPr>
          <w:b/>
          <w:bCs/>
        </w:rPr>
        <w:t>Menghargai</w:t>
      </w:r>
      <w:proofErr w:type="spellEnd"/>
      <w:r w:rsidRPr="009138E9">
        <w:rPr>
          <w:b/>
          <w:bCs/>
        </w:rPr>
        <w:t xml:space="preserve"> </w:t>
      </w:r>
      <w:proofErr w:type="spellStart"/>
      <w:r w:rsidRPr="009138E9">
        <w:rPr>
          <w:b/>
          <w:bCs/>
        </w:rPr>
        <w:t>Anggota</w:t>
      </w:r>
      <w:proofErr w:type="spellEnd"/>
    </w:p>
    <w:p w14:paraId="09CCE954" w14:textId="5A1B604C" w:rsidR="009138E9" w:rsidRDefault="009138E9" w:rsidP="009138E9">
      <w:proofErr w:type="spellStart"/>
      <w:r>
        <w:t>Pemimpin</w:t>
      </w:r>
      <w:proofErr w:type="spellEnd"/>
      <w:r>
        <w:t xml:space="preserve"> </w:t>
      </w:r>
      <w:proofErr w:type="spellStart"/>
      <w:r>
        <w:t>musik</w:t>
      </w:r>
      <w:proofErr w:type="spellEnd"/>
      <w:r>
        <w:t xml:space="preserve"> </w:t>
      </w:r>
      <w:proofErr w:type="spellStart"/>
      <w:r>
        <w:t>perlu</w:t>
      </w:r>
      <w:proofErr w:type="spellEnd"/>
      <w:r>
        <w:t xml:space="preserve"> </w:t>
      </w:r>
      <w:proofErr w:type="spellStart"/>
      <w:r>
        <w:t>memperlakukan</w:t>
      </w:r>
      <w:proofErr w:type="spellEnd"/>
      <w:r>
        <w:t xml:space="preserve"> </w:t>
      </w:r>
      <w:proofErr w:type="spellStart"/>
      <w:r>
        <w:t>setiap</w:t>
      </w:r>
      <w:proofErr w:type="spellEnd"/>
      <w:r>
        <w:t xml:space="preserve"> </w:t>
      </w:r>
      <w:proofErr w:type="spellStart"/>
      <w:r>
        <w:t>anggota</w:t>
      </w:r>
      <w:proofErr w:type="spellEnd"/>
      <w:r>
        <w:t xml:space="preserve"> </w:t>
      </w:r>
      <w:proofErr w:type="spellStart"/>
      <w:r>
        <w:t>dengan</w:t>
      </w:r>
      <w:proofErr w:type="spellEnd"/>
      <w:r>
        <w:t xml:space="preserve"> </w:t>
      </w:r>
      <w:proofErr w:type="spellStart"/>
      <w:r>
        <w:t>adil</w:t>
      </w:r>
      <w:proofErr w:type="spellEnd"/>
      <w:r>
        <w:t xml:space="preserve"> </w:t>
      </w:r>
      <w:proofErr w:type="spellStart"/>
      <w:r>
        <w:t>tanpa</w:t>
      </w:r>
      <w:proofErr w:type="spellEnd"/>
      <w:r>
        <w:t xml:space="preserve"> </w:t>
      </w:r>
      <w:proofErr w:type="spellStart"/>
      <w:r>
        <w:t>membeda-bedakan</w:t>
      </w:r>
      <w:proofErr w:type="spellEnd"/>
      <w:r>
        <w:t xml:space="preserve"> </w:t>
      </w:r>
      <w:proofErr w:type="spellStart"/>
      <w:r>
        <w:t>berdasarkan</w:t>
      </w:r>
      <w:proofErr w:type="spellEnd"/>
      <w:r>
        <w:t xml:space="preserve"> </w:t>
      </w:r>
      <w:proofErr w:type="spellStart"/>
      <w:r>
        <w:t>kedekatan</w:t>
      </w:r>
      <w:proofErr w:type="spellEnd"/>
      <w:r>
        <w:t xml:space="preserve"> </w:t>
      </w:r>
      <w:proofErr w:type="spellStart"/>
      <w:r>
        <w:t>pribadi</w:t>
      </w:r>
      <w:proofErr w:type="spellEnd"/>
      <w:r>
        <w:t xml:space="preserve"> </w:t>
      </w:r>
      <w:proofErr w:type="spellStart"/>
      <w:r>
        <w:t>atau</w:t>
      </w:r>
      <w:proofErr w:type="spellEnd"/>
      <w:r>
        <w:t xml:space="preserve"> status </w:t>
      </w:r>
      <w:proofErr w:type="spellStart"/>
      <w:r>
        <w:t>tertentu</w:t>
      </w:r>
      <w:proofErr w:type="spellEnd"/>
      <w:r>
        <w:t xml:space="preserve">. </w:t>
      </w:r>
      <w:proofErr w:type="spellStart"/>
      <w:r>
        <w:t>Setiap</w:t>
      </w:r>
      <w:proofErr w:type="spellEnd"/>
      <w:r>
        <w:t xml:space="preserve"> </w:t>
      </w:r>
      <w:proofErr w:type="spellStart"/>
      <w:r>
        <w:t>anggota</w:t>
      </w:r>
      <w:proofErr w:type="spellEnd"/>
      <w:r>
        <w:t xml:space="preserve"> </w:t>
      </w:r>
      <w:proofErr w:type="spellStart"/>
      <w:r>
        <w:t>memiliki</w:t>
      </w:r>
      <w:proofErr w:type="spellEnd"/>
      <w:r>
        <w:t xml:space="preserve"> </w:t>
      </w:r>
      <w:proofErr w:type="spellStart"/>
      <w:r>
        <w:t>kemampuan</w:t>
      </w:r>
      <w:proofErr w:type="spellEnd"/>
      <w:r>
        <w:t xml:space="preserve">, </w:t>
      </w:r>
      <w:proofErr w:type="spellStart"/>
      <w:r>
        <w:t>pengalaman</w:t>
      </w:r>
      <w:proofErr w:type="spellEnd"/>
      <w:r>
        <w:t xml:space="preserve">, dan </w:t>
      </w:r>
      <w:proofErr w:type="spellStart"/>
      <w:r>
        <w:t>kesempatan</w:t>
      </w:r>
      <w:proofErr w:type="spellEnd"/>
      <w:r>
        <w:t xml:space="preserve"> </w:t>
      </w:r>
      <w:proofErr w:type="spellStart"/>
      <w:r>
        <w:t>untuk</w:t>
      </w:r>
      <w:proofErr w:type="spellEnd"/>
      <w:r>
        <w:t xml:space="preserve"> </w:t>
      </w:r>
      <w:proofErr w:type="spellStart"/>
      <w:r>
        <w:t>berkembang</w:t>
      </w:r>
      <w:proofErr w:type="spellEnd"/>
      <w:r>
        <w:t xml:space="preserve"> yang </w:t>
      </w:r>
      <w:proofErr w:type="spellStart"/>
      <w:r>
        <w:t>berbeda-beda</w:t>
      </w:r>
      <w:proofErr w:type="spellEnd"/>
      <w:r>
        <w:t>.</w:t>
      </w:r>
    </w:p>
    <w:p w14:paraId="058AB32A" w14:textId="0CD17252" w:rsidR="009138E9" w:rsidRDefault="009138E9" w:rsidP="009138E9">
      <w:proofErr w:type="spellStart"/>
      <w:r>
        <w:lastRenderedPageBreak/>
        <w:t>Sebagai</w:t>
      </w:r>
      <w:proofErr w:type="spellEnd"/>
      <w:r>
        <w:t xml:space="preserve"> </w:t>
      </w:r>
      <w:proofErr w:type="spellStart"/>
      <w:r>
        <w:t>contoh</w:t>
      </w:r>
      <w:proofErr w:type="spellEnd"/>
      <w:r>
        <w:t xml:space="preserve">, </w:t>
      </w:r>
      <w:proofErr w:type="spellStart"/>
      <w:r>
        <w:t>pemimpin</w:t>
      </w:r>
      <w:proofErr w:type="spellEnd"/>
      <w:r>
        <w:t xml:space="preserve"> </w:t>
      </w:r>
      <w:proofErr w:type="spellStart"/>
      <w:r>
        <w:t>dapat</w:t>
      </w:r>
      <w:proofErr w:type="spellEnd"/>
      <w:r>
        <w:t xml:space="preserve"> </w:t>
      </w:r>
      <w:proofErr w:type="spellStart"/>
      <w:r>
        <w:t>memberikan</w:t>
      </w:r>
      <w:proofErr w:type="spellEnd"/>
      <w:r>
        <w:t xml:space="preserve"> </w:t>
      </w:r>
      <w:proofErr w:type="spellStart"/>
      <w:r>
        <w:t>kesempatan</w:t>
      </w:r>
      <w:proofErr w:type="spellEnd"/>
      <w:r>
        <w:t xml:space="preserve"> </w:t>
      </w:r>
      <w:proofErr w:type="spellStart"/>
      <w:r>
        <w:t>kepada</w:t>
      </w:r>
      <w:proofErr w:type="spellEnd"/>
      <w:r>
        <w:t xml:space="preserve"> </w:t>
      </w:r>
      <w:proofErr w:type="spellStart"/>
      <w:r>
        <w:t>anggota</w:t>
      </w:r>
      <w:proofErr w:type="spellEnd"/>
      <w:r>
        <w:t xml:space="preserve"> yang </w:t>
      </w:r>
      <w:proofErr w:type="spellStart"/>
      <w:r>
        <w:t>lebih</w:t>
      </w:r>
      <w:proofErr w:type="spellEnd"/>
      <w:r>
        <w:t xml:space="preserve"> </w:t>
      </w:r>
      <w:proofErr w:type="spellStart"/>
      <w:r>
        <w:t>muda</w:t>
      </w:r>
      <w:proofErr w:type="spellEnd"/>
      <w:r>
        <w:t xml:space="preserve"> </w:t>
      </w:r>
      <w:proofErr w:type="spellStart"/>
      <w:r>
        <w:t>untuk</w:t>
      </w:r>
      <w:proofErr w:type="spellEnd"/>
      <w:r>
        <w:t xml:space="preserve"> </w:t>
      </w:r>
      <w:proofErr w:type="spellStart"/>
      <w:r>
        <w:t>belajar</w:t>
      </w:r>
      <w:proofErr w:type="spellEnd"/>
      <w:r>
        <w:t xml:space="preserve"> </w:t>
      </w:r>
      <w:proofErr w:type="spellStart"/>
      <w:r>
        <w:t>mengambil</w:t>
      </w:r>
      <w:proofErr w:type="spellEnd"/>
      <w:r>
        <w:t xml:space="preserve"> </w:t>
      </w:r>
      <w:proofErr w:type="spellStart"/>
      <w:r>
        <w:t>bagian</w:t>
      </w:r>
      <w:proofErr w:type="spellEnd"/>
      <w:r>
        <w:t xml:space="preserve"> </w:t>
      </w:r>
      <w:proofErr w:type="spellStart"/>
      <w:r>
        <w:t>dalam</w:t>
      </w:r>
      <w:proofErr w:type="spellEnd"/>
      <w:r>
        <w:t xml:space="preserve"> </w:t>
      </w:r>
      <w:proofErr w:type="spellStart"/>
      <w:r>
        <w:t>pelayanan</w:t>
      </w:r>
      <w:proofErr w:type="spellEnd"/>
      <w:r>
        <w:t xml:space="preserve"> </w:t>
      </w:r>
      <w:proofErr w:type="spellStart"/>
      <w:r>
        <w:t>dengan</w:t>
      </w:r>
      <w:proofErr w:type="spellEnd"/>
      <w:r>
        <w:t xml:space="preserve"> </w:t>
      </w:r>
      <w:proofErr w:type="spellStart"/>
      <w:r>
        <w:t>tetap</w:t>
      </w:r>
      <w:proofErr w:type="spellEnd"/>
      <w:r>
        <w:t xml:space="preserve"> </w:t>
      </w:r>
      <w:proofErr w:type="spellStart"/>
      <w:r>
        <w:t>memperhatikan</w:t>
      </w:r>
      <w:proofErr w:type="spellEnd"/>
      <w:r>
        <w:t xml:space="preserve"> </w:t>
      </w:r>
      <w:proofErr w:type="spellStart"/>
      <w:r>
        <w:t>kesiapan</w:t>
      </w:r>
      <w:proofErr w:type="spellEnd"/>
      <w:r>
        <w:t xml:space="preserve"> dan </w:t>
      </w:r>
      <w:proofErr w:type="spellStart"/>
      <w:r>
        <w:t>kemampuannya</w:t>
      </w:r>
      <w:proofErr w:type="spellEnd"/>
      <w:r>
        <w:t xml:space="preserve">. </w:t>
      </w:r>
      <w:proofErr w:type="spellStart"/>
      <w:r>
        <w:t>Dengan</w:t>
      </w:r>
      <w:proofErr w:type="spellEnd"/>
      <w:r>
        <w:t xml:space="preserve"> </w:t>
      </w:r>
      <w:proofErr w:type="spellStart"/>
      <w:r>
        <w:t>cara</w:t>
      </w:r>
      <w:proofErr w:type="spellEnd"/>
      <w:r>
        <w:t xml:space="preserve"> </w:t>
      </w:r>
      <w:proofErr w:type="spellStart"/>
      <w:r>
        <w:t>ini</w:t>
      </w:r>
      <w:proofErr w:type="spellEnd"/>
      <w:r>
        <w:t xml:space="preserve">, </w:t>
      </w:r>
      <w:proofErr w:type="spellStart"/>
      <w:r>
        <w:t>anggota</w:t>
      </w:r>
      <w:proofErr w:type="spellEnd"/>
      <w:r>
        <w:t xml:space="preserve"> </w:t>
      </w:r>
      <w:proofErr w:type="spellStart"/>
      <w:r>
        <w:t>merasa</w:t>
      </w:r>
      <w:proofErr w:type="spellEnd"/>
      <w:r>
        <w:t xml:space="preserve"> </w:t>
      </w:r>
      <w:proofErr w:type="spellStart"/>
      <w:r>
        <w:t>dihargai</w:t>
      </w:r>
      <w:proofErr w:type="spellEnd"/>
      <w:r>
        <w:t xml:space="preserve"> dan </w:t>
      </w:r>
      <w:proofErr w:type="spellStart"/>
      <w:r>
        <w:t>memiliki</w:t>
      </w:r>
      <w:proofErr w:type="spellEnd"/>
      <w:r>
        <w:t xml:space="preserve"> </w:t>
      </w:r>
      <w:proofErr w:type="spellStart"/>
      <w:r>
        <w:t>kesempatan</w:t>
      </w:r>
      <w:proofErr w:type="spellEnd"/>
      <w:r>
        <w:t xml:space="preserve"> </w:t>
      </w:r>
      <w:proofErr w:type="spellStart"/>
      <w:r>
        <w:t>untuk</w:t>
      </w:r>
      <w:proofErr w:type="spellEnd"/>
      <w:r>
        <w:t xml:space="preserve"> </w:t>
      </w:r>
      <w:proofErr w:type="spellStart"/>
      <w:r>
        <w:t>bertumbuh</w:t>
      </w:r>
      <w:proofErr w:type="spellEnd"/>
      <w:r>
        <w:t xml:space="preserve">. </w:t>
      </w:r>
      <w:proofErr w:type="spellStart"/>
      <w:r>
        <w:t>Yakobus</w:t>
      </w:r>
      <w:proofErr w:type="spellEnd"/>
      <w:r>
        <w:t xml:space="preserve"> 2:1 </w:t>
      </w:r>
      <w:proofErr w:type="spellStart"/>
      <w:r>
        <w:t>mengingatkan</w:t>
      </w:r>
      <w:proofErr w:type="spellEnd"/>
      <w:r>
        <w:t xml:space="preserve"> orang </w:t>
      </w:r>
      <w:proofErr w:type="spellStart"/>
      <w:r>
        <w:t>percaya</w:t>
      </w:r>
      <w:proofErr w:type="spellEnd"/>
      <w:r>
        <w:t xml:space="preserve"> agar </w:t>
      </w:r>
      <w:proofErr w:type="spellStart"/>
      <w:r>
        <w:t>tidak</w:t>
      </w:r>
      <w:proofErr w:type="spellEnd"/>
      <w:r>
        <w:t xml:space="preserve"> </w:t>
      </w:r>
      <w:proofErr w:type="spellStart"/>
      <w:r>
        <w:t>memandang</w:t>
      </w:r>
      <w:proofErr w:type="spellEnd"/>
      <w:r>
        <w:t xml:space="preserve"> orang </w:t>
      </w:r>
      <w:proofErr w:type="spellStart"/>
      <w:r>
        <w:t>berdasarkan</w:t>
      </w:r>
      <w:proofErr w:type="spellEnd"/>
      <w:r>
        <w:t xml:space="preserve"> </w:t>
      </w:r>
      <w:proofErr w:type="spellStart"/>
      <w:r>
        <w:t>perlakuan</w:t>
      </w:r>
      <w:proofErr w:type="spellEnd"/>
      <w:r>
        <w:t xml:space="preserve"> yang </w:t>
      </w:r>
      <w:proofErr w:type="spellStart"/>
      <w:r>
        <w:t>pilih</w:t>
      </w:r>
      <w:proofErr w:type="spellEnd"/>
      <w:r>
        <w:t xml:space="preserve"> </w:t>
      </w:r>
      <w:proofErr w:type="spellStart"/>
      <w:r>
        <w:t>kasih</w:t>
      </w:r>
      <w:proofErr w:type="spellEnd"/>
      <w:r>
        <w:t xml:space="preserve">. </w:t>
      </w:r>
      <w:proofErr w:type="spellStart"/>
      <w:r>
        <w:t>Prinsip</w:t>
      </w:r>
      <w:proofErr w:type="spellEnd"/>
      <w:r>
        <w:t xml:space="preserve"> </w:t>
      </w:r>
      <w:proofErr w:type="spellStart"/>
      <w:r>
        <w:t>keadilan</w:t>
      </w:r>
      <w:proofErr w:type="spellEnd"/>
      <w:r>
        <w:t xml:space="preserve"> </w:t>
      </w:r>
      <w:proofErr w:type="spellStart"/>
      <w:r>
        <w:t>membantu</w:t>
      </w:r>
      <w:proofErr w:type="spellEnd"/>
      <w:r>
        <w:t xml:space="preserve"> </w:t>
      </w:r>
      <w:proofErr w:type="spellStart"/>
      <w:r>
        <w:t>menciptakan</w:t>
      </w:r>
      <w:proofErr w:type="spellEnd"/>
      <w:r>
        <w:t xml:space="preserve"> </w:t>
      </w:r>
      <w:proofErr w:type="spellStart"/>
      <w:r>
        <w:t>lingkungan</w:t>
      </w:r>
      <w:proofErr w:type="spellEnd"/>
      <w:r>
        <w:t xml:space="preserve"> </w:t>
      </w:r>
      <w:proofErr w:type="spellStart"/>
      <w:r>
        <w:t>pelayanan</w:t>
      </w:r>
      <w:proofErr w:type="spellEnd"/>
      <w:r>
        <w:t xml:space="preserve"> yang </w:t>
      </w:r>
      <w:proofErr w:type="spellStart"/>
      <w:r>
        <w:t>sehat</w:t>
      </w:r>
      <w:proofErr w:type="spellEnd"/>
      <w:r>
        <w:t xml:space="preserve"> dan </w:t>
      </w:r>
      <w:proofErr w:type="spellStart"/>
      <w:r>
        <w:t>saling</w:t>
      </w:r>
      <w:proofErr w:type="spellEnd"/>
      <w:r>
        <w:t xml:space="preserve"> </w:t>
      </w:r>
      <w:proofErr w:type="spellStart"/>
      <w:r>
        <w:t>mendukung</w:t>
      </w:r>
      <w:proofErr w:type="spellEnd"/>
      <w:r>
        <w:t>.</w:t>
      </w:r>
    </w:p>
    <w:p w14:paraId="0FE4EE11" w14:textId="5CA04DB1" w:rsidR="009138E9" w:rsidRPr="009138E9" w:rsidRDefault="009138E9" w:rsidP="009138E9">
      <w:pPr>
        <w:rPr>
          <w:b/>
          <w:bCs/>
        </w:rPr>
      </w:pPr>
      <w:r w:rsidRPr="009138E9">
        <w:rPr>
          <w:b/>
          <w:bCs/>
        </w:rPr>
        <w:t>6</w:t>
      </w:r>
      <w:r w:rsidRPr="009138E9">
        <w:rPr>
          <w:b/>
          <w:bCs/>
        </w:rPr>
        <w:t xml:space="preserve">.5 </w:t>
      </w:r>
      <w:proofErr w:type="spellStart"/>
      <w:r w:rsidRPr="009138E9">
        <w:rPr>
          <w:b/>
          <w:bCs/>
        </w:rPr>
        <w:t>Mengutamakan</w:t>
      </w:r>
      <w:proofErr w:type="spellEnd"/>
      <w:r w:rsidRPr="009138E9">
        <w:rPr>
          <w:b/>
          <w:bCs/>
        </w:rPr>
        <w:t xml:space="preserve"> </w:t>
      </w:r>
      <w:proofErr w:type="spellStart"/>
      <w:r w:rsidRPr="009138E9">
        <w:rPr>
          <w:b/>
          <w:bCs/>
        </w:rPr>
        <w:t>Kerja</w:t>
      </w:r>
      <w:proofErr w:type="spellEnd"/>
      <w:r w:rsidRPr="009138E9">
        <w:rPr>
          <w:b/>
          <w:bCs/>
        </w:rPr>
        <w:t xml:space="preserve"> Sama</w:t>
      </w:r>
    </w:p>
    <w:p w14:paraId="44DA69B1" w14:textId="634167D4" w:rsidR="009138E9" w:rsidRDefault="009138E9" w:rsidP="009138E9">
      <w:proofErr w:type="spellStart"/>
      <w:r>
        <w:t>Pelayanan</w:t>
      </w:r>
      <w:proofErr w:type="spellEnd"/>
      <w:r>
        <w:t xml:space="preserve"> </w:t>
      </w:r>
      <w:proofErr w:type="spellStart"/>
      <w:r>
        <w:t>musik</w:t>
      </w:r>
      <w:proofErr w:type="spellEnd"/>
      <w:r>
        <w:t xml:space="preserve"> </w:t>
      </w:r>
      <w:proofErr w:type="spellStart"/>
      <w:r>
        <w:t>gereja</w:t>
      </w:r>
      <w:proofErr w:type="spellEnd"/>
      <w:r>
        <w:t xml:space="preserve"> </w:t>
      </w:r>
      <w:proofErr w:type="spellStart"/>
      <w:r>
        <w:t>merupakan</w:t>
      </w:r>
      <w:proofErr w:type="spellEnd"/>
      <w:r>
        <w:t xml:space="preserve"> </w:t>
      </w:r>
      <w:proofErr w:type="spellStart"/>
      <w:r>
        <w:t>pekerjaan</w:t>
      </w:r>
      <w:proofErr w:type="spellEnd"/>
      <w:r>
        <w:t xml:space="preserve"> </w:t>
      </w:r>
      <w:proofErr w:type="spellStart"/>
      <w:r>
        <w:t>bersama</w:t>
      </w:r>
      <w:proofErr w:type="spellEnd"/>
      <w:r>
        <w:t xml:space="preserve"> yang </w:t>
      </w:r>
      <w:proofErr w:type="spellStart"/>
      <w:r>
        <w:t>membutuhkan</w:t>
      </w:r>
      <w:proofErr w:type="spellEnd"/>
      <w:r>
        <w:t xml:space="preserve"> </w:t>
      </w:r>
      <w:proofErr w:type="spellStart"/>
      <w:r>
        <w:t>kerja</w:t>
      </w:r>
      <w:proofErr w:type="spellEnd"/>
      <w:r>
        <w:t xml:space="preserve"> </w:t>
      </w:r>
      <w:proofErr w:type="spellStart"/>
      <w:r>
        <w:t>sama</w:t>
      </w:r>
      <w:proofErr w:type="spellEnd"/>
      <w:r>
        <w:t xml:space="preserve"> </w:t>
      </w:r>
      <w:proofErr w:type="spellStart"/>
      <w:r>
        <w:t>antara</w:t>
      </w:r>
      <w:proofErr w:type="spellEnd"/>
      <w:r>
        <w:t xml:space="preserve"> </w:t>
      </w:r>
      <w:proofErr w:type="spellStart"/>
      <w:r>
        <w:t>pemimpin</w:t>
      </w:r>
      <w:proofErr w:type="spellEnd"/>
      <w:r>
        <w:t xml:space="preserve">, </w:t>
      </w:r>
      <w:proofErr w:type="spellStart"/>
      <w:r>
        <w:t>penyanyi</w:t>
      </w:r>
      <w:proofErr w:type="spellEnd"/>
      <w:r>
        <w:t xml:space="preserve">, </w:t>
      </w:r>
      <w:proofErr w:type="spellStart"/>
      <w:r>
        <w:t>pemain</w:t>
      </w:r>
      <w:proofErr w:type="spellEnd"/>
      <w:r>
        <w:t xml:space="preserve"> </w:t>
      </w:r>
      <w:proofErr w:type="spellStart"/>
      <w:r>
        <w:t>musik</w:t>
      </w:r>
      <w:proofErr w:type="spellEnd"/>
      <w:r>
        <w:t xml:space="preserve">, dan </w:t>
      </w:r>
      <w:proofErr w:type="spellStart"/>
      <w:r>
        <w:t>petugas</w:t>
      </w:r>
      <w:proofErr w:type="spellEnd"/>
      <w:r>
        <w:t xml:space="preserve"> </w:t>
      </w:r>
      <w:proofErr w:type="spellStart"/>
      <w:r>
        <w:t>pendukung</w:t>
      </w:r>
      <w:proofErr w:type="spellEnd"/>
      <w:r>
        <w:t xml:space="preserve"> </w:t>
      </w:r>
      <w:proofErr w:type="spellStart"/>
      <w:r>
        <w:t>lainnya</w:t>
      </w:r>
      <w:proofErr w:type="spellEnd"/>
      <w:r>
        <w:t xml:space="preserve">. Tidak </w:t>
      </w:r>
      <w:proofErr w:type="spellStart"/>
      <w:r>
        <w:t>seorang</w:t>
      </w:r>
      <w:proofErr w:type="spellEnd"/>
      <w:r>
        <w:t xml:space="preserve"> pun </w:t>
      </w:r>
      <w:proofErr w:type="spellStart"/>
      <w:r>
        <w:t>dapat</w:t>
      </w:r>
      <w:proofErr w:type="spellEnd"/>
      <w:r>
        <w:t xml:space="preserve"> </w:t>
      </w:r>
      <w:proofErr w:type="spellStart"/>
      <w:r>
        <w:t>menganggap</w:t>
      </w:r>
      <w:proofErr w:type="spellEnd"/>
      <w:r>
        <w:t xml:space="preserve"> </w:t>
      </w:r>
      <w:proofErr w:type="spellStart"/>
      <w:r>
        <w:t>dirinya</w:t>
      </w:r>
      <w:proofErr w:type="spellEnd"/>
      <w:r>
        <w:t xml:space="preserve"> </w:t>
      </w:r>
      <w:proofErr w:type="spellStart"/>
      <w:r>
        <w:t>sebagai</w:t>
      </w:r>
      <w:proofErr w:type="spellEnd"/>
      <w:r>
        <w:t xml:space="preserve"> </w:t>
      </w:r>
      <w:proofErr w:type="spellStart"/>
      <w:r>
        <w:t>satu-satunya</w:t>
      </w:r>
      <w:proofErr w:type="spellEnd"/>
      <w:r>
        <w:t xml:space="preserve"> orang yang paling </w:t>
      </w:r>
      <w:proofErr w:type="spellStart"/>
      <w:r>
        <w:t>penting</w:t>
      </w:r>
      <w:proofErr w:type="spellEnd"/>
      <w:r>
        <w:t xml:space="preserve"> </w:t>
      </w:r>
      <w:proofErr w:type="spellStart"/>
      <w:r>
        <w:t>dalam</w:t>
      </w:r>
      <w:proofErr w:type="spellEnd"/>
      <w:r>
        <w:t xml:space="preserve"> </w:t>
      </w:r>
      <w:proofErr w:type="spellStart"/>
      <w:r>
        <w:t>tim.</w:t>
      </w:r>
      <w:proofErr w:type="spellEnd"/>
    </w:p>
    <w:p w14:paraId="76932865" w14:textId="62BC0CBC" w:rsidR="009138E9" w:rsidRDefault="009138E9" w:rsidP="009138E9">
      <w:proofErr w:type="spellStart"/>
      <w:r>
        <w:t>Sebagai</w:t>
      </w:r>
      <w:proofErr w:type="spellEnd"/>
      <w:r>
        <w:t xml:space="preserve"> </w:t>
      </w:r>
      <w:proofErr w:type="spellStart"/>
      <w:r>
        <w:t>contoh</w:t>
      </w:r>
      <w:proofErr w:type="spellEnd"/>
      <w:r>
        <w:t xml:space="preserve">, </w:t>
      </w:r>
      <w:proofErr w:type="spellStart"/>
      <w:r>
        <w:t>keberhasilan</w:t>
      </w:r>
      <w:proofErr w:type="spellEnd"/>
      <w:r>
        <w:t xml:space="preserve"> ibadah </w:t>
      </w:r>
      <w:proofErr w:type="spellStart"/>
      <w:r>
        <w:t>tidak</w:t>
      </w:r>
      <w:proofErr w:type="spellEnd"/>
      <w:r>
        <w:t xml:space="preserve"> </w:t>
      </w:r>
      <w:proofErr w:type="spellStart"/>
      <w:r>
        <w:t>hanya</w:t>
      </w:r>
      <w:proofErr w:type="spellEnd"/>
      <w:r>
        <w:t xml:space="preserve"> </w:t>
      </w:r>
      <w:proofErr w:type="spellStart"/>
      <w:r>
        <w:t>ditentukan</w:t>
      </w:r>
      <w:proofErr w:type="spellEnd"/>
      <w:r>
        <w:t xml:space="preserve"> oleh </w:t>
      </w:r>
      <w:proofErr w:type="spellStart"/>
      <w:r>
        <w:t>penyanyi</w:t>
      </w:r>
      <w:proofErr w:type="spellEnd"/>
      <w:r>
        <w:t xml:space="preserve"> </w:t>
      </w:r>
      <w:proofErr w:type="spellStart"/>
      <w:r>
        <w:t>utama</w:t>
      </w:r>
      <w:proofErr w:type="spellEnd"/>
      <w:r>
        <w:t xml:space="preserve">, </w:t>
      </w:r>
      <w:proofErr w:type="spellStart"/>
      <w:r>
        <w:t>tetapi</w:t>
      </w:r>
      <w:proofErr w:type="spellEnd"/>
      <w:r>
        <w:t xml:space="preserve"> juga oleh </w:t>
      </w:r>
      <w:proofErr w:type="spellStart"/>
      <w:r>
        <w:t>pemain</w:t>
      </w:r>
      <w:proofErr w:type="spellEnd"/>
      <w:r>
        <w:t xml:space="preserve"> </w:t>
      </w:r>
      <w:proofErr w:type="spellStart"/>
      <w:r>
        <w:t>musik</w:t>
      </w:r>
      <w:proofErr w:type="spellEnd"/>
      <w:r>
        <w:t xml:space="preserve">, </w:t>
      </w:r>
      <w:proofErr w:type="spellStart"/>
      <w:r>
        <w:t>pengatur</w:t>
      </w:r>
      <w:proofErr w:type="spellEnd"/>
      <w:r>
        <w:t xml:space="preserve"> </w:t>
      </w:r>
      <w:proofErr w:type="spellStart"/>
      <w:r>
        <w:t>suara</w:t>
      </w:r>
      <w:proofErr w:type="spellEnd"/>
      <w:r>
        <w:t xml:space="preserve">, dan </w:t>
      </w:r>
      <w:proofErr w:type="spellStart"/>
      <w:r>
        <w:t>anggota</w:t>
      </w:r>
      <w:proofErr w:type="spellEnd"/>
      <w:r>
        <w:t xml:space="preserve"> lain yang </w:t>
      </w:r>
      <w:proofErr w:type="spellStart"/>
      <w:r>
        <w:t>bekerja</w:t>
      </w:r>
      <w:proofErr w:type="spellEnd"/>
      <w:r>
        <w:t xml:space="preserve"> di </w:t>
      </w:r>
      <w:proofErr w:type="spellStart"/>
      <w:r>
        <w:t>balik</w:t>
      </w:r>
      <w:proofErr w:type="spellEnd"/>
      <w:r>
        <w:t xml:space="preserve"> </w:t>
      </w:r>
      <w:proofErr w:type="spellStart"/>
      <w:r>
        <w:t>layar</w:t>
      </w:r>
      <w:proofErr w:type="spellEnd"/>
      <w:r>
        <w:t xml:space="preserve">. Karena </w:t>
      </w:r>
      <w:proofErr w:type="spellStart"/>
      <w:r>
        <w:t>itu</w:t>
      </w:r>
      <w:proofErr w:type="spellEnd"/>
      <w:r>
        <w:t xml:space="preserve">, </w:t>
      </w:r>
      <w:proofErr w:type="spellStart"/>
      <w:r>
        <w:t>setiap</w:t>
      </w:r>
      <w:proofErr w:type="spellEnd"/>
      <w:r>
        <w:t xml:space="preserve"> </w:t>
      </w:r>
      <w:proofErr w:type="spellStart"/>
      <w:r>
        <w:t>anggota</w:t>
      </w:r>
      <w:proofErr w:type="spellEnd"/>
      <w:r>
        <w:t xml:space="preserve"> </w:t>
      </w:r>
      <w:proofErr w:type="spellStart"/>
      <w:r>
        <w:t>perlu</w:t>
      </w:r>
      <w:proofErr w:type="spellEnd"/>
      <w:r>
        <w:t xml:space="preserve"> </w:t>
      </w:r>
      <w:proofErr w:type="spellStart"/>
      <w:r>
        <w:t>menghargai</w:t>
      </w:r>
      <w:proofErr w:type="spellEnd"/>
      <w:r>
        <w:t xml:space="preserve"> </w:t>
      </w:r>
      <w:proofErr w:type="spellStart"/>
      <w:r>
        <w:t>kontribusi</w:t>
      </w:r>
      <w:proofErr w:type="spellEnd"/>
      <w:r>
        <w:t xml:space="preserve"> </w:t>
      </w:r>
      <w:proofErr w:type="spellStart"/>
      <w:r>
        <w:t>satu</w:t>
      </w:r>
      <w:proofErr w:type="spellEnd"/>
      <w:r>
        <w:t xml:space="preserve"> </w:t>
      </w:r>
      <w:proofErr w:type="spellStart"/>
      <w:r>
        <w:t>sama</w:t>
      </w:r>
      <w:proofErr w:type="spellEnd"/>
      <w:r>
        <w:t xml:space="preserve"> lain. Filipi 2:3–4 </w:t>
      </w:r>
      <w:proofErr w:type="spellStart"/>
      <w:r>
        <w:t>mengajarkan</w:t>
      </w:r>
      <w:proofErr w:type="spellEnd"/>
      <w:r>
        <w:t xml:space="preserve"> agar orang </w:t>
      </w:r>
      <w:proofErr w:type="spellStart"/>
      <w:r>
        <w:t>percaya</w:t>
      </w:r>
      <w:proofErr w:type="spellEnd"/>
      <w:r>
        <w:t xml:space="preserve"> </w:t>
      </w:r>
      <w:proofErr w:type="spellStart"/>
      <w:r>
        <w:t>tidak</w:t>
      </w:r>
      <w:proofErr w:type="spellEnd"/>
      <w:r>
        <w:t xml:space="preserve"> </w:t>
      </w:r>
      <w:proofErr w:type="spellStart"/>
      <w:r>
        <w:t>mencari</w:t>
      </w:r>
      <w:proofErr w:type="spellEnd"/>
      <w:r>
        <w:t xml:space="preserve"> </w:t>
      </w:r>
      <w:proofErr w:type="spellStart"/>
      <w:r>
        <w:t>kepentingan</w:t>
      </w:r>
      <w:proofErr w:type="spellEnd"/>
      <w:r>
        <w:t xml:space="preserve"> </w:t>
      </w:r>
      <w:proofErr w:type="spellStart"/>
      <w:r>
        <w:t>sendiri</w:t>
      </w:r>
      <w:proofErr w:type="spellEnd"/>
      <w:r>
        <w:t xml:space="preserve">, </w:t>
      </w:r>
      <w:proofErr w:type="spellStart"/>
      <w:r>
        <w:t>tetapi</w:t>
      </w:r>
      <w:proofErr w:type="spellEnd"/>
      <w:r>
        <w:t xml:space="preserve"> juga </w:t>
      </w:r>
      <w:proofErr w:type="spellStart"/>
      <w:r>
        <w:t>memperhatikan</w:t>
      </w:r>
      <w:proofErr w:type="spellEnd"/>
      <w:r>
        <w:t xml:space="preserve"> </w:t>
      </w:r>
      <w:proofErr w:type="spellStart"/>
      <w:r>
        <w:t>kepentingan</w:t>
      </w:r>
      <w:proofErr w:type="spellEnd"/>
      <w:r>
        <w:t xml:space="preserve"> orang lain. </w:t>
      </w:r>
      <w:proofErr w:type="spellStart"/>
      <w:r>
        <w:t>Kerja</w:t>
      </w:r>
      <w:proofErr w:type="spellEnd"/>
      <w:r>
        <w:t xml:space="preserve"> </w:t>
      </w:r>
      <w:proofErr w:type="spellStart"/>
      <w:r>
        <w:t>sama</w:t>
      </w:r>
      <w:proofErr w:type="spellEnd"/>
      <w:r>
        <w:t xml:space="preserve"> yang </w:t>
      </w:r>
      <w:proofErr w:type="spellStart"/>
      <w:r>
        <w:t>baik</w:t>
      </w:r>
      <w:proofErr w:type="spellEnd"/>
      <w:r>
        <w:t xml:space="preserve"> </w:t>
      </w:r>
      <w:proofErr w:type="spellStart"/>
      <w:r>
        <w:t>akan</w:t>
      </w:r>
      <w:proofErr w:type="spellEnd"/>
      <w:r>
        <w:t xml:space="preserve"> </w:t>
      </w:r>
      <w:proofErr w:type="spellStart"/>
      <w:r>
        <w:t>membantu</w:t>
      </w:r>
      <w:proofErr w:type="spellEnd"/>
      <w:r>
        <w:t xml:space="preserve"> </w:t>
      </w:r>
      <w:proofErr w:type="spellStart"/>
      <w:r>
        <w:t>tim</w:t>
      </w:r>
      <w:proofErr w:type="spellEnd"/>
      <w:r>
        <w:t xml:space="preserve"> </w:t>
      </w:r>
      <w:proofErr w:type="spellStart"/>
      <w:r>
        <w:t>mencapai</w:t>
      </w:r>
      <w:proofErr w:type="spellEnd"/>
      <w:r>
        <w:t xml:space="preserve"> </w:t>
      </w:r>
      <w:proofErr w:type="spellStart"/>
      <w:r>
        <w:t>tujuan</w:t>
      </w:r>
      <w:proofErr w:type="spellEnd"/>
      <w:r>
        <w:t xml:space="preserve"> </w:t>
      </w:r>
      <w:proofErr w:type="spellStart"/>
      <w:r>
        <w:t>pelayanan</w:t>
      </w:r>
      <w:proofErr w:type="spellEnd"/>
      <w:r>
        <w:t xml:space="preserve"> </w:t>
      </w:r>
      <w:proofErr w:type="spellStart"/>
      <w:r>
        <w:t>bersama</w:t>
      </w:r>
      <w:proofErr w:type="spellEnd"/>
      <w:r>
        <w:t>.</w:t>
      </w:r>
    </w:p>
    <w:p w14:paraId="34CB644A" w14:textId="3D2F82DC" w:rsidR="009138E9" w:rsidRPr="009138E9" w:rsidRDefault="009138E9" w:rsidP="009138E9">
      <w:pPr>
        <w:rPr>
          <w:b/>
          <w:bCs/>
        </w:rPr>
      </w:pPr>
      <w:r w:rsidRPr="009138E9">
        <w:rPr>
          <w:b/>
          <w:bCs/>
        </w:rPr>
        <w:t>6</w:t>
      </w:r>
      <w:r w:rsidRPr="009138E9">
        <w:rPr>
          <w:b/>
          <w:bCs/>
        </w:rPr>
        <w:t xml:space="preserve">.6 </w:t>
      </w:r>
      <w:proofErr w:type="spellStart"/>
      <w:r w:rsidRPr="009138E9">
        <w:rPr>
          <w:b/>
          <w:bCs/>
        </w:rPr>
        <w:t>Mengembangkan</w:t>
      </w:r>
      <w:proofErr w:type="spellEnd"/>
      <w:r w:rsidRPr="009138E9">
        <w:rPr>
          <w:b/>
          <w:bCs/>
        </w:rPr>
        <w:t xml:space="preserve"> </w:t>
      </w:r>
      <w:proofErr w:type="spellStart"/>
      <w:r w:rsidRPr="009138E9">
        <w:rPr>
          <w:b/>
          <w:bCs/>
        </w:rPr>
        <w:t>Kemampuan</w:t>
      </w:r>
      <w:proofErr w:type="spellEnd"/>
      <w:r w:rsidRPr="009138E9">
        <w:rPr>
          <w:b/>
          <w:bCs/>
        </w:rPr>
        <w:t xml:space="preserve"> dan </w:t>
      </w:r>
      <w:proofErr w:type="spellStart"/>
      <w:r w:rsidRPr="009138E9">
        <w:rPr>
          <w:b/>
          <w:bCs/>
        </w:rPr>
        <w:t>Tanggung</w:t>
      </w:r>
      <w:proofErr w:type="spellEnd"/>
      <w:r w:rsidRPr="009138E9">
        <w:rPr>
          <w:b/>
          <w:bCs/>
        </w:rPr>
        <w:t xml:space="preserve"> Jawab</w:t>
      </w:r>
    </w:p>
    <w:p w14:paraId="398758CD" w14:textId="52B7DC26" w:rsidR="009138E9" w:rsidRDefault="009138E9" w:rsidP="009138E9">
      <w:proofErr w:type="spellStart"/>
      <w:r>
        <w:t>Pemimpin</w:t>
      </w:r>
      <w:proofErr w:type="spellEnd"/>
      <w:r>
        <w:t xml:space="preserve"> </w:t>
      </w:r>
      <w:proofErr w:type="spellStart"/>
      <w:r>
        <w:t>musik</w:t>
      </w:r>
      <w:proofErr w:type="spellEnd"/>
      <w:r>
        <w:t xml:space="preserve"> </w:t>
      </w:r>
      <w:proofErr w:type="spellStart"/>
      <w:r>
        <w:t>perlu</w:t>
      </w:r>
      <w:proofErr w:type="spellEnd"/>
      <w:r>
        <w:t xml:space="preserve"> </w:t>
      </w:r>
      <w:proofErr w:type="spellStart"/>
      <w:r>
        <w:t>mendorong</w:t>
      </w:r>
      <w:proofErr w:type="spellEnd"/>
      <w:r>
        <w:t xml:space="preserve"> </w:t>
      </w:r>
      <w:proofErr w:type="spellStart"/>
      <w:r>
        <w:t>anggota</w:t>
      </w:r>
      <w:proofErr w:type="spellEnd"/>
      <w:r>
        <w:t xml:space="preserve"> </w:t>
      </w:r>
      <w:proofErr w:type="spellStart"/>
      <w:r>
        <w:t>untuk</w:t>
      </w:r>
      <w:proofErr w:type="spellEnd"/>
      <w:r>
        <w:t xml:space="preserve"> </w:t>
      </w:r>
      <w:proofErr w:type="spellStart"/>
      <w:r>
        <w:t>terus</w:t>
      </w:r>
      <w:proofErr w:type="spellEnd"/>
      <w:r>
        <w:t xml:space="preserve"> </w:t>
      </w:r>
      <w:proofErr w:type="spellStart"/>
      <w:r>
        <w:t>mengembangkan</w:t>
      </w:r>
      <w:proofErr w:type="spellEnd"/>
      <w:r>
        <w:t xml:space="preserve"> </w:t>
      </w:r>
      <w:proofErr w:type="spellStart"/>
      <w:r>
        <w:t>kemampuan</w:t>
      </w:r>
      <w:proofErr w:type="spellEnd"/>
      <w:r>
        <w:t xml:space="preserve"> </w:t>
      </w:r>
      <w:proofErr w:type="spellStart"/>
      <w:r>
        <w:t>bermusik</w:t>
      </w:r>
      <w:proofErr w:type="spellEnd"/>
      <w:r>
        <w:t xml:space="preserve"> dan </w:t>
      </w:r>
      <w:proofErr w:type="spellStart"/>
      <w:r>
        <w:t>meningkatkan</w:t>
      </w:r>
      <w:proofErr w:type="spellEnd"/>
      <w:r>
        <w:t xml:space="preserve"> </w:t>
      </w:r>
      <w:proofErr w:type="spellStart"/>
      <w:r>
        <w:t>tanggung</w:t>
      </w:r>
      <w:proofErr w:type="spellEnd"/>
      <w:r>
        <w:t xml:space="preserve"> </w:t>
      </w:r>
      <w:proofErr w:type="spellStart"/>
      <w:r>
        <w:t>jawab</w:t>
      </w:r>
      <w:proofErr w:type="spellEnd"/>
      <w:r>
        <w:t xml:space="preserve"> </w:t>
      </w:r>
      <w:proofErr w:type="spellStart"/>
      <w:r>
        <w:t>dalam</w:t>
      </w:r>
      <w:proofErr w:type="spellEnd"/>
      <w:r>
        <w:t xml:space="preserve"> </w:t>
      </w:r>
      <w:proofErr w:type="spellStart"/>
      <w:r>
        <w:t>pelayanan</w:t>
      </w:r>
      <w:proofErr w:type="spellEnd"/>
      <w:r>
        <w:t xml:space="preserve">. Latihan yang </w:t>
      </w:r>
      <w:proofErr w:type="spellStart"/>
      <w:r>
        <w:t>teratur</w:t>
      </w:r>
      <w:proofErr w:type="spellEnd"/>
      <w:r>
        <w:t xml:space="preserve">, </w:t>
      </w:r>
      <w:proofErr w:type="spellStart"/>
      <w:r>
        <w:t>persiapan</w:t>
      </w:r>
      <w:proofErr w:type="spellEnd"/>
      <w:r>
        <w:t xml:space="preserve"> </w:t>
      </w:r>
      <w:proofErr w:type="spellStart"/>
      <w:r>
        <w:t>lagu</w:t>
      </w:r>
      <w:proofErr w:type="spellEnd"/>
      <w:r>
        <w:t xml:space="preserve">, </w:t>
      </w:r>
      <w:proofErr w:type="spellStart"/>
      <w:r>
        <w:t>serta</w:t>
      </w:r>
      <w:proofErr w:type="spellEnd"/>
      <w:r>
        <w:t xml:space="preserve"> </w:t>
      </w:r>
      <w:proofErr w:type="spellStart"/>
      <w:r>
        <w:t>kesediaan</w:t>
      </w:r>
      <w:proofErr w:type="spellEnd"/>
      <w:r>
        <w:t xml:space="preserve"> </w:t>
      </w:r>
      <w:proofErr w:type="spellStart"/>
      <w:r>
        <w:t>menerima</w:t>
      </w:r>
      <w:proofErr w:type="spellEnd"/>
      <w:r>
        <w:t xml:space="preserve"> </w:t>
      </w:r>
      <w:proofErr w:type="spellStart"/>
      <w:r>
        <w:t>evaluasi</w:t>
      </w:r>
      <w:proofErr w:type="spellEnd"/>
      <w:r>
        <w:t xml:space="preserve"> </w:t>
      </w:r>
      <w:proofErr w:type="spellStart"/>
      <w:r>
        <w:t>merupakan</w:t>
      </w:r>
      <w:proofErr w:type="spellEnd"/>
      <w:r>
        <w:t xml:space="preserve"> </w:t>
      </w:r>
      <w:proofErr w:type="spellStart"/>
      <w:r>
        <w:t>bagian</w:t>
      </w:r>
      <w:proofErr w:type="spellEnd"/>
      <w:r>
        <w:t xml:space="preserve"> </w:t>
      </w:r>
      <w:proofErr w:type="spellStart"/>
      <w:r>
        <w:t>penting</w:t>
      </w:r>
      <w:proofErr w:type="spellEnd"/>
      <w:r>
        <w:t xml:space="preserve"> </w:t>
      </w:r>
      <w:proofErr w:type="spellStart"/>
      <w:r>
        <w:t>dari</w:t>
      </w:r>
      <w:proofErr w:type="spellEnd"/>
      <w:r>
        <w:t xml:space="preserve"> proses </w:t>
      </w:r>
      <w:proofErr w:type="spellStart"/>
      <w:r>
        <w:t>tersebut</w:t>
      </w:r>
      <w:proofErr w:type="spellEnd"/>
      <w:r>
        <w:t>.</w:t>
      </w:r>
    </w:p>
    <w:p w14:paraId="307EB49E" w14:textId="14671C5D" w:rsidR="009138E9" w:rsidRDefault="009138E9" w:rsidP="009138E9">
      <w:proofErr w:type="spellStart"/>
      <w:r>
        <w:t>Misalnya</w:t>
      </w:r>
      <w:proofErr w:type="spellEnd"/>
      <w:r>
        <w:t xml:space="preserve">, </w:t>
      </w:r>
      <w:proofErr w:type="spellStart"/>
      <w:r>
        <w:t>anggota</w:t>
      </w:r>
      <w:proofErr w:type="spellEnd"/>
      <w:r>
        <w:t xml:space="preserve"> yang </w:t>
      </w:r>
      <w:proofErr w:type="spellStart"/>
      <w:r>
        <w:t>belum</w:t>
      </w:r>
      <w:proofErr w:type="spellEnd"/>
      <w:r>
        <w:t xml:space="preserve"> </w:t>
      </w:r>
      <w:proofErr w:type="spellStart"/>
      <w:r>
        <w:t>menguasai</w:t>
      </w:r>
      <w:proofErr w:type="spellEnd"/>
      <w:r>
        <w:t xml:space="preserve"> </w:t>
      </w:r>
      <w:proofErr w:type="spellStart"/>
      <w:r>
        <w:t>sebuah</w:t>
      </w:r>
      <w:proofErr w:type="spellEnd"/>
      <w:r>
        <w:t xml:space="preserve"> </w:t>
      </w:r>
      <w:proofErr w:type="spellStart"/>
      <w:r>
        <w:t>lagu</w:t>
      </w:r>
      <w:proofErr w:type="spellEnd"/>
      <w:r>
        <w:t xml:space="preserve"> </w:t>
      </w:r>
      <w:proofErr w:type="spellStart"/>
      <w:r>
        <w:t>perlu</w:t>
      </w:r>
      <w:proofErr w:type="spellEnd"/>
      <w:r>
        <w:t xml:space="preserve"> </w:t>
      </w:r>
      <w:proofErr w:type="spellStart"/>
      <w:r>
        <w:t>diberikan</w:t>
      </w:r>
      <w:proofErr w:type="spellEnd"/>
      <w:r>
        <w:t xml:space="preserve"> </w:t>
      </w:r>
      <w:proofErr w:type="spellStart"/>
      <w:r>
        <w:t>kesempatan</w:t>
      </w:r>
      <w:proofErr w:type="spellEnd"/>
      <w:r>
        <w:t xml:space="preserve"> </w:t>
      </w:r>
      <w:proofErr w:type="spellStart"/>
      <w:r>
        <w:t>untuk</w:t>
      </w:r>
      <w:proofErr w:type="spellEnd"/>
      <w:r>
        <w:t xml:space="preserve"> </w:t>
      </w:r>
      <w:proofErr w:type="spellStart"/>
      <w:r>
        <w:t>berlatih</w:t>
      </w:r>
      <w:proofErr w:type="spellEnd"/>
      <w:r>
        <w:t xml:space="preserve"> dan </w:t>
      </w:r>
      <w:proofErr w:type="spellStart"/>
      <w:r>
        <w:t>memperoleh</w:t>
      </w:r>
      <w:proofErr w:type="spellEnd"/>
      <w:r>
        <w:t xml:space="preserve"> </w:t>
      </w:r>
      <w:proofErr w:type="spellStart"/>
      <w:r>
        <w:t>bimbingan</w:t>
      </w:r>
      <w:proofErr w:type="spellEnd"/>
      <w:r>
        <w:t xml:space="preserve">, </w:t>
      </w:r>
      <w:proofErr w:type="spellStart"/>
      <w:r>
        <w:t>bukan</w:t>
      </w:r>
      <w:proofErr w:type="spellEnd"/>
      <w:r>
        <w:t xml:space="preserve"> </w:t>
      </w:r>
      <w:proofErr w:type="spellStart"/>
      <w:r>
        <w:t>langsung</w:t>
      </w:r>
      <w:proofErr w:type="spellEnd"/>
      <w:r>
        <w:t xml:space="preserve"> </w:t>
      </w:r>
      <w:proofErr w:type="spellStart"/>
      <w:r>
        <w:t>direndahkan</w:t>
      </w:r>
      <w:proofErr w:type="spellEnd"/>
      <w:r>
        <w:t xml:space="preserve"> </w:t>
      </w:r>
      <w:proofErr w:type="spellStart"/>
      <w:r>
        <w:t>atau</w:t>
      </w:r>
      <w:proofErr w:type="spellEnd"/>
      <w:r>
        <w:t xml:space="preserve"> </w:t>
      </w:r>
      <w:proofErr w:type="spellStart"/>
      <w:r>
        <w:t>disisihkan</w:t>
      </w:r>
      <w:proofErr w:type="spellEnd"/>
      <w:r>
        <w:t xml:space="preserve">. </w:t>
      </w:r>
      <w:proofErr w:type="spellStart"/>
      <w:r>
        <w:t>Namun</w:t>
      </w:r>
      <w:proofErr w:type="spellEnd"/>
      <w:r>
        <w:t xml:space="preserve">, </w:t>
      </w:r>
      <w:proofErr w:type="spellStart"/>
      <w:r>
        <w:t>anggota</w:t>
      </w:r>
      <w:proofErr w:type="spellEnd"/>
      <w:r>
        <w:t xml:space="preserve"> juga </w:t>
      </w:r>
      <w:proofErr w:type="spellStart"/>
      <w:r>
        <w:t>perlu</w:t>
      </w:r>
      <w:proofErr w:type="spellEnd"/>
      <w:r>
        <w:t xml:space="preserve"> </w:t>
      </w:r>
      <w:proofErr w:type="spellStart"/>
      <w:r>
        <w:t>menunjukkan</w:t>
      </w:r>
      <w:proofErr w:type="spellEnd"/>
      <w:r>
        <w:t xml:space="preserve"> </w:t>
      </w:r>
      <w:proofErr w:type="spellStart"/>
      <w:r>
        <w:t>kesungguhan</w:t>
      </w:r>
      <w:proofErr w:type="spellEnd"/>
      <w:r>
        <w:t xml:space="preserve"> </w:t>
      </w:r>
      <w:proofErr w:type="spellStart"/>
      <w:r>
        <w:t>dengan</w:t>
      </w:r>
      <w:proofErr w:type="spellEnd"/>
      <w:r>
        <w:t xml:space="preserve"> </w:t>
      </w:r>
      <w:proofErr w:type="spellStart"/>
      <w:r>
        <w:t>mempersiapkan</w:t>
      </w:r>
      <w:proofErr w:type="spellEnd"/>
      <w:r>
        <w:t xml:space="preserve"> </w:t>
      </w:r>
      <w:proofErr w:type="spellStart"/>
      <w:r>
        <w:t>diri</w:t>
      </w:r>
      <w:proofErr w:type="spellEnd"/>
      <w:r>
        <w:t xml:space="preserve"> </w:t>
      </w:r>
      <w:proofErr w:type="spellStart"/>
      <w:r>
        <w:t>sebelum</w:t>
      </w:r>
      <w:proofErr w:type="spellEnd"/>
      <w:r>
        <w:t xml:space="preserve"> </w:t>
      </w:r>
      <w:proofErr w:type="spellStart"/>
      <w:r>
        <w:t>latihan</w:t>
      </w:r>
      <w:proofErr w:type="spellEnd"/>
      <w:r>
        <w:t xml:space="preserve">. Lukas 16:10 </w:t>
      </w:r>
      <w:proofErr w:type="spellStart"/>
      <w:r>
        <w:t>mengajarkan</w:t>
      </w:r>
      <w:proofErr w:type="spellEnd"/>
      <w:r>
        <w:t xml:space="preserve"> </w:t>
      </w:r>
      <w:proofErr w:type="spellStart"/>
      <w:r>
        <w:t>bahwa</w:t>
      </w:r>
      <w:proofErr w:type="spellEnd"/>
      <w:r>
        <w:t xml:space="preserve"> </w:t>
      </w:r>
      <w:proofErr w:type="spellStart"/>
      <w:r>
        <w:t>kesetiaan</w:t>
      </w:r>
      <w:proofErr w:type="spellEnd"/>
      <w:r>
        <w:t xml:space="preserve"> </w:t>
      </w:r>
      <w:proofErr w:type="spellStart"/>
      <w:r>
        <w:t>dalam</w:t>
      </w:r>
      <w:proofErr w:type="spellEnd"/>
      <w:r>
        <w:t xml:space="preserve"> </w:t>
      </w:r>
      <w:proofErr w:type="spellStart"/>
      <w:r>
        <w:t>perkara</w:t>
      </w:r>
      <w:proofErr w:type="spellEnd"/>
      <w:r>
        <w:t xml:space="preserve"> </w:t>
      </w:r>
      <w:proofErr w:type="spellStart"/>
      <w:r>
        <w:t>kecil</w:t>
      </w:r>
      <w:proofErr w:type="spellEnd"/>
      <w:r>
        <w:t xml:space="preserve"> </w:t>
      </w:r>
      <w:proofErr w:type="spellStart"/>
      <w:r>
        <w:t>berkaitan</w:t>
      </w:r>
      <w:proofErr w:type="spellEnd"/>
      <w:r>
        <w:t xml:space="preserve"> </w:t>
      </w:r>
      <w:proofErr w:type="spellStart"/>
      <w:r>
        <w:t>dengan</w:t>
      </w:r>
      <w:proofErr w:type="spellEnd"/>
      <w:r>
        <w:t xml:space="preserve"> </w:t>
      </w:r>
      <w:proofErr w:type="spellStart"/>
      <w:r>
        <w:t>kesetiaan</w:t>
      </w:r>
      <w:proofErr w:type="spellEnd"/>
      <w:r>
        <w:t xml:space="preserve"> </w:t>
      </w:r>
      <w:proofErr w:type="spellStart"/>
      <w:r>
        <w:t>dalam</w:t>
      </w:r>
      <w:proofErr w:type="spellEnd"/>
      <w:r>
        <w:t xml:space="preserve"> </w:t>
      </w:r>
      <w:proofErr w:type="spellStart"/>
      <w:r>
        <w:t>perkara</w:t>
      </w:r>
      <w:proofErr w:type="spellEnd"/>
      <w:r>
        <w:t xml:space="preserve"> </w:t>
      </w:r>
      <w:proofErr w:type="spellStart"/>
      <w:r>
        <w:t>besar</w:t>
      </w:r>
      <w:proofErr w:type="spellEnd"/>
      <w:r>
        <w:t xml:space="preserve">. Oleh </w:t>
      </w:r>
      <w:proofErr w:type="spellStart"/>
      <w:r>
        <w:t>sebab</w:t>
      </w:r>
      <w:proofErr w:type="spellEnd"/>
      <w:r>
        <w:t xml:space="preserve"> </w:t>
      </w:r>
      <w:proofErr w:type="spellStart"/>
      <w:r>
        <w:t>itu</w:t>
      </w:r>
      <w:proofErr w:type="spellEnd"/>
      <w:r>
        <w:t xml:space="preserve">, </w:t>
      </w:r>
      <w:proofErr w:type="spellStart"/>
      <w:r>
        <w:t>tanggung</w:t>
      </w:r>
      <w:proofErr w:type="spellEnd"/>
      <w:r>
        <w:t xml:space="preserve"> </w:t>
      </w:r>
      <w:proofErr w:type="spellStart"/>
      <w:r>
        <w:t>jawab</w:t>
      </w:r>
      <w:proofErr w:type="spellEnd"/>
      <w:r>
        <w:t xml:space="preserve"> </w:t>
      </w:r>
      <w:proofErr w:type="spellStart"/>
      <w:r>
        <w:t>dalam</w:t>
      </w:r>
      <w:proofErr w:type="spellEnd"/>
      <w:r>
        <w:t xml:space="preserve"> </w:t>
      </w:r>
      <w:proofErr w:type="spellStart"/>
      <w:r>
        <w:t>hal</w:t>
      </w:r>
      <w:proofErr w:type="spellEnd"/>
      <w:r>
        <w:t xml:space="preserve"> </w:t>
      </w:r>
      <w:proofErr w:type="spellStart"/>
      <w:r>
        <w:t>sederhana</w:t>
      </w:r>
      <w:proofErr w:type="spellEnd"/>
      <w:r>
        <w:t xml:space="preserve"> </w:t>
      </w:r>
      <w:proofErr w:type="spellStart"/>
      <w:r>
        <w:t>perlu</w:t>
      </w:r>
      <w:proofErr w:type="spellEnd"/>
      <w:r>
        <w:t xml:space="preserve"> </w:t>
      </w:r>
      <w:proofErr w:type="spellStart"/>
      <w:r>
        <w:t>diperhatikan</w:t>
      </w:r>
      <w:proofErr w:type="spellEnd"/>
      <w:r>
        <w:t xml:space="preserve"> </w:t>
      </w:r>
      <w:proofErr w:type="spellStart"/>
      <w:r>
        <w:t>sebagai</w:t>
      </w:r>
      <w:proofErr w:type="spellEnd"/>
      <w:r>
        <w:t xml:space="preserve"> </w:t>
      </w:r>
      <w:proofErr w:type="spellStart"/>
      <w:r>
        <w:t>bagian</w:t>
      </w:r>
      <w:proofErr w:type="spellEnd"/>
      <w:r>
        <w:t xml:space="preserve"> </w:t>
      </w:r>
      <w:proofErr w:type="spellStart"/>
      <w:r>
        <w:t>dari</w:t>
      </w:r>
      <w:proofErr w:type="spellEnd"/>
      <w:r>
        <w:t xml:space="preserve"> </w:t>
      </w:r>
      <w:proofErr w:type="spellStart"/>
      <w:r>
        <w:t>kedewasaan</w:t>
      </w:r>
      <w:proofErr w:type="spellEnd"/>
      <w:r>
        <w:t xml:space="preserve"> </w:t>
      </w:r>
      <w:proofErr w:type="spellStart"/>
      <w:r>
        <w:t>pelayanan</w:t>
      </w:r>
      <w:proofErr w:type="spellEnd"/>
      <w:r>
        <w:t>.</w:t>
      </w:r>
    </w:p>
    <w:p w14:paraId="493B0914" w14:textId="77690EBB" w:rsidR="009138E9" w:rsidRPr="009138E9" w:rsidRDefault="009138E9" w:rsidP="009138E9">
      <w:pPr>
        <w:rPr>
          <w:b/>
          <w:bCs/>
        </w:rPr>
      </w:pPr>
      <w:r w:rsidRPr="009138E9">
        <w:rPr>
          <w:b/>
          <w:bCs/>
        </w:rPr>
        <w:t>6</w:t>
      </w:r>
      <w:r w:rsidRPr="009138E9">
        <w:rPr>
          <w:b/>
          <w:bCs/>
        </w:rPr>
        <w:t xml:space="preserve">.7 </w:t>
      </w:r>
      <w:proofErr w:type="spellStart"/>
      <w:r w:rsidRPr="009138E9">
        <w:rPr>
          <w:b/>
          <w:bCs/>
        </w:rPr>
        <w:t>Melakukan</w:t>
      </w:r>
      <w:proofErr w:type="spellEnd"/>
      <w:r w:rsidRPr="009138E9">
        <w:rPr>
          <w:b/>
          <w:bCs/>
        </w:rPr>
        <w:t xml:space="preserve"> </w:t>
      </w:r>
      <w:proofErr w:type="spellStart"/>
      <w:r w:rsidRPr="009138E9">
        <w:rPr>
          <w:b/>
          <w:bCs/>
        </w:rPr>
        <w:t>Evaluasi</w:t>
      </w:r>
      <w:proofErr w:type="spellEnd"/>
      <w:r w:rsidRPr="009138E9">
        <w:rPr>
          <w:b/>
          <w:bCs/>
        </w:rPr>
        <w:t xml:space="preserve"> dan </w:t>
      </w:r>
      <w:proofErr w:type="spellStart"/>
      <w:r w:rsidRPr="009138E9">
        <w:rPr>
          <w:b/>
          <w:bCs/>
        </w:rPr>
        <w:t>Menyelesaikan</w:t>
      </w:r>
      <w:proofErr w:type="spellEnd"/>
      <w:r w:rsidRPr="009138E9">
        <w:rPr>
          <w:b/>
          <w:bCs/>
        </w:rPr>
        <w:t xml:space="preserve"> </w:t>
      </w:r>
      <w:proofErr w:type="spellStart"/>
      <w:r w:rsidRPr="009138E9">
        <w:rPr>
          <w:b/>
          <w:bCs/>
        </w:rPr>
        <w:t>Konflik</w:t>
      </w:r>
      <w:proofErr w:type="spellEnd"/>
      <w:r w:rsidRPr="009138E9">
        <w:rPr>
          <w:b/>
          <w:bCs/>
        </w:rPr>
        <w:t xml:space="preserve"> </w:t>
      </w:r>
      <w:proofErr w:type="spellStart"/>
      <w:r w:rsidRPr="009138E9">
        <w:rPr>
          <w:b/>
          <w:bCs/>
        </w:rPr>
        <w:t>dengan</w:t>
      </w:r>
      <w:proofErr w:type="spellEnd"/>
      <w:r w:rsidRPr="009138E9">
        <w:rPr>
          <w:b/>
          <w:bCs/>
        </w:rPr>
        <w:t xml:space="preserve"> </w:t>
      </w:r>
      <w:proofErr w:type="spellStart"/>
      <w:r w:rsidRPr="009138E9">
        <w:rPr>
          <w:b/>
          <w:bCs/>
        </w:rPr>
        <w:t>Bijaksana</w:t>
      </w:r>
      <w:proofErr w:type="spellEnd"/>
    </w:p>
    <w:p w14:paraId="1840E9E0" w14:textId="32DAA325" w:rsidR="009138E9" w:rsidRDefault="009138E9" w:rsidP="009138E9">
      <w:proofErr w:type="spellStart"/>
      <w:r>
        <w:lastRenderedPageBreak/>
        <w:t>Evaluasi</w:t>
      </w:r>
      <w:proofErr w:type="spellEnd"/>
      <w:r>
        <w:t xml:space="preserve"> </w:t>
      </w:r>
      <w:proofErr w:type="spellStart"/>
      <w:r>
        <w:t>diperlukan</w:t>
      </w:r>
      <w:proofErr w:type="spellEnd"/>
      <w:r>
        <w:t xml:space="preserve"> </w:t>
      </w:r>
      <w:proofErr w:type="spellStart"/>
      <w:r>
        <w:t>untuk</w:t>
      </w:r>
      <w:proofErr w:type="spellEnd"/>
      <w:r>
        <w:t xml:space="preserve"> </w:t>
      </w:r>
      <w:proofErr w:type="spellStart"/>
      <w:r>
        <w:t>mengetahui</w:t>
      </w:r>
      <w:proofErr w:type="spellEnd"/>
      <w:r>
        <w:t xml:space="preserve"> </w:t>
      </w:r>
      <w:proofErr w:type="spellStart"/>
      <w:r>
        <w:t>kekurangan</w:t>
      </w:r>
      <w:proofErr w:type="spellEnd"/>
      <w:r>
        <w:t xml:space="preserve"> dan </w:t>
      </w:r>
      <w:proofErr w:type="spellStart"/>
      <w:r>
        <w:t>memperbaiki</w:t>
      </w:r>
      <w:proofErr w:type="spellEnd"/>
      <w:r>
        <w:t xml:space="preserve"> </w:t>
      </w:r>
      <w:proofErr w:type="spellStart"/>
      <w:r>
        <w:t>kualitas</w:t>
      </w:r>
      <w:proofErr w:type="spellEnd"/>
      <w:r>
        <w:t xml:space="preserve"> </w:t>
      </w:r>
      <w:proofErr w:type="spellStart"/>
      <w:r>
        <w:t>pelayanan</w:t>
      </w:r>
      <w:proofErr w:type="spellEnd"/>
      <w:r>
        <w:t xml:space="preserve"> </w:t>
      </w:r>
      <w:proofErr w:type="spellStart"/>
      <w:r>
        <w:t>musik</w:t>
      </w:r>
      <w:proofErr w:type="spellEnd"/>
      <w:r>
        <w:t xml:space="preserve"> </w:t>
      </w:r>
      <w:proofErr w:type="spellStart"/>
      <w:r>
        <w:t>gereja</w:t>
      </w:r>
      <w:proofErr w:type="spellEnd"/>
      <w:r>
        <w:t xml:space="preserve">. </w:t>
      </w:r>
      <w:proofErr w:type="spellStart"/>
      <w:r>
        <w:t>Evaluasi</w:t>
      </w:r>
      <w:proofErr w:type="spellEnd"/>
      <w:r>
        <w:t xml:space="preserve"> </w:t>
      </w:r>
      <w:proofErr w:type="spellStart"/>
      <w:r>
        <w:t>sebaiknya</w:t>
      </w:r>
      <w:proofErr w:type="spellEnd"/>
      <w:r>
        <w:t xml:space="preserve"> </w:t>
      </w:r>
      <w:proofErr w:type="spellStart"/>
      <w:r>
        <w:t>tidak</w:t>
      </w:r>
      <w:proofErr w:type="spellEnd"/>
      <w:r>
        <w:t xml:space="preserve"> </w:t>
      </w:r>
      <w:proofErr w:type="spellStart"/>
      <w:r>
        <w:t>digunakan</w:t>
      </w:r>
      <w:proofErr w:type="spellEnd"/>
      <w:r>
        <w:t xml:space="preserve"> </w:t>
      </w:r>
      <w:proofErr w:type="spellStart"/>
      <w:r>
        <w:t>untuk</w:t>
      </w:r>
      <w:proofErr w:type="spellEnd"/>
      <w:r>
        <w:t xml:space="preserve"> </w:t>
      </w:r>
      <w:proofErr w:type="spellStart"/>
      <w:r>
        <w:t>mencari</w:t>
      </w:r>
      <w:proofErr w:type="spellEnd"/>
      <w:r>
        <w:t xml:space="preserve"> </w:t>
      </w:r>
      <w:proofErr w:type="spellStart"/>
      <w:r>
        <w:t>kesalahan</w:t>
      </w:r>
      <w:proofErr w:type="spellEnd"/>
      <w:r>
        <w:t xml:space="preserve"> </w:t>
      </w:r>
      <w:proofErr w:type="spellStart"/>
      <w:r>
        <w:t>atau</w:t>
      </w:r>
      <w:proofErr w:type="spellEnd"/>
      <w:r>
        <w:t xml:space="preserve"> </w:t>
      </w:r>
      <w:proofErr w:type="spellStart"/>
      <w:r>
        <w:t>mempermalukan</w:t>
      </w:r>
      <w:proofErr w:type="spellEnd"/>
      <w:r>
        <w:t xml:space="preserve"> </w:t>
      </w:r>
      <w:proofErr w:type="spellStart"/>
      <w:r>
        <w:t>anggota</w:t>
      </w:r>
      <w:proofErr w:type="spellEnd"/>
      <w:r>
        <w:t xml:space="preserve">, </w:t>
      </w:r>
      <w:proofErr w:type="spellStart"/>
      <w:r>
        <w:t>melainkan</w:t>
      </w:r>
      <w:proofErr w:type="spellEnd"/>
      <w:r>
        <w:t xml:space="preserve"> </w:t>
      </w:r>
      <w:proofErr w:type="spellStart"/>
      <w:r>
        <w:t>untuk</w:t>
      </w:r>
      <w:proofErr w:type="spellEnd"/>
      <w:r>
        <w:t xml:space="preserve"> </w:t>
      </w:r>
      <w:proofErr w:type="spellStart"/>
      <w:r>
        <w:t>membantu</w:t>
      </w:r>
      <w:proofErr w:type="spellEnd"/>
      <w:r>
        <w:t xml:space="preserve"> </w:t>
      </w:r>
      <w:proofErr w:type="spellStart"/>
      <w:r>
        <w:t>tim</w:t>
      </w:r>
      <w:proofErr w:type="spellEnd"/>
      <w:r>
        <w:t xml:space="preserve"> </w:t>
      </w:r>
      <w:proofErr w:type="spellStart"/>
      <w:r>
        <w:t>berkembang</w:t>
      </w:r>
      <w:proofErr w:type="spellEnd"/>
      <w:r>
        <w:t xml:space="preserve"> </w:t>
      </w:r>
      <w:proofErr w:type="spellStart"/>
      <w:r>
        <w:t>bersama</w:t>
      </w:r>
      <w:proofErr w:type="spellEnd"/>
      <w:r>
        <w:t>.</w:t>
      </w:r>
    </w:p>
    <w:p w14:paraId="0D59056E" w14:textId="77777777" w:rsidR="009138E9" w:rsidRDefault="009138E9" w:rsidP="009138E9">
      <w:proofErr w:type="spellStart"/>
      <w:r>
        <w:t>Sebagai</w:t>
      </w:r>
      <w:proofErr w:type="spellEnd"/>
      <w:r>
        <w:t xml:space="preserve"> </w:t>
      </w:r>
      <w:proofErr w:type="spellStart"/>
      <w:r>
        <w:t>contoh</w:t>
      </w:r>
      <w:proofErr w:type="spellEnd"/>
      <w:r>
        <w:t xml:space="preserve">, </w:t>
      </w:r>
      <w:proofErr w:type="spellStart"/>
      <w:r>
        <w:t>setelah</w:t>
      </w:r>
      <w:proofErr w:type="spellEnd"/>
      <w:r>
        <w:t xml:space="preserve"> ibadah, </w:t>
      </w:r>
      <w:proofErr w:type="spellStart"/>
      <w:r>
        <w:t>pemimpin</w:t>
      </w:r>
      <w:proofErr w:type="spellEnd"/>
      <w:r>
        <w:t xml:space="preserve"> </w:t>
      </w:r>
      <w:proofErr w:type="spellStart"/>
      <w:r>
        <w:t>dapat</w:t>
      </w:r>
      <w:proofErr w:type="spellEnd"/>
      <w:r>
        <w:t xml:space="preserve"> </w:t>
      </w:r>
      <w:proofErr w:type="spellStart"/>
      <w:r>
        <w:t>mengajak</w:t>
      </w:r>
      <w:proofErr w:type="spellEnd"/>
      <w:r>
        <w:t xml:space="preserve"> </w:t>
      </w:r>
      <w:proofErr w:type="spellStart"/>
      <w:r>
        <w:t>anggota</w:t>
      </w:r>
      <w:proofErr w:type="spellEnd"/>
      <w:r>
        <w:t xml:space="preserve"> </w:t>
      </w:r>
      <w:proofErr w:type="spellStart"/>
      <w:r>
        <w:t>membahas</w:t>
      </w:r>
      <w:proofErr w:type="spellEnd"/>
      <w:r>
        <w:t xml:space="preserve"> </w:t>
      </w:r>
      <w:proofErr w:type="spellStart"/>
      <w:r>
        <w:t>hal-hal</w:t>
      </w:r>
      <w:proofErr w:type="spellEnd"/>
      <w:r>
        <w:t xml:space="preserve"> yang </w:t>
      </w:r>
      <w:proofErr w:type="spellStart"/>
      <w:r>
        <w:t>sudah</w:t>
      </w:r>
      <w:proofErr w:type="spellEnd"/>
      <w:r>
        <w:t xml:space="preserve"> </w:t>
      </w:r>
      <w:proofErr w:type="spellStart"/>
      <w:r>
        <w:t>berjalan</w:t>
      </w:r>
      <w:proofErr w:type="spellEnd"/>
      <w:r>
        <w:t xml:space="preserve"> </w:t>
      </w:r>
      <w:proofErr w:type="spellStart"/>
      <w:r>
        <w:t>baik</w:t>
      </w:r>
      <w:proofErr w:type="spellEnd"/>
      <w:r>
        <w:t xml:space="preserve"> dan </w:t>
      </w:r>
      <w:proofErr w:type="spellStart"/>
      <w:r>
        <w:t>bagian</w:t>
      </w:r>
      <w:proofErr w:type="spellEnd"/>
      <w:r>
        <w:t xml:space="preserve"> yang </w:t>
      </w:r>
      <w:proofErr w:type="spellStart"/>
      <w:r>
        <w:t>perlu</w:t>
      </w:r>
      <w:proofErr w:type="spellEnd"/>
      <w:r>
        <w:t xml:space="preserve"> </w:t>
      </w:r>
      <w:proofErr w:type="spellStart"/>
      <w:r>
        <w:t>diperbaiki</w:t>
      </w:r>
      <w:proofErr w:type="spellEnd"/>
      <w:r>
        <w:t xml:space="preserve">, </w:t>
      </w:r>
      <w:proofErr w:type="spellStart"/>
      <w:r>
        <w:t>seperti</w:t>
      </w:r>
      <w:proofErr w:type="spellEnd"/>
      <w:r>
        <w:t xml:space="preserve"> </w:t>
      </w:r>
      <w:proofErr w:type="spellStart"/>
      <w:r>
        <w:t>ketepatan</w:t>
      </w:r>
      <w:proofErr w:type="spellEnd"/>
      <w:r>
        <w:t xml:space="preserve"> tempo, </w:t>
      </w:r>
      <w:proofErr w:type="spellStart"/>
      <w:r>
        <w:t>koordinasi</w:t>
      </w:r>
      <w:proofErr w:type="spellEnd"/>
      <w:r>
        <w:t xml:space="preserve">, </w:t>
      </w:r>
      <w:proofErr w:type="spellStart"/>
      <w:r>
        <w:t>atau</w:t>
      </w:r>
      <w:proofErr w:type="spellEnd"/>
      <w:r>
        <w:t xml:space="preserve"> </w:t>
      </w:r>
      <w:proofErr w:type="spellStart"/>
      <w:r>
        <w:t>komunikasi</w:t>
      </w:r>
      <w:proofErr w:type="spellEnd"/>
      <w:r>
        <w:t xml:space="preserve">. Jika </w:t>
      </w:r>
      <w:proofErr w:type="spellStart"/>
      <w:r>
        <w:t>terjadi</w:t>
      </w:r>
      <w:proofErr w:type="spellEnd"/>
      <w:r>
        <w:t xml:space="preserve"> </w:t>
      </w:r>
      <w:proofErr w:type="spellStart"/>
      <w:r>
        <w:t>konflik</w:t>
      </w:r>
      <w:proofErr w:type="spellEnd"/>
      <w:r>
        <w:t xml:space="preserve">, </w:t>
      </w:r>
      <w:proofErr w:type="spellStart"/>
      <w:r>
        <w:t>persoalan</w:t>
      </w:r>
      <w:proofErr w:type="spellEnd"/>
      <w:r>
        <w:t xml:space="preserve"> </w:t>
      </w:r>
      <w:proofErr w:type="spellStart"/>
      <w:r>
        <w:t>perlu</w:t>
      </w:r>
      <w:proofErr w:type="spellEnd"/>
      <w:r>
        <w:t xml:space="preserve"> </w:t>
      </w:r>
      <w:proofErr w:type="spellStart"/>
      <w:r>
        <w:t>dibicarakan</w:t>
      </w:r>
      <w:proofErr w:type="spellEnd"/>
      <w:r>
        <w:t xml:space="preserve"> </w:t>
      </w:r>
      <w:proofErr w:type="spellStart"/>
      <w:r>
        <w:t>secara</w:t>
      </w:r>
      <w:proofErr w:type="spellEnd"/>
      <w:r>
        <w:t xml:space="preserve"> </w:t>
      </w:r>
      <w:proofErr w:type="spellStart"/>
      <w:r>
        <w:t>terbuka</w:t>
      </w:r>
      <w:proofErr w:type="spellEnd"/>
      <w:r>
        <w:t xml:space="preserve"> dan </w:t>
      </w:r>
      <w:proofErr w:type="spellStart"/>
      <w:r>
        <w:t>diselesaikan</w:t>
      </w:r>
      <w:proofErr w:type="spellEnd"/>
      <w:r>
        <w:t xml:space="preserve"> </w:t>
      </w:r>
      <w:proofErr w:type="spellStart"/>
      <w:r>
        <w:t>dengan</w:t>
      </w:r>
      <w:proofErr w:type="spellEnd"/>
      <w:r>
        <w:t xml:space="preserve"> </w:t>
      </w:r>
      <w:proofErr w:type="spellStart"/>
      <w:r>
        <w:t>sikap</w:t>
      </w:r>
      <w:proofErr w:type="spellEnd"/>
      <w:r>
        <w:t xml:space="preserve"> </w:t>
      </w:r>
      <w:proofErr w:type="spellStart"/>
      <w:r>
        <w:t>saling</w:t>
      </w:r>
      <w:proofErr w:type="spellEnd"/>
      <w:r>
        <w:t xml:space="preserve"> </w:t>
      </w:r>
      <w:proofErr w:type="spellStart"/>
      <w:r>
        <w:t>menghargai</w:t>
      </w:r>
      <w:proofErr w:type="spellEnd"/>
      <w:r>
        <w:t xml:space="preserve">. Matius 18:15 </w:t>
      </w:r>
      <w:proofErr w:type="spellStart"/>
      <w:r>
        <w:t>memberikan</w:t>
      </w:r>
      <w:proofErr w:type="spellEnd"/>
      <w:r>
        <w:t xml:space="preserve"> </w:t>
      </w:r>
      <w:proofErr w:type="spellStart"/>
      <w:r>
        <w:t>prinsip</w:t>
      </w:r>
      <w:proofErr w:type="spellEnd"/>
      <w:r>
        <w:t xml:space="preserve"> </w:t>
      </w:r>
      <w:proofErr w:type="spellStart"/>
      <w:r>
        <w:t>untuk</w:t>
      </w:r>
      <w:proofErr w:type="spellEnd"/>
      <w:r>
        <w:t xml:space="preserve"> </w:t>
      </w:r>
      <w:proofErr w:type="spellStart"/>
      <w:r>
        <w:t>menegur</w:t>
      </w:r>
      <w:proofErr w:type="spellEnd"/>
      <w:r>
        <w:t xml:space="preserve"> </w:t>
      </w:r>
      <w:proofErr w:type="spellStart"/>
      <w:r>
        <w:t>saudara</w:t>
      </w:r>
      <w:proofErr w:type="spellEnd"/>
      <w:r>
        <w:t xml:space="preserve"> yang </w:t>
      </w:r>
      <w:proofErr w:type="spellStart"/>
      <w:r>
        <w:t>melakukan</w:t>
      </w:r>
      <w:proofErr w:type="spellEnd"/>
      <w:r>
        <w:t xml:space="preserve"> </w:t>
      </w:r>
      <w:proofErr w:type="spellStart"/>
      <w:r>
        <w:t>kesalahan</w:t>
      </w:r>
      <w:proofErr w:type="spellEnd"/>
      <w:r>
        <w:t xml:space="preserve"> </w:t>
      </w:r>
      <w:proofErr w:type="spellStart"/>
      <w:r>
        <w:t>secara</w:t>
      </w:r>
      <w:proofErr w:type="spellEnd"/>
      <w:r>
        <w:t xml:space="preserve"> </w:t>
      </w:r>
      <w:proofErr w:type="spellStart"/>
      <w:r>
        <w:t>langsung</w:t>
      </w:r>
      <w:proofErr w:type="spellEnd"/>
      <w:r>
        <w:t xml:space="preserve">. </w:t>
      </w:r>
      <w:proofErr w:type="spellStart"/>
      <w:r>
        <w:t>Dengan</w:t>
      </w:r>
      <w:proofErr w:type="spellEnd"/>
      <w:r>
        <w:t xml:space="preserve"> </w:t>
      </w:r>
      <w:proofErr w:type="spellStart"/>
      <w:r>
        <w:t>demikian</w:t>
      </w:r>
      <w:proofErr w:type="spellEnd"/>
      <w:r>
        <w:t xml:space="preserve">, </w:t>
      </w:r>
      <w:proofErr w:type="spellStart"/>
      <w:r>
        <w:t>evaluasi</w:t>
      </w:r>
      <w:proofErr w:type="spellEnd"/>
      <w:r>
        <w:t xml:space="preserve"> dan </w:t>
      </w:r>
      <w:proofErr w:type="spellStart"/>
      <w:r>
        <w:t>penyelesaian</w:t>
      </w:r>
      <w:proofErr w:type="spellEnd"/>
      <w:r>
        <w:t xml:space="preserve"> </w:t>
      </w:r>
      <w:proofErr w:type="spellStart"/>
      <w:r>
        <w:t>konflik</w:t>
      </w:r>
      <w:proofErr w:type="spellEnd"/>
      <w:r>
        <w:t xml:space="preserve"> </w:t>
      </w:r>
      <w:proofErr w:type="spellStart"/>
      <w:r>
        <w:t>dapat</w:t>
      </w:r>
      <w:proofErr w:type="spellEnd"/>
      <w:r>
        <w:t xml:space="preserve"> </w:t>
      </w:r>
      <w:proofErr w:type="spellStart"/>
      <w:r>
        <w:t>menjadi</w:t>
      </w:r>
      <w:proofErr w:type="spellEnd"/>
      <w:r>
        <w:t xml:space="preserve"> </w:t>
      </w:r>
      <w:proofErr w:type="spellStart"/>
      <w:r>
        <w:t>sarana</w:t>
      </w:r>
      <w:proofErr w:type="spellEnd"/>
      <w:r>
        <w:t xml:space="preserve"> </w:t>
      </w:r>
      <w:proofErr w:type="spellStart"/>
      <w:r>
        <w:t>untuk</w:t>
      </w:r>
      <w:proofErr w:type="spellEnd"/>
      <w:r>
        <w:t xml:space="preserve"> </w:t>
      </w:r>
      <w:proofErr w:type="spellStart"/>
      <w:r>
        <w:t>memperkuat</w:t>
      </w:r>
      <w:proofErr w:type="spellEnd"/>
      <w:r>
        <w:t xml:space="preserve"> </w:t>
      </w:r>
      <w:proofErr w:type="spellStart"/>
      <w:r>
        <w:t>hubungan</w:t>
      </w:r>
      <w:proofErr w:type="spellEnd"/>
      <w:r>
        <w:t xml:space="preserve"> </w:t>
      </w:r>
      <w:proofErr w:type="spellStart"/>
      <w:r>
        <w:t>serta</w:t>
      </w:r>
      <w:proofErr w:type="spellEnd"/>
      <w:r>
        <w:t xml:space="preserve"> </w:t>
      </w:r>
      <w:proofErr w:type="spellStart"/>
      <w:r>
        <w:t>meningkatkan</w:t>
      </w:r>
      <w:proofErr w:type="spellEnd"/>
      <w:r>
        <w:t xml:space="preserve"> </w:t>
      </w:r>
      <w:proofErr w:type="spellStart"/>
      <w:r>
        <w:t>kualitas</w:t>
      </w:r>
      <w:proofErr w:type="spellEnd"/>
      <w:r>
        <w:t xml:space="preserve"> </w:t>
      </w:r>
      <w:proofErr w:type="spellStart"/>
      <w:r>
        <w:t>pelayanan</w:t>
      </w:r>
      <w:proofErr w:type="spellEnd"/>
      <w:r>
        <w:t>.</w:t>
      </w:r>
    </w:p>
    <w:p w14:paraId="6394B965" w14:textId="3335D289" w:rsidR="009138E9" w:rsidRDefault="009138E9" w:rsidP="009138E9">
      <w:proofErr w:type="spellStart"/>
      <w:r>
        <w:t>Membangun</w:t>
      </w:r>
      <w:proofErr w:type="spellEnd"/>
      <w:r>
        <w:t xml:space="preserve"> </w:t>
      </w:r>
      <w:proofErr w:type="spellStart"/>
      <w:r>
        <w:t>kepemimpinan</w:t>
      </w:r>
      <w:proofErr w:type="spellEnd"/>
      <w:r>
        <w:t xml:space="preserve"> </w:t>
      </w:r>
      <w:proofErr w:type="spellStart"/>
      <w:r>
        <w:t>musik</w:t>
      </w:r>
      <w:proofErr w:type="spellEnd"/>
      <w:r>
        <w:t xml:space="preserve"> yang </w:t>
      </w:r>
      <w:proofErr w:type="spellStart"/>
      <w:r>
        <w:t>sehat</w:t>
      </w:r>
      <w:proofErr w:type="spellEnd"/>
      <w:r>
        <w:t xml:space="preserve"> </w:t>
      </w:r>
      <w:proofErr w:type="spellStart"/>
      <w:r>
        <w:t>membutuhkan</w:t>
      </w:r>
      <w:proofErr w:type="spellEnd"/>
      <w:r>
        <w:t xml:space="preserve"> </w:t>
      </w:r>
      <w:proofErr w:type="spellStart"/>
      <w:r>
        <w:t>komitmen</w:t>
      </w:r>
      <w:proofErr w:type="spellEnd"/>
      <w:r>
        <w:t xml:space="preserve"> </w:t>
      </w:r>
      <w:proofErr w:type="spellStart"/>
      <w:r>
        <w:t>dari</w:t>
      </w:r>
      <w:proofErr w:type="spellEnd"/>
      <w:r>
        <w:t xml:space="preserve"> </w:t>
      </w:r>
      <w:proofErr w:type="spellStart"/>
      <w:r>
        <w:t>pemimpin</w:t>
      </w:r>
      <w:proofErr w:type="spellEnd"/>
      <w:r>
        <w:t xml:space="preserve"> dan </w:t>
      </w:r>
      <w:proofErr w:type="spellStart"/>
      <w:r>
        <w:t>seluruh</w:t>
      </w:r>
      <w:proofErr w:type="spellEnd"/>
      <w:r>
        <w:t xml:space="preserve"> </w:t>
      </w:r>
      <w:proofErr w:type="spellStart"/>
      <w:r>
        <w:t>anggota</w:t>
      </w:r>
      <w:proofErr w:type="spellEnd"/>
      <w:r>
        <w:t xml:space="preserve"> </w:t>
      </w:r>
      <w:proofErr w:type="spellStart"/>
      <w:r>
        <w:t>tim.</w:t>
      </w:r>
      <w:proofErr w:type="spellEnd"/>
      <w:r>
        <w:t xml:space="preserve"> </w:t>
      </w:r>
      <w:proofErr w:type="spellStart"/>
      <w:r>
        <w:t>Pemimpin</w:t>
      </w:r>
      <w:proofErr w:type="spellEnd"/>
      <w:r>
        <w:t xml:space="preserve"> </w:t>
      </w:r>
      <w:proofErr w:type="spellStart"/>
      <w:r>
        <w:t>perlu</w:t>
      </w:r>
      <w:proofErr w:type="spellEnd"/>
      <w:r>
        <w:t xml:space="preserve"> </w:t>
      </w:r>
      <w:proofErr w:type="spellStart"/>
      <w:r>
        <w:t>menjadikan</w:t>
      </w:r>
      <w:proofErr w:type="spellEnd"/>
      <w:r>
        <w:t xml:space="preserve"> Tuhan </w:t>
      </w:r>
      <w:proofErr w:type="spellStart"/>
      <w:r>
        <w:t>sebagai</w:t>
      </w:r>
      <w:proofErr w:type="spellEnd"/>
      <w:r>
        <w:t xml:space="preserve"> </w:t>
      </w:r>
      <w:proofErr w:type="spellStart"/>
      <w:r>
        <w:t>pusat</w:t>
      </w:r>
      <w:proofErr w:type="spellEnd"/>
      <w:r>
        <w:t xml:space="preserve"> </w:t>
      </w:r>
      <w:proofErr w:type="spellStart"/>
      <w:r>
        <w:t>pelayanan</w:t>
      </w:r>
      <w:proofErr w:type="spellEnd"/>
      <w:r>
        <w:t xml:space="preserve">, </w:t>
      </w:r>
      <w:proofErr w:type="spellStart"/>
      <w:r>
        <w:t>memberikan</w:t>
      </w:r>
      <w:proofErr w:type="spellEnd"/>
      <w:r>
        <w:t xml:space="preserve"> </w:t>
      </w:r>
      <w:proofErr w:type="spellStart"/>
      <w:r>
        <w:t>teladan</w:t>
      </w:r>
      <w:proofErr w:type="spellEnd"/>
      <w:r>
        <w:t xml:space="preserve">, </w:t>
      </w:r>
      <w:proofErr w:type="spellStart"/>
      <w:r>
        <w:t>membangun</w:t>
      </w:r>
      <w:proofErr w:type="spellEnd"/>
      <w:r>
        <w:t xml:space="preserve"> </w:t>
      </w:r>
      <w:proofErr w:type="spellStart"/>
      <w:r>
        <w:t>komunikasi</w:t>
      </w:r>
      <w:proofErr w:type="spellEnd"/>
      <w:r>
        <w:t xml:space="preserve"> yang </w:t>
      </w:r>
      <w:proofErr w:type="spellStart"/>
      <w:r>
        <w:t>terbuka</w:t>
      </w:r>
      <w:proofErr w:type="spellEnd"/>
      <w:r>
        <w:t xml:space="preserve">, </w:t>
      </w:r>
      <w:proofErr w:type="spellStart"/>
      <w:r>
        <w:t>bersikap</w:t>
      </w:r>
      <w:proofErr w:type="spellEnd"/>
      <w:r>
        <w:t xml:space="preserve"> </w:t>
      </w:r>
      <w:proofErr w:type="spellStart"/>
      <w:r>
        <w:t>adil</w:t>
      </w:r>
      <w:proofErr w:type="spellEnd"/>
      <w:r>
        <w:t xml:space="preserve">, </w:t>
      </w:r>
      <w:proofErr w:type="spellStart"/>
      <w:r>
        <w:t>serta</w:t>
      </w:r>
      <w:proofErr w:type="spellEnd"/>
      <w:r>
        <w:t xml:space="preserve"> </w:t>
      </w:r>
      <w:proofErr w:type="spellStart"/>
      <w:r>
        <w:t>mengutamakan</w:t>
      </w:r>
      <w:proofErr w:type="spellEnd"/>
      <w:r>
        <w:t xml:space="preserve"> </w:t>
      </w:r>
      <w:proofErr w:type="spellStart"/>
      <w:r>
        <w:t>kerja</w:t>
      </w:r>
      <w:proofErr w:type="spellEnd"/>
      <w:r>
        <w:t xml:space="preserve"> </w:t>
      </w:r>
      <w:proofErr w:type="spellStart"/>
      <w:r>
        <w:t>sama</w:t>
      </w:r>
      <w:proofErr w:type="spellEnd"/>
      <w:r>
        <w:t xml:space="preserve">. Selain </w:t>
      </w:r>
      <w:proofErr w:type="spellStart"/>
      <w:r>
        <w:t>itu</w:t>
      </w:r>
      <w:proofErr w:type="spellEnd"/>
      <w:r>
        <w:t xml:space="preserve">, </w:t>
      </w:r>
      <w:proofErr w:type="spellStart"/>
      <w:r>
        <w:t>pengembangan</w:t>
      </w:r>
      <w:proofErr w:type="spellEnd"/>
      <w:r>
        <w:t xml:space="preserve"> </w:t>
      </w:r>
      <w:proofErr w:type="spellStart"/>
      <w:r>
        <w:t>kemampuan</w:t>
      </w:r>
      <w:proofErr w:type="spellEnd"/>
      <w:r>
        <w:t xml:space="preserve">, </w:t>
      </w:r>
      <w:proofErr w:type="spellStart"/>
      <w:r>
        <w:t>tanggung</w:t>
      </w:r>
      <w:proofErr w:type="spellEnd"/>
      <w:r>
        <w:t xml:space="preserve"> </w:t>
      </w:r>
      <w:proofErr w:type="spellStart"/>
      <w:r>
        <w:t>jawab</w:t>
      </w:r>
      <w:proofErr w:type="spellEnd"/>
      <w:r>
        <w:t xml:space="preserve">, dan </w:t>
      </w:r>
      <w:proofErr w:type="spellStart"/>
      <w:r>
        <w:t>evaluasi</w:t>
      </w:r>
      <w:proofErr w:type="spellEnd"/>
      <w:r>
        <w:t xml:space="preserve"> juga </w:t>
      </w:r>
      <w:proofErr w:type="spellStart"/>
      <w:r>
        <w:t>diperlukan</w:t>
      </w:r>
      <w:proofErr w:type="spellEnd"/>
      <w:r>
        <w:t xml:space="preserve"> agar </w:t>
      </w:r>
      <w:proofErr w:type="spellStart"/>
      <w:r>
        <w:t>pelayanan</w:t>
      </w:r>
      <w:proofErr w:type="spellEnd"/>
      <w:r>
        <w:t xml:space="preserve"> </w:t>
      </w:r>
      <w:proofErr w:type="spellStart"/>
      <w:r>
        <w:t>dapat</w:t>
      </w:r>
      <w:proofErr w:type="spellEnd"/>
      <w:r>
        <w:t xml:space="preserve"> </w:t>
      </w:r>
      <w:proofErr w:type="spellStart"/>
      <w:r>
        <w:t>berjalan</w:t>
      </w:r>
      <w:proofErr w:type="spellEnd"/>
      <w:r>
        <w:t xml:space="preserve"> </w:t>
      </w:r>
      <w:proofErr w:type="spellStart"/>
      <w:r>
        <w:t>dengan</w:t>
      </w:r>
      <w:proofErr w:type="spellEnd"/>
      <w:r>
        <w:t xml:space="preserve"> </w:t>
      </w:r>
      <w:proofErr w:type="spellStart"/>
      <w:r>
        <w:t>baik</w:t>
      </w:r>
      <w:proofErr w:type="spellEnd"/>
      <w:r>
        <w:t>.</w:t>
      </w:r>
    </w:p>
    <w:p w14:paraId="4BA8852E" w14:textId="5B993786" w:rsidR="009138E9" w:rsidRPr="009138E9" w:rsidRDefault="009138E9" w:rsidP="009138E9">
      <w:proofErr w:type="spellStart"/>
      <w:r>
        <w:t>Kepemimpinan</w:t>
      </w:r>
      <w:proofErr w:type="spellEnd"/>
      <w:r>
        <w:t xml:space="preserve"> yang </w:t>
      </w:r>
      <w:proofErr w:type="spellStart"/>
      <w:r>
        <w:t>sehat</w:t>
      </w:r>
      <w:proofErr w:type="spellEnd"/>
      <w:r>
        <w:t xml:space="preserve"> </w:t>
      </w:r>
      <w:proofErr w:type="spellStart"/>
      <w:r>
        <w:t>bukan</w:t>
      </w:r>
      <w:proofErr w:type="spellEnd"/>
      <w:r>
        <w:t xml:space="preserve"> </w:t>
      </w:r>
      <w:proofErr w:type="spellStart"/>
      <w:r>
        <w:t>berarti</w:t>
      </w:r>
      <w:proofErr w:type="spellEnd"/>
      <w:r>
        <w:t xml:space="preserve"> </w:t>
      </w:r>
      <w:proofErr w:type="spellStart"/>
      <w:r>
        <w:t>tidak</w:t>
      </w:r>
      <w:proofErr w:type="spellEnd"/>
      <w:r>
        <w:t xml:space="preserve"> </w:t>
      </w:r>
      <w:proofErr w:type="spellStart"/>
      <w:r>
        <w:t>pernah</w:t>
      </w:r>
      <w:proofErr w:type="spellEnd"/>
      <w:r>
        <w:t xml:space="preserve"> </w:t>
      </w:r>
      <w:proofErr w:type="spellStart"/>
      <w:r>
        <w:t>menghadapi</w:t>
      </w:r>
      <w:proofErr w:type="spellEnd"/>
      <w:r>
        <w:t xml:space="preserve"> </w:t>
      </w:r>
      <w:proofErr w:type="spellStart"/>
      <w:r>
        <w:t>masalah</w:t>
      </w:r>
      <w:proofErr w:type="spellEnd"/>
      <w:r>
        <w:t xml:space="preserve">, </w:t>
      </w:r>
      <w:proofErr w:type="spellStart"/>
      <w:r>
        <w:t>melainkan</w:t>
      </w:r>
      <w:proofErr w:type="spellEnd"/>
      <w:r>
        <w:t xml:space="preserve"> </w:t>
      </w:r>
      <w:proofErr w:type="spellStart"/>
      <w:r>
        <w:t>kesediaan</w:t>
      </w:r>
      <w:proofErr w:type="spellEnd"/>
      <w:r>
        <w:t xml:space="preserve"> </w:t>
      </w:r>
      <w:proofErr w:type="spellStart"/>
      <w:r>
        <w:t>untuk</w:t>
      </w:r>
      <w:proofErr w:type="spellEnd"/>
      <w:r>
        <w:t xml:space="preserve"> </w:t>
      </w:r>
      <w:proofErr w:type="spellStart"/>
      <w:r>
        <w:t>menghadapi</w:t>
      </w:r>
      <w:proofErr w:type="spellEnd"/>
      <w:r>
        <w:t xml:space="preserve"> </w:t>
      </w:r>
      <w:proofErr w:type="spellStart"/>
      <w:r>
        <w:t>masalah</w:t>
      </w:r>
      <w:proofErr w:type="spellEnd"/>
      <w:r>
        <w:t xml:space="preserve"> </w:t>
      </w:r>
      <w:proofErr w:type="spellStart"/>
      <w:r>
        <w:t>dengan</w:t>
      </w:r>
      <w:proofErr w:type="spellEnd"/>
      <w:r>
        <w:t xml:space="preserve"> </w:t>
      </w:r>
      <w:proofErr w:type="spellStart"/>
      <w:r>
        <w:t>bijaksana</w:t>
      </w:r>
      <w:proofErr w:type="spellEnd"/>
      <w:r>
        <w:t xml:space="preserve"> dan </w:t>
      </w:r>
      <w:proofErr w:type="spellStart"/>
      <w:r>
        <w:t>berdasarkan</w:t>
      </w:r>
      <w:proofErr w:type="spellEnd"/>
      <w:r>
        <w:t xml:space="preserve"> </w:t>
      </w:r>
      <w:proofErr w:type="spellStart"/>
      <w:r>
        <w:t>nilai-nilai</w:t>
      </w:r>
      <w:proofErr w:type="spellEnd"/>
      <w:r>
        <w:t xml:space="preserve"> Kristen. Ketika </w:t>
      </w:r>
      <w:proofErr w:type="spellStart"/>
      <w:r>
        <w:t>pemimpin</w:t>
      </w:r>
      <w:proofErr w:type="spellEnd"/>
      <w:r>
        <w:t xml:space="preserve"> dan </w:t>
      </w:r>
      <w:proofErr w:type="spellStart"/>
      <w:r>
        <w:t>anggota</w:t>
      </w:r>
      <w:proofErr w:type="spellEnd"/>
      <w:r>
        <w:t xml:space="preserve"> </w:t>
      </w:r>
      <w:proofErr w:type="spellStart"/>
      <w:r>
        <w:t>saling</w:t>
      </w:r>
      <w:proofErr w:type="spellEnd"/>
      <w:r>
        <w:t xml:space="preserve"> </w:t>
      </w:r>
      <w:proofErr w:type="spellStart"/>
      <w:r>
        <w:t>menghargai</w:t>
      </w:r>
      <w:proofErr w:type="spellEnd"/>
      <w:r>
        <w:t xml:space="preserve">, </w:t>
      </w:r>
      <w:proofErr w:type="spellStart"/>
      <w:r>
        <w:t>mau</w:t>
      </w:r>
      <w:proofErr w:type="spellEnd"/>
      <w:r>
        <w:t xml:space="preserve"> </w:t>
      </w:r>
      <w:proofErr w:type="spellStart"/>
      <w:r>
        <w:t>belajar</w:t>
      </w:r>
      <w:proofErr w:type="spellEnd"/>
      <w:r>
        <w:t xml:space="preserve">, </w:t>
      </w:r>
      <w:proofErr w:type="spellStart"/>
      <w:r>
        <w:t>serta</w:t>
      </w:r>
      <w:proofErr w:type="spellEnd"/>
      <w:r>
        <w:t xml:space="preserve"> </w:t>
      </w:r>
      <w:proofErr w:type="spellStart"/>
      <w:r>
        <w:t>bertanggung</w:t>
      </w:r>
      <w:proofErr w:type="spellEnd"/>
      <w:r>
        <w:t xml:space="preserve"> </w:t>
      </w:r>
      <w:proofErr w:type="spellStart"/>
      <w:r>
        <w:t>jawab</w:t>
      </w:r>
      <w:proofErr w:type="spellEnd"/>
      <w:r>
        <w:t xml:space="preserve">, </w:t>
      </w:r>
      <w:proofErr w:type="spellStart"/>
      <w:r>
        <w:t>pelayanan</w:t>
      </w:r>
      <w:proofErr w:type="spellEnd"/>
      <w:r>
        <w:t xml:space="preserve"> </w:t>
      </w:r>
      <w:proofErr w:type="spellStart"/>
      <w:r>
        <w:t>musik</w:t>
      </w:r>
      <w:proofErr w:type="spellEnd"/>
      <w:r>
        <w:t xml:space="preserve"> </w:t>
      </w:r>
      <w:proofErr w:type="spellStart"/>
      <w:r>
        <w:t>gereja</w:t>
      </w:r>
      <w:proofErr w:type="spellEnd"/>
      <w:r>
        <w:t xml:space="preserve"> </w:t>
      </w:r>
      <w:proofErr w:type="spellStart"/>
      <w:r>
        <w:t>dapat</w:t>
      </w:r>
      <w:proofErr w:type="spellEnd"/>
      <w:r>
        <w:t xml:space="preserve"> </w:t>
      </w:r>
      <w:proofErr w:type="spellStart"/>
      <w:r>
        <w:t>menjadi</w:t>
      </w:r>
      <w:proofErr w:type="spellEnd"/>
      <w:r>
        <w:t xml:space="preserve"> </w:t>
      </w:r>
      <w:proofErr w:type="spellStart"/>
      <w:r>
        <w:t>lebih</w:t>
      </w:r>
      <w:proofErr w:type="spellEnd"/>
      <w:r>
        <w:t xml:space="preserve"> </w:t>
      </w:r>
      <w:proofErr w:type="spellStart"/>
      <w:r>
        <w:t>teratur</w:t>
      </w:r>
      <w:proofErr w:type="spellEnd"/>
      <w:r>
        <w:t xml:space="preserve">, </w:t>
      </w:r>
      <w:proofErr w:type="spellStart"/>
      <w:r>
        <w:t>harmonis</w:t>
      </w:r>
      <w:proofErr w:type="spellEnd"/>
      <w:r>
        <w:t xml:space="preserve">, dan </w:t>
      </w:r>
      <w:proofErr w:type="spellStart"/>
      <w:r>
        <w:t>bermakna</w:t>
      </w:r>
      <w:proofErr w:type="spellEnd"/>
      <w:r>
        <w:t xml:space="preserve"> </w:t>
      </w:r>
      <w:proofErr w:type="spellStart"/>
      <w:r>
        <w:t>bagi</w:t>
      </w:r>
      <w:proofErr w:type="spellEnd"/>
      <w:r>
        <w:t xml:space="preserve"> </w:t>
      </w:r>
      <w:proofErr w:type="spellStart"/>
      <w:r>
        <w:t>pertumbuhan</w:t>
      </w:r>
      <w:proofErr w:type="spellEnd"/>
      <w:r>
        <w:t xml:space="preserve"> </w:t>
      </w:r>
      <w:proofErr w:type="spellStart"/>
      <w:r>
        <w:t>iman</w:t>
      </w:r>
      <w:proofErr w:type="spellEnd"/>
      <w:r>
        <w:t xml:space="preserve"> </w:t>
      </w:r>
      <w:proofErr w:type="spellStart"/>
      <w:r>
        <w:t>jemaat</w:t>
      </w:r>
      <w:proofErr w:type="spellEnd"/>
      <w:r>
        <w:t>.</w:t>
      </w:r>
    </w:p>
    <w:p w14:paraId="6E6CFDDF" w14:textId="379ADE2D" w:rsidR="008E136B" w:rsidRDefault="009138E9">
      <w:pPr>
        <w:pStyle w:val="Heading1"/>
      </w:pPr>
      <w:r>
        <w:t>7</w:t>
      </w:r>
      <w:r w:rsidR="00000000">
        <w:t>. REFLEKSI TEOLOGIS DAN KRITIK TERHADAP PRAKTIK YANG KELIRU</w:t>
      </w:r>
    </w:p>
    <w:p w14:paraId="66545809" w14:textId="77777777" w:rsidR="008E136B" w:rsidRDefault="00000000">
      <w:pPr>
        <w:jc w:val="both"/>
      </w:pPr>
      <w:r>
        <w:t>Salah satu kekeliruan dalam pelayanan musik ialah menganggap bahwa suasana emosional yang kuat selalu membuktikan bahwa ibadah berhasil. Musik memang dapat memengaruhi emosi, membantu orang mengingat pengalaman iman, dan mengungkapkan sukacita atau kesedihan. Namun, emosi tidak boleh menjadi satu-satunya ukuran. Ibadah juga membentuk pemahaman, karakter, kesetiaan, dan tindakan sehari-hari. Musik yang membuat jemaat terharu tetapi timnya saling merendahkan menunjukkan adanya jarak antara ekspresi ibadah dan praktik etika.</w:t>
      </w:r>
    </w:p>
    <w:p w14:paraId="4CC22D35" w14:textId="77777777" w:rsidR="008E136B" w:rsidRDefault="00000000">
      <w:pPr>
        <w:jc w:val="both"/>
      </w:pPr>
      <w:r>
        <w:lastRenderedPageBreak/>
        <w:t>Kekeliruan kedua ialah memisahkan kemampuan musikal dari tanggung jawab moral. Ada anggapan bahwa orang yang berbakat harus diberi kebebasan lebih besar karena sulit digantikan. Pandangan ini berbahaya karena dapat membuat pemimpin menoleransi perilaku yang merusak. Karunia seharusnya memperbesar tanggung jawab, bukan menghapusnya. Semakin besar pengaruh seseorang, semakin penting ia memberi teladan dan bersedia dievaluasi.</w:t>
      </w:r>
    </w:p>
    <w:p w14:paraId="504D1F39" w14:textId="77777777" w:rsidR="008E136B" w:rsidRDefault="00000000">
      <w:pPr>
        <w:jc w:val="both"/>
      </w:pPr>
      <w:r>
        <w:t>Kekeliruan ketiga ialah menganggap bahwa pelayanan sukarela tidak membutuhkan tata kelola profesional. Walaupun anggota tidak menerima gaji, mereka tetap menggunakan waktu, tenaga, fasilitas, dan dana gereja. Profesional dalam konteks ini bukan berarti menjadikan gereja seperti perusahaan yang hanya mengejar hasil. Profesional berarti mempersiapkan diri, bekerja dengan tertib, menghormati orang lain, mengelola sumber daya secara jujur, dan berusaha memberikan pelayanan yang layak.</w:t>
      </w:r>
    </w:p>
    <w:p w14:paraId="39B3A6CC" w14:textId="77777777" w:rsidR="008E136B" w:rsidRDefault="00000000">
      <w:pPr>
        <w:jc w:val="both"/>
      </w:pPr>
      <w:r>
        <w:t>Kekeliruan keempat ialah menggunakan ungkapan 'yang penting hati' untuk menolak semua kritik teknis. Ketulusan hati memang penting, tetapi ketulusan tidak menggantikan latihan dan persiapan. Jika seseorang sungguh-sungguh ingin melayani, ia dapat menunjukkan ketulusan itu melalui kesediaan belajar dan menghormati jemaat. Sebaliknya, kemampuan teknis juga tidak boleh menjadi alasan untuk menolak pembinaan karakter. Hati dan keterampilan perlu berkembang bersama.</w:t>
      </w:r>
    </w:p>
    <w:p w14:paraId="3C12B8D3" w14:textId="77777777" w:rsidR="008E136B" w:rsidRDefault="00000000">
      <w:pPr>
        <w:jc w:val="both"/>
      </w:pPr>
      <w:r>
        <w:t>Kekeliruan kelima ialah menyamakan kesatuan dengan tidak adanya perbedaan pendapat. Tim yang sehat bukan tim yang tidak pernah berdebat, melainkan tim yang dapat membahas perbedaan dengan hormat dan mengambil keputusan secara bertanggung jawab. Ketika semua orang takut berbicara karena pemimpin mudah marah, kesunyian bukan tanda kesatuan. Bisa jadi itu tanda bahwa anggota tidak merasa aman.</w:t>
      </w:r>
    </w:p>
    <w:p w14:paraId="354952E4" w14:textId="77777777" w:rsidR="008E136B" w:rsidRDefault="00000000">
      <w:pPr>
        <w:jc w:val="both"/>
      </w:pPr>
      <w:r>
        <w:t>Pemimpin perlu memandang kritik sebagai kesempatan memeriksa apakah cara kerja tim sesuai dengan nilai yang diakui. Jika musik dimaksudkan untuk membangun jemaat, maka proses di balik musik juga harus membangun. Jika lagu mengajarkan kasih, cara latihan seharusnya tidak dipenuhi penghinaan. Jika tim menyanyikan tentang kesetiaan, anggota dan pemimpin perlu menunjukkan kesetiaan melalui tanggung jawab. Keselarasan antara pesan lagu dan perilaku pelayan merupakan kesaksian yang penting.</w:t>
      </w:r>
    </w:p>
    <w:p w14:paraId="58FDBF4E" w14:textId="77777777" w:rsidR="008E136B" w:rsidRDefault="00000000">
      <w:pPr>
        <w:jc w:val="both"/>
      </w:pPr>
      <w:r>
        <w:lastRenderedPageBreak/>
        <w:t>Dalam refleksi ini, pemimpin musik tidak dituntut menjadi manusia tanpa kelemahan. Yang dituntut ialah kesediaan untuk terus dibentuk, bertanggung jawab, dan memperbaiki kesalahan. Gereja perlu mendukung pemimpin dengan pelatihan, arahan pastoral, evaluasi yang sehat, dan pembagian tanggung jawab. Etika kepemimpinan bukan beban yang ditambahkan dari luar pelayanan, melainkan bagian dari kesaksian Injil yang ingin disampaikan melalui musik.</w:t>
      </w:r>
    </w:p>
    <w:p w14:paraId="19A1024F" w14:textId="77777777" w:rsidR="008E136B" w:rsidRDefault="00000000">
      <w:pPr>
        <w:pStyle w:val="Heading1"/>
      </w:pPr>
      <w:r>
        <w:t>PENUTUP</w:t>
      </w:r>
    </w:p>
    <w:p w14:paraId="50E2448D" w14:textId="77777777" w:rsidR="008E136B" w:rsidRDefault="00000000">
      <w:pPr>
        <w:pStyle w:val="Heading2"/>
      </w:pPr>
      <w:r>
        <w:t>Kesimpulan</w:t>
      </w:r>
    </w:p>
    <w:p w14:paraId="136CA360" w14:textId="77777777" w:rsidR="008E136B" w:rsidRDefault="00000000">
      <w:pPr>
        <w:jc w:val="both"/>
      </w:pPr>
      <w:r>
        <w:t>Etika kepemimpinan dalam pelayanan musik gereja merupakan bagian penting karena musik tidak hanya berhubungan dengan suara dan alat musik, tetapi juga dengan iman, karakter, relasi, dan kehidupan bersama jemaat. Pemimpin musik memiliki tanggung jawab untuk mengarahkan pelayanan agar mendukung ibadah, menolong jemaat berpartisipasi, dan membangun kehidupan rohani. Karena itu, keberhasilan pelayanan tidak cukup dinilai dari penampilan yang bagus, aransemen yang menarik, atau suasana yang emosional. Keberhasilan juga perlu dilihat dari cara tim bekerja, bagaimana anggotanya diperlakukan, serta apakah pelayanan mencerminkan kasih dan kebenaran.</w:t>
      </w:r>
    </w:p>
    <w:p w14:paraId="49C45EA9" w14:textId="77777777" w:rsidR="008E136B" w:rsidRDefault="00000000">
      <w:pPr>
        <w:jc w:val="both"/>
      </w:pPr>
      <w:r>
        <w:t>Alkitab memberikan dasar yang kuat bagi kepemimpinan musik. Kolose 3:16 mengingatkan bahwa nyanyian berkaitan dengan firman Kristus dan pembangunan iman. Efesus 5:19 menunjukkan bahwa nyanyian memiliki arah kepada Tuhan dan kepada sesama. Markus 10:42–45 menegaskan bahwa kepemimpinan Kristen adalah pelayanan, sedangkan 1 Korintus 12 mengingatkan bahwa anggota jemaat memiliki karunia yang berbeda dan saling membutuhkan. Prinsip-prinsip ini menolong pemimpin menghindari kesombongan, pilih kasih, manipulasi rohani, dan budaya yang hanya menghargai orang paling berbakat.</w:t>
      </w:r>
    </w:p>
    <w:p w14:paraId="0D70497F" w14:textId="77777777" w:rsidR="008E136B" w:rsidRDefault="00000000">
      <w:pPr>
        <w:jc w:val="both"/>
      </w:pPr>
      <w:r>
        <w:t>Pemimpin musik yang beretika perlu memiliki kerendahan hati, kejujuran, disiplin, empati, keadilan, dan kemauan untuk terus belajar. Ia harus menyiapkan pelayanan dengan baik, memilih lagu secara bertanggung jawab, menjaga komunikasi, membina anggota, mengelola dana dengan transparan, menghormati batas kemampuan manusia, dan membuka diri terhadap evaluasi. Sikap melayani tidak berarti mengabaikan standar, sedangkan standar yang tinggi tidak boleh menjadi alasan untuk merendahkan orang lain. Kualitas dan kepedulian harus berjalan bersama.</w:t>
      </w:r>
    </w:p>
    <w:p w14:paraId="27C04748" w14:textId="77777777" w:rsidR="008E136B" w:rsidRDefault="00000000">
      <w:pPr>
        <w:jc w:val="both"/>
      </w:pPr>
      <w:r>
        <w:lastRenderedPageBreak/>
        <w:t>Contoh-contoh kasus memperlihatkan bahwa konflik dalam tim musik sering muncul ketika kemampuan dianggap lebih penting daripada karakter, perbedaan selera berubah menjadi serangan pribadi, aturan diterapkan secara tidak adil, atau penggunaan sumber daya tidak transparan. Penyelesaian masalah membutuhkan komunikasi yang jelas, pemeriksaan fakta, prinsip Alkitab, aturan gereja, dan kesediaan mengambil langkah perbaikan. Pemimpin juga perlu mengembangkan regenerasi agar pelayanan tidak bergantung pada satu orang dan agar anggota baru memperoleh kesempatan untuk bertumbuh.</w:t>
      </w:r>
    </w:p>
    <w:p w14:paraId="167B6D33" w14:textId="77777777" w:rsidR="008E136B" w:rsidRDefault="00000000">
      <w:pPr>
        <w:jc w:val="both"/>
      </w:pPr>
      <w:r>
        <w:t>Pada akhirnya, musik gereja seharusnya menjadi ruang tempat kasih, keadilan, kerendahan hati, dan kesetiaan dapat terlihat secara nyata. Tim yang menyanyikan tentang kasih Kristus dipanggil untuk saling memperlakukan dengan kasih. Pemimpin yang memimpin jemaat menyanyikan tentang kesetiaan dipanggil untuk menjadi pribadi yang dapat dipercaya. Ketika karakter dan kemampuan musik berkembang bersama, pelayanan musik tidak hanya menghasilkan bunyi yang indah, tetapi juga membangun komunitas yang memberi kesaksian tentang Injil.</w:t>
      </w:r>
    </w:p>
    <w:p w14:paraId="1819016A" w14:textId="77777777" w:rsidR="008E136B" w:rsidRDefault="00000000">
      <w:pPr>
        <w:pStyle w:val="Heading2"/>
      </w:pPr>
      <w:r>
        <w:t>Saran</w:t>
      </w:r>
    </w:p>
    <w:p w14:paraId="125808B7" w14:textId="77777777" w:rsidR="008E136B" w:rsidRDefault="00000000">
      <w:pPr>
        <w:jc w:val="both"/>
      </w:pPr>
      <w:r>
        <w:t>Gereja perlu memberi perhatian pada pembinaan karakter dan kemampuan teknis secara seimbang. Pemimpin musik sebaiknya menyusun aturan pelayanan yang jelas, melakukan evaluasi berkala, membangun mekanisme akuntabilitas, dan menyediakan ruang pembinaan bagi anggota dengan tingkat kemampuan yang berbeda. Anggota tim juga perlu mengambil tanggung jawab untuk mempersiapkan diri, menghormati sesama, dan menyampaikan masalah secara terbuka. Dengan langkah-langkah tersebut, pelayanan musik dapat menjadi pelayanan yang tertib, sehat, inklusif, dan tetap berpusat pada Allah.</w:t>
      </w:r>
    </w:p>
    <w:p w14:paraId="565319B7" w14:textId="77777777" w:rsidR="008E136B" w:rsidRDefault="00000000">
      <w:pPr>
        <w:pStyle w:val="Heading1"/>
      </w:pPr>
      <w:r>
        <w:t>DAFTAR PUSTAKA</w:t>
      </w:r>
    </w:p>
    <w:p w14:paraId="39E0B553" w14:textId="77777777" w:rsidR="008E136B" w:rsidRDefault="00000000">
      <w:pPr>
        <w:spacing w:line="276" w:lineRule="auto"/>
        <w:ind w:left="504" w:hanging="504"/>
        <w:jc w:val="both"/>
      </w:pPr>
      <w:r>
        <w:t>Best, H. (2003). Unceasing Worship: Biblical Perspectives on Worship and the Arts. Downers Grove, IL: InterVarsity Press.</w:t>
      </w:r>
    </w:p>
    <w:p w14:paraId="7C990B70" w14:textId="77777777" w:rsidR="008E136B" w:rsidRDefault="00000000">
      <w:pPr>
        <w:spacing w:line="276" w:lineRule="auto"/>
        <w:ind w:left="504" w:hanging="504"/>
        <w:jc w:val="both"/>
      </w:pPr>
      <w:r>
        <w:t>Begbie, J. S. (2000). Theology, Music and Time. Cambridge: Cambridge University Press.</w:t>
      </w:r>
    </w:p>
    <w:p w14:paraId="1658C32C" w14:textId="77777777" w:rsidR="008E136B" w:rsidRDefault="00000000">
      <w:pPr>
        <w:spacing w:line="276" w:lineRule="auto"/>
        <w:ind w:left="504" w:hanging="504"/>
        <w:jc w:val="both"/>
      </w:pPr>
      <w:r>
        <w:t>Corbitt, J. N. (1998). The Sound of the Harvest: Music's Mission in Church and Culture. Grand Rapids, MI: Baker Books.</w:t>
      </w:r>
    </w:p>
    <w:p w14:paraId="66442FA5" w14:textId="77777777" w:rsidR="008E136B" w:rsidRDefault="00000000">
      <w:pPr>
        <w:spacing w:line="276" w:lineRule="auto"/>
        <w:ind w:left="504" w:hanging="504"/>
        <w:jc w:val="both"/>
      </w:pPr>
      <w:r>
        <w:lastRenderedPageBreak/>
        <w:t>Johansson, C. M. (1998). Music &amp; Ministry: A Biblical Counterpoint (2nd ed.). Peabody, MA: Hendrickson Publishers.</w:t>
      </w:r>
    </w:p>
    <w:p w14:paraId="60E4C3C7" w14:textId="77777777" w:rsidR="008E136B" w:rsidRDefault="00000000">
      <w:pPr>
        <w:spacing w:line="276" w:lineRule="auto"/>
        <w:ind w:left="504" w:hanging="504"/>
        <w:jc w:val="both"/>
      </w:pPr>
      <w:r>
        <w:t>MacLachlan, H. (2022). Church Music Leaders in the USA: Prioritizing Technical Competence and Inclusion. Yale Journal of Music &amp; Religion, 8(2). https://doi.org/10.17132/2377-231X.1241</w:t>
      </w:r>
    </w:p>
    <w:p w14:paraId="43378647" w14:textId="77777777" w:rsidR="008E136B" w:rsidRDefault="00000000">
      <w:pPr>
        <w:spacing w:line="276" w:lineRule="auto"/>
        <w:ind w:left="504" w:hanging="504"/>
        <w:jc w:val="both"/>
      </w:pPr>
      <w:r>
        <w:t>Myrick, N. (2021). Music for Others: Care, Justice, and Relational Ethics in Christian Music. New York: Oxford University Press.</w:t>
      </w:r>
    </w:p>
    <w:p w14:paraId="44273B97" w14:textId="77777777" w:rsidR="008E136B" w:rsidRDefault="00000000">
      <w:pPr>
        <w:spacing w:line="276" w:lineRule="auto"/>
        <w:ind w:left="504" w:hanging="504"/>
        <w:jc w:val="both"/>
      </w:pPr>
      <w:r>
        <w:t>Myrick, N., &amp; Porter, M. (Eds.). (2021). Ethics and Christian Musicking. New York: Routledge.</w:t>
      </w:r>
    </w:p>
    <w:p w14:paraId="3025FBFA" w14:textId="77777777" w:rsidR="008E136B" w:rsidRDefault="00000000">
      <w:pPr>
        <w:spacing w:line="276" w:lineRule="auto"/>
        <w:ind w:left="504" w:hanging="504"/>
        <w:jc w:val="both"/>
      </w:pPr>
      <w:r>
        <w:t>Perry, A. (2018). Biblical Theology for Ethical Leadership: Leaders from Beginning to End. Cham: Springer. https://doi.org/10.1007/978-3-319-75043-9</w:t>
      </w:r>
    </w:p>
    <w:p w14:paraId="3C4083C8" w14:textId="77777777" w:rsidR="008E136B" w:rsidRDefault="00000000">
      <w:pPr>
        <w:spacing w:line="276" w:lineRule="auto"/>
        <w:ind w:left="504" w:hanging="504"/>
        <w:jc w:val="both"/>
      </w:pPr>
      <w:r>
        <w:t>Schröder, J. (2021). Academic Music Ministry Training from a Practical-Theological Perspective. Acta Theologica, Supplement 31, 209–232. https://doi.org/10.4314/actat.v31i1</w:t>
      </w:r>
    </w:p>
    <w:p w14:paraId="120C60F5" w14:textId="77777777" w:rsidR="008E136B" w:rsidRDefault="00000000">
      <w:pPr>
        <w:spacing w:line="276" w:lineRule="auto"/>
        <w:ind w:left="504" w:hanging="504"/>
        <w:jc w:val="both"/>
      </w:pPr>
      <w:r>
        <w:t>Utomo, Y. K. (2022). Manajemen dalam Mengembangkan Pelayanan Musik Gerejawi. Shift Key: Jurnal Teologi dan Pengembangan Pelayanan, 13(1). https://doi.org/10.37465/shiftkey.v13i1.320</w:t>
      </w:r>
    </w:p>
    <w:p w14:paraId="7FF04D8C" w14:textId="77777777" w:rsidR="008E136B" w:rsidRDefault="00000000">
      <w:pPr>
        <w:spacing w:line="276" w:lineRule="auto"/>
        <w:ind w:left="504" w:hanging="504"/>
        <w:jc w:val="both"/>
      </w:pPr>
      <w:r>
        <w:t>Risna. (2023). Manajemen Pelayanan Musik dalam Ibadah Hari Minggu Ditinjau dari Perspektif Etika. Sandaoni.</w:t>
      </w:r>
    </w:p>
    <w:p w14:paraId="40DBFD0E" w14:textId="77777777" w:rsidR="008E136B" w:rsidRDefault="00000000">
      <w:pPr>
        <w:spacing w:line="276" w:lineRule="auto"/>
        <w:ind w:left="504" w:hanging="504"/>
        <w:jc w:val="both"/>
      </w:pPr>
      <w:r>
        <w:t>Willimon, W. H. (2002). Pastor: The Theology and Practice of Ordained Ministry (Rev. ed.). Nashville, TN: Abingdon Press.</w:t>
      </w:r>
    </w:p>
    <w:p w14:paraId="5287CC0A" w14:textId="77777777" w:rsidR="008E136B" w:rsidRDefault="00000000">
      <w:pPr>
        <w:spacing w:line="276" w:lineRule="auto"/>
        <w:ind w:left="504" w:hanging="504"/>
        <w:jc w:val="both"/>
      </w:pPr>
      <w:r>
        <w:t>Greenleaf, R. K. (2002). Servant Leadership: A Journey into the Nature of Legitimate Power and Greatness. Mahwah, NJ: Paulist Press.</w:t>
      </w:r>
    </w:p>
    <w:p w14:paraId="3EAB8030" w14:textId="77777777" w:rsidR="008E136B" w:rsidRDefault="00000000">
      <w:pPr>
        <w:spacing w:line="276" w:lineRule="auto"/>
        <w:ind w:left="504" w:hanging="504"/>
        <w:jc w:val="both"/>
      </w:pPr>
      <w:r>
        <w:t>Northouse, P. G. (2021). Leadership: Theory and Practice (9th ed.). Thousand Oaks, CA: SAGE Publications.</w:t>
      </w:r>
    </w:p>
    <w:p w14:paraId="54618222" w14:textId="77777777" w:rsidR="008E136B" w:rsidRDefault="00000000">
      <w:pPr>
        <w:spacing w:line="276" w:lineRule="auto"/>
        <w:ind w:left="504" w:hanging="504"/>
        <w:jc w:val="both"/>
      </w:pPr>
      <w:r>
        <w:t>Peterson, E. H. (1987). Working the Angles: The Shape of Pastoral Integrity. Grand Rapids, MI: Eerdmans.</w:t>
      </w:r>
    </w:p>
    <w:p w14:paraId="3BCA443E" w14:textId="77777777" w:rsidR="008E136B" w:rsidRDefault="00000000">
      <w:pPr>
        <w:spacing w:line="276" w:lineRule="auto"/>
        <w:ind w:left="504" w:hanging="504"/>
        <w:jc w:val="both"/>
      </w:pPr>
      <w:r>
        <w:t>Warren, M. (2014). The Social Roots of Risk: Producing Disasters, Promoting Resilience. Stanford, CA: Stanford University Press.</w:t>
      </w:r>
    </w:p>
    <w:p w14:paraId="0F5BB19A" w14:textId="743F66A2" w:rsidR="006277B9" w:rsidRDefault="00B71FFB" w:rsidP="006277B9">
      <w:pPr>
        <w:spacing w:line="276" w:lineRule="auto"/>
        <w:ind w:left="504" w:hanging="504"/>
        <w:jc w:val="both"/>
      </w:pPr>
      <w:proofErr w:type="spellStart"/>
      <w:r>
        <w:t>Rusmansyah</w:t>
      </w:r>
      <w:proofErr w:type="spellEnd"/>
      <w:r>
        <w:t xml:space="preserve">, A. (2009). Musik </w:t>
      </w:r>
      <w:proofErr w:type="spellStart"/>
      <w:r>
        <w:t>liturgi</w:t>
      </w:r>
      <w:proofErr w:type="spellEnd"/>
      <w:r>
        <w:t xml:space="preserve"> </w:t>
      </w:r>
      <w:proofErr w:type="spellStart"/>
      <w:r>
        <w:t>Gereja</w:t>
      </w:r>
      <w:proofErr w:type="spellEnd"/>
      <w:r>
        <w:t xml:space="preserve"> </w:t>
      </w:r>
      <w:proofErr w:type="spellStart"/>
      <w:r>
        <w:t>Katolik</w:t>
      </w:r>
      <w:proofErr w:type="spellEnd"/>
      <w:r>
        <w:t xml:space="preserve">. Musik </w:t>
      </w:r>
      <w:proofErr w:type="spellStart"/>
      <w:r>
        <w:t>Liturgi</w:t>
      </w:r>
      <w:proofErr w:type="spellEnd"/>
      <w:r>
        <w:t xml:space="preserve"> </w:t>
      </w:r>
      <w:proofErr w:type="spellStart"/>
      <w:r>
        <w:t>Gereja</w:t>
      </w:r>
      <w:proofErr w:type="spellEnd"/>
      <w:r>
        <w:t xml:space="preserve"> </w:t>
      </w:r>
      <w:proofErr w:type="spellStart"/>
      <w:r>
        <w:t>Katolik</w:t>
      </w:r>
      <w:proofErr w:type="spellEnd"/>
      <w:r>
        <w:t>, 2(50), 38–94.</w:t>
      </w:r>
    </w:p>
    <w:p w14:paraId="5EC109F0" w14:textId="3F515115" w:rsidR="00B71FFB" w:rsidRDefault="00B71FFB" w:rsidP="006277B9">
      <w:pPr>
        <w:spacing w:line="276" w:lineRule="auto"/>
        <w:ind w:left="504" w:hanging="504"/>
        <w:jc w:val="both"/>
      </w:pPr>
      <w:r>
        <w:t xml:space="preserve">Setiawan, K. A. (2003). Musik </w:t>
      </w:r>
      <w:proofErr w:type="spellStart"/>
      <w:r>
        <w:t>dalam</w:t>
      </w:r>
      <w:proofErr w:type="spellEnd"/>
      <w:r>
        <w:t xml:space="preserve"> </w:t>
      </w:r>
      <w:proofErr w:type="spellStart"/>
      <w:r>
        <w:t>Perjanjian</w:t>
      </w:r>
      <w:proofErr w:type="spellEnd"/>
      <w:r>
        <w:t xml:space="preserve"> Baru: </w:t>
      </w:r>
      <w:proofErr w:type="spellStart"/>
      <w:r>
        <w:t>Bermazmur</w:t>
      </w:r>
      <w:proofErr w:type="spellEnd"/>
      <w:r>
        <w:t xml:space="preserve"> dan </w:t>
      </w:r>
      <w:proofErr w:type="spellStart"/>
      <w:r>
        <w:t>bernyanyi</w:t>
      </w:r>
      <w:proofErr w:type="spellEnd"/>
      <w:r>
        <w:t xml:space="preserve"> </w:t>
      </w:r>
      <w:proofErr w:type="spellStart"/>
      <w:r>
        <w:t>dalam</w:t>
      </w:r>
      <w:proofErr w:type="spellEnd"/>
      <w:r>
        <w:t xml:space="preserve"> </w:t>
      </w:r>
      <w:proofErr w:type="spellStart"/>
      <w:r>
        <w:t>Efesus</w:t>
      </w:r>
      <w:proofErr w:type="spellEnd"/>
      <w:r>
        <w:t xml:space="preserve"> 5:19–20. </w:t>
      </w:r>
      <w:proofErr w:type="spellStart"/>
      <w:r>
        <w:t>Jurnal</w:t>
      </w:r>
      <w:proofErr w:type="spellEnd"/>
      <w:r>
        <w:t xml:space="preserve"> </w:t>
      </w:r>
      <w:proofErr w:type="spellStart"/>
      <w:r>
        <w:t>Theologia</w:t>
      </w:r>
      <w:proofErr w:type="spellEnd"/>
      <w:r>
        <w:t xml:space="preserve"> Aletheia, 8, 15–26.</w:t>
      </w:r>
    </w:p>
    <w:p w14:paraId="5AC59F0F" w14:textId="44E83E28" w:rsidR="00B71FFB" w:rsidRDefault="00B71FFB" w:rsidP="006277B9">
      <w:pPr>
        <w:spacing w:line="276" w:lineRule="auto"/>
        <w:ind w:left="504" w:hanging="504"/>
        <w:jc w:val="both"/>
      </w:pPr>
      <w:proofErr w:type="spellStart"/>
      <w:r>
        <w:lastRenderedPageBreak/>
        <w:t>Sutandio</w:t>
      </w:r>
      <w:proofErr w:type="spellEnd"/>
      <w:r>
        <w:t xml:space="preserve">, Y. (2003). Sejarah </w:t>
      </w:r>
      <w:proofErr w:type="spellStart"/>
      <w:r>
        <w:t>perkembangan</w:t>
      </w:r>
      <w:proofErr w:type="spellEnd"/>
      <w:r>
        <w:t xml:space="preserve"> </w:t>
      </w:r>
      <w:proofErr w:type="spellStart"/>
      <w:r>
        <w:t>nyanyian</w:t>
      </w:r>
      <w:proofErr w:type="spellEnd"/>
      <w:r>
        <w:t xml:space="preserve"> </w:t>
      </w:r>
      <w:proofErr w:type="spellStart"/>
      <w:r>
        <w:t>jemaat</w:t>
      </w:r>
      <w:proofErr w:type="spellEnd"/>
      <w:r>
        <w:t xml:space="preserve"> (</w:t>
      </w:r>
      <w:proofErr w:type="spellStart"/>
      <w:r>
        <w:t>dari</w:t>
      </w:r>
      <w:proofErr w:type="spellEnd"/>
      <w:r>
        <w:t xml:space="preserve"> masa </w:t>
      </w:r>
      <w:proofErr w:type="spellStart"/>
      <w:r>
        <w:t>Perjanjian</w:t>
      </w:r>
      <w:proofErr w:type="spellEnd"/>
      <w:r>
        <w:t xml:space="preserve"> Lama </w:t>
      </w:r>
      <w:proofErr w:type="spellStart"/>
      <w:r>
        <w:t>sampai</w:t>
      </w:r>
      <w:proofErr w:type="spellEnd"/>
      <w:r>
        <w:t xml:space="preserve"> </w:t>
      </w:r>
      <w:proofErr w:type="spellStart"/>
      <w:r>
        <w:t>dengan</w:t>
      </w:r>
      <w:proofErr w:type="spellEnd"/>
      <w:r>
        <w:t xml:space="preserve"> </w:t>
      </w:r>
      <w:proofErr w:type="spellStart"/>
      <w:r>
        <w:t>abad</w:t>
      </w:r>
      <w:proofErr w:type="spellEnd"/>
      <w:r>
        <w:t xml:space="preserve"> ke-19) dan </w:t>
      </w:r>
      <w:proofErr w:type="spellStart"/>
      <w:r>
        <w:t>pengaruhnya</w:t>
      </w:r>
      <w:proofErr w:type="spellEnd"/>
      <w:r>
        <w:t xml:space="preserve"> di </w:t>
      </w:r>
      <w:proofErr w:type="spellStart"/>
      <w:r>
        <w:t>dalam</w:t>
      </w:r>
      <w:proofErr w:type="spellEnd"/>
      <w:r>
        <w:t xml:space="preserve"> </w:t>
      </w:r>
      <w:proofErr w:type="spellStart"/>
      <w:r>
        <w:t>sejarah</w:t>
      </w:r>
      <w:proofErr w:type="spellEnd"/>
      <w:r>
        <w:t xml:space="preserve"> </w:t>
      </w:r>
      <w:proofErr w:type="spellStart"/>
      <w:r>
        <w:t>gereja</w:t>
      </w:r>
      <w:proofErr w:type="spellEnd"/>
      <w:r>
        <w:t xml:space="preserve">. </w:t>
      </w:r>
      <w:proofErr w:type="spellStart"/>
      <w:r>
        <w:t>Jurnal</w:t>
      </w:r>
      <w:proofErr w:type="spellEnd"/>
      <w:r>
        <w:t xml:space="preserve"> </w:t>
      </w:r>
      <w:proofErr w:type="spellStart"/>
      <w:r>
        <w:t>Theologia</w:t>
      </w:r>
      <w:proofErr w:type="spellEnd"/>
      <w:r>
        <w:t xml:space="preserve"> Aletheia, 5(8).</w:t>
      </w:r>
    </w:p>
    <w:p w14:paraId="7BDC3D46" w14:textId="7F5F7E66" w:rsidR="00B71FFB" w:rsidRDefault="00B71FFB" w:rsidP="006277B9">
      <w:pPr>
        <w:spacing w:line="276" w:lineRule="auto"/>
        <w:ind w:left="504" w:hanging="504"/>
        <w:jc w:val="both"/>
      </w:pPr>
      <w:proofErr w:type="spellStart"/>
      <w:r>
        <w:t>Tandei</w:t>
      </w:r>
      <w:proofErr w:type="spellEnd"/>
      <w:r>
        <w:t xml:space="preserve">, S. E. (2014). </w:t>
      </w:r>
      <w:proofErr w:type="spellStart"/>
      <w:r>
        <w:t>Tinjauan</w:t>
      </w:r>
      <w:proofErr w:type="spellEnd"/>
      <w:r>
        <w:t xml:space="preserve"> </w:t>
      </w:r>
      <w:proofErr w:type="spellStart"/>
      <w:r>
        <w:t>historis</w:t>
      </w:r>
      <w:proofErr w:type="spellEnd"/>
      <w:r>
        <w:t xml:space="preserve"> </w:t>
      </w:r>
      <w:proofErr w:type="spellStart"/>
      <w:r>
        <w:t>perkembangan</w:t>
      </w:r>
      <w:proofErr w:type="spellEnd"/>
      <w:r>
        <w:t xml:space="preserve"> </w:t>
      </w:r>
      <w:proofErr w:type="spellStart"/>
      <w:r>
        <w:t>musik</w:t>
      </w:r>
      <w:proofErr w:type="spellEnd"/>
      <w:r>
        <w:t xml:space="preserve"> </w:t>
      </w:r>
      <w:proofErr w:type="spellStart"/>
      <w:r>
        <w:t>gerejawi</w:t>
      </w:r>
      <w:proofErr w:type="spellEnd"/>
      <w:r>
        <w:t xml:space="preserve"> di </w:t>
      </w:r>
      <w:proofErr w:type="spellStart"/>
      <w:r>
        <w:t>dalam</w:t>
      </w:r>
      <w:proofErr w:type="spellEnd"/>
      <w:r>
        <w:t xml:space="preserve"> </w:t>
      </w:r>
      <w:proofErr w:type="spellStart"/>
      <w:r>
        <w:t>gereja-gereja</w:t>
      </w:r>
      <w:proofErr w:type="spellEnd"/>
      <w:r>
        <w:t xml:space="preserve"> </w:t>
      </w:r>
      <w:proofErr w:type="spellStart"/>
      <w:r>
        <w:t>independen</w:t>
      </w:r>
      <w:proofErr w:type="spellEnd"/>
      <w:r>
        <w:t xml:space="preserve"> (Free Churches) dan </w:t>
      </w:r>
      <w:proofErr w:type="spellStart"/>
      <w:r>
        <w:t>implikasinya</w:t>
      </w:r>
      <w:proofErr w:type="spellEnd"/>
      <w:r>
        <w:t xml:space="preserve"> </w:t>
      </w:r>
      <w:proofErr w:type="spellStart"/>
      <w:r>
        <w:t>bagi</w:t>
      </w:r>
      <w:proofErr w:type="spellEnd"/>
      <w:r>
        <w:t xml:space="preserve"> </w:t>
      </w:r>
      <w:proofErr w:type="spellStart"/>
      <w:r>
        <w:t>penatalayanan</w:t>
      </w:r>
      <w:proofErr w:type="spellEnd"/>
      <w:r>
        <w:t xml:space="preserve"> </w:t>
      </w:r>
      <w:proofErr w:type="spellStart"/>
      <w:r>
        <w:t>musik</w:t>
      </w:r>
      <w:proofErr w:type="spellEnd"/>
      <w:r>
        <w:t xml:space="preserve"> </w:t>
      </w:r>
      <w:proofErr w:type="spellStart"/>
      <w:r>
        <w:t>gerejawi</w:t>
      </w:r>
      <w:proofErr w:type="spellEnd"/>
      <w:r>
        <w:t xml:space="preserve"> di masa </w:t>
      </w:r>
      <w:proofErr w:type="spellStart"/>
      <w:r>
        <w:t>kini</w:t>
      </w:r>
      <w:proofErr w:type="spellEnd"/>
      <w:r>
        <w:t xml:space="preserve">. Veritas: </w:t>
      </w:r>
      <w:proofErr w:type="spellStart"/>
      <w:r>
        <w:t>Jurnal</w:t>
      </w:r>
      <w:proofErr w:type="spellEnd"/>
      <w:r>
        <w:t xml:space="preserve"> </w:t>
      </w:r>
      <w:proofErr w:type="spellStart"/>
      <w:r>
        <w:t>Teologi</w:t>
      </w:r>
      <w:proofErr w:type="spellEnd"/>
      <w:r>
        <w:t xml:space="preserve"> dan </w:t>
      </w:r>
      <w:proofErr w:type="spellStart"/>
      <w:r>
        <w:t>Pelayanan</w:t>
      </w:r>
      <w:proofErr w:type="spellEnd"/>
      <w:r>
        <w:t xml:space="preserve">, 15(1), 81–106. </w:t>
      </w:r>
    </w:p>
    <w:p w14:paraId="64D61C46" w14:textId="4B27994B" w:rsidR="00B71FFB" w:rsidRDefault="00B71FFB" w:rsidP="00B71FFB">
      <w:pPr>
        <w:spacing w:line="276" w:lineRule="auto"/>
        <w:ind w:left="504" w:hanging="504"/>
        <w:jc w:val="both"/>
      </w:pPr>
      <w:proofErr w:type="spellStart"/>
      <w:r>
        <w:t>Tumanan</w:t>
      </w:r>
      <w:proofErr w:type="spellEnd"/>
      <w:r>
        <w:t xml:space="preserve">, Y. L. (2015). Ibadah </w:t>
      </w:r>
      <w:proofErr w:type="spellStart"/>
      <w:r>
        <w:t>kontemporer</w:t>
      </w:r>
      <w:proofErr w:type="spellEnd"/>
      <w:r>
        <w:t xml:space="preserve">: </w:t>
      </w:r>
      <w:proofErr w:type="spellStart"/>
      <w:r>
        <w:t>Sebuah</w:t>
      </w:r>
      <w:proofErr w:type="spellEnd"/>
      <w:r>
        <w:t xml:space="preserve"> </w:t>
      </w:r>
      <w:proofErr w:type="spellStart"/>
      <w:r>
        <w:t>analisis</w:t>
      </w:r>
      <w:proofErr w:type="spellEnd"/>
      <w:r>
        <w:t xml:space="preserve"> </w:t>
      </w:r>
      <w:proofErr w:type="spellStart"/>
      <w:r>
        <w:t>reflektif</w:t>
      </w:r>
      <w:proofErr w:type="spellEnd"/>
      <w:r>
        <w:t xml:space="preserve"> </w:t>
      </w:r>
      <w:proofErr w:type="spellStart"/>
      <w:r>
        <w:t>terhadap</w:t>
      </w:r>
      <w:proofErr w:type="spellEnd"/>
      <w:r>
        <w:t xml:space="preserve"> </w:t>
      </w:r>
      <w:proofErr w:type="spellStart"/>
      <w:r>
        <w:t>hadirnya</w:t>
      </w:r>
      <w:proofErr w:type="spellEnd"/>
      <w:r>
        <w:t xml:space="preserve"> </w:t>
      </w:r>
      <w:proofErr w:type="spellStart"/>
      <w:r>
        <w:t>budaya</w:t>
      </w:r>
      <w:proofErr w:type="spellEnd"/>
      <w:r>
        <w:t xml:space="preserve"> </w:t>
      </w:r>
      <w:proofErr w:type="spellStart"/>
      <w:r>
        <w:t>populer</w:t>
      </w:r>
      <w:proofErr w:type="spellEnd"/>
      <w:r>
        <w:t xml:space="preserve"> </w:t>
      </w:r>
      <w:proofErr w:type="spellStart"/>
      <w:r>
        <w:t>dalam</w:t>
      </w:r>
      <w:proofErr w:type="spellEnd"/>
      <w:r>
        <w:t xml:space="preserve"> </w:t>
      </w:r>
      <w:proofErr w:type="spellStart"/>
      <w:r>
        <w:t>gereja</w:t>
      </w:r>
      <w:proofErr w:type="spellEnd"/>
      <w:r>
        <w:t xml:space="preserve"> masa </w:t>
      </w:r>
      <w:proofErr w:type="spellStart"/>
      <w:r>
        <w:t>kini</w:t>
      </w:r>
      <w:proofErr w:type="spellEnd"/>
      <w:r>
        <w:t xml:space="preserve">. </w:t>
      </w:r>
      <w:proofErr w:type="spellStart"/>
      <w:r>
        <w:t>Jurnal</w:t>
      </w:r>
      <w:proofErr w:type="spellEnd"/>
      <w:r>
        <w:t xml:space="preserve"> Jaffray, 13(1).</w:t>
      </w:r>
    </w:p>
    <w:p w14:paraId="4EB9F1A5" w14:textId="2648DB62" w:rsidR="008E136B" w:rsidRDefault="008E136B">
      <w:pPr>
        <w:jc w:val="both"/>
      </w:pPr>
    </w:p>
    <w:sectPr w:rsidR="008E136B" w:rsidSect="00034616">
      <w:footerReference w:type="default" r:id="rId8"/>
      <w:pgSz w:w="12240" w:h="15840"/>
      <w:pgMar w:top="1440" w:right="144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E3C17" w14:textId="77777777" w:rsidR="00590A80" w:rsidRDefault="00590A80">
      <w:pPr>
        <w:spacing w:after="0" w:line="240" w:lineRule="auto"/>
      </w:pPr>
      <w:r>
        <w:separator/>
      </w:r>
    </w:p>
  </w:endnote>
  <w:endnote w:type="continuationSeparator" w:id="0">
    <w:p w14:paraId="562E2E1E" w14:textId="77777777" w:rsidR="00590A80" w:rsidRDefault="00590A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5CB41" w14:textId="77777777" w:rsidR="008E136B" w:rsidRDefault="00000000">
    <w:pPr>
      <w:pStyle w:val="Footer"/>
      <w:jc w:val="center"/>
    </w:pPr>
    <w:r>
      <w:fldChar w:fldCharType="begin"/>
    </w:r>
    <w:r>
      <w:instrText xml:space="preserve"> PAGE </w:instrText>
    </w:r>
    <w:r w:rsidR="00244838">
      <w:fldChar w:fldCharType="separate"/>
    </w:r>
    <w:r w:rsidR="0024483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65A62" w14:textId="77777777" w:rsidR="00590A80" w:rsidRDefault="00590A80">
      <w:pPr>
        <w:spacing w:after="0" w:line="240" w:lineRule="auto"/>
      </w:pPr>
      <w:r>
        <w:separator/>
      </w:r>
    </w:p>
  </w:footnote>
  <w:footnote w:type="continuationSeparator" w:id="0">
    <w:p w14:paraId="78E80D68" w14:textId="77777777" w:rsidR="00590A80" w:rsidRDefault="00590A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59697236">
    <w:abstractNumId w:val="8"/>
  </w:num>
  <w:num w:numId="2" w16cid:durableId="566460242">
    <w:abstractNumId w:val="6"/>
  </w:num>
  <w:num w:numId="3" w16cid:durableId="1556963597">
    <w:abstractNumId w:val="5"/>
  </w:num>
  <w:num w:numId="4" w16cid:durableId="1335188573">
    <w:abstractNumId w:val="4"/>
  </w:num>
  <w:num w:numId="5" w16cid:durableId="1104812757">
    <w:abstractNumId w:val="7"/>
  </w:num>
  <w:num w:numId="6" w16cid:durableId="1613439349">
    <w:abstractNumId w:val="3"/>
  </w:num>
  <w:num w:numId="7" w16cid:durableId="1757480736">
    <w:abstractNumId w:val="2"/>
  </w:num>
  <w:num w:numId="8" w16cid:durableId="387650303">
    <w:abstractNumId w:val="1"/>
  </w:num>
  <w:num w:numId="9" w16cid:durableId="842740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44838"/>
    <w:rsid w:val="0029639D"/>
    <w:rsid w:val="00326F90"/>
    <w:rsid w:val="004828D8"/>
    <w:rsid w:val="00590A80"/>
    <w:rsid w:val="006277B9"/>
    <w:rsid w:val="00747533"/>
    <w:rsid w:val="008E136B"/>
    <w:rsid w:val="009138E9"/>
    <w:rsid w:val="00AA1D8D"/>
    <w:rsid w:val="00B20FE2"/>
    <w:rsid w:val="00B47730"/>
    <w:rsid w:val="00B71FFB"/>
    <w:rsid w:val="00BF554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EA3FF4"/>
  <w14:defaultImageDpi w14:val="300"/>
  <w15:docId w15:val="{D72952C3-76AC-4A71-9032-83E658DE1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7355</Words>
  <Characters>41927</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Etika Kepemimpinan dalam Pelayanan Musik Gereja (Revisi)</vt:lpstr>
    </vt:vector>
  </TitlesOfParts>
  <Manager/>
  <Company/>
  <LinksUpToDate>false</LinksUpToDate>
  <CharactersWithSpaces>49184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Etika Kepemimpinan dalam Pelayanan Musik Gereja (Revisi)</dc:title>
  <dc:subject>Tulisan teologis-praktis tentang karakter, tanggung jawab, dan pelayanan musik</dc:subject>
  <dc:creator>python-docx</dc:creator>
  <cp:keywords/>
  <dc:description>generated by python-docx</dc:description>
  <cp:lastModifiedBy>windows</cp:lastModifiedBy>
  <cp:revision>2</cp:revision>
  <dcterms:created xsi:type="dcterms:W3CDTF">2026-10-26T16:16:00Z</dcterms:created>
  <dcterms:modified xsi:type="dcterms:W3CDTF">2026-10-26T16:16:00Z</dcterms:modified>
  <cp:category/>
</cp:coreProperties>
</file>