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C399D" w14:textId="05FFCF1C" w:rsidR="008449E7" w:rsidRPr="0067578B" w:rsidRDefault="009C373D" w:rsidP="008449E7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PROPOSAL </w:t>
      </w:r>
      <w:r w:rsidR="008449E7" w:rsidRPr="0067578B">
        <w:rPr>
          <w:rFonts w:cs="Times New Roman"/>
          <w:b/>
          <w:bCs/>
          <w:sz w:val="28"/>
          <w:szCs w:val="28"/>
        </w:rPr>
        <w:t xml:space="preserve">IBADAH LITURGI </w:t>
      </w:r>
      <w:r w:rsidR="008449E7">
        <w:rPr>
          <w:rFonts w:cs="Times New Roman"/>
          <w:b/>
          <w:bCs/>
          <w:sz w:val="28"/>
          <w:szCs w:val="28"/>
        </w:rPr>
        <w:t xml:space="preserve">PERNIKAHAN </w:t>
      </w:r>
    </w:p>
    <w:p w14:paraId="50849060" w14:textId="71AC0089" w:rsidR="009C373D" w:rsidRPr="00B525E4" w:rsidRDefault="008449E7" w:rsidP="00B525E4">
      <w:pPr>
        <w:spacing w:line="360" w:lineRule="auto"/>
        <w:jc w:val="center"/>
        <w:rPr>
          <w:b/>
          <w:bCs/>
          <w:sz w:val="36"/>
          <w:szCs w:val="36"/>
        </w:rPr>
      </w:pPr>
      <w:r w:rsidRPr="009C373D">
        <w:rPr>
          <w:noProof/>
          <w:sz w:val="36"/>
          <w:szCs w:val="36"/>
        </w:rPr>
        <w:drawing>
          <wp:inline distT="0" distB="0" distL="0" distR="0" wp14:anchorId="5B6F5B73" wp14:editId="0C77F984">
            <wp:extent cx="2664373" cy="2747418"/>
            <wp:effectExtent l="0" t="0" r="3175" b="0"/>
            <wp:docPr id="3829641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128" cy="2749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5DC30" w14:textId="646D4F35" w:rsidR="008449E7" w:rsidRPr="009C373D" w:rsidRDefault="008449E7" w:rsidP="008449E7">
      <w:pPr>
        <w:pStyle w:val="Normal1"/>
        <w:spacing w:line="360" w:lineRule="auto"/>
        <w:jc w:val="center"/>
        <w:rPr>
          <w:rFonts w:ascii="Times New Roman" w:eastAsia="Times New Roman" w:hAnsi="Times New Roman" w:cs="Times New Roman"/>
          <w:bCs/>
          <w:noProof/>
          <w:sz w:val="28"/>
          <w:szCs w:val="28"/>
          <w:lang w:val="id-ID"/>
        </w:rPr>
      </w:pPr>
      <w:r w:rsidRPr="009C373D">
        <w:rPr>
          <w:rFonts w:ascii="Times New Roman" w:eastAsia="Times New Roman" w:hAnsi="Times New Roman" w:cs="Times New Roman"/>
          <w:bCs/>
          <w:noProof/>
          <w:sz w:val="28"/>
          <w:szCs w:val="28"/>
          <w:lang w:val="id-ID"/>
        </w:rPr>
        <w:t>Tugas ini diajukan kepada Sekolah Tinggi Teologi “Intheos”</w:t>
      </w:r>
    </w:p>
    <w:p w14:paraId="779CDF26" w14:textId="77777777" w:rsidR="008449E7" w:rsidRPr="009C373D" w:rsidRDefault="008449E7" w:rsidP="008449E7">
      <w:pPr>
        <w:pStyle w:val="Normal1"/>
        <w:spacing w:line="360" w:lineRule="auto"/>
        <w:jc w:val="center"/>
        <w:rPr>
          <w:rFonts w:ascii="Times New Roman" w:eastAsia="Times New Roman" w:hAnsi="Times New Roman" w:cs="Times New Roman"/>
          <w:bCs/>
          <w:noProof/>
          <w:sz w:val="28"/>
          <w:szCs w:val="28"/>
          <w:lang w:val="id-ID"/>
        </w:rPr>
      </w:pPr>
      <w:r w:rsidRPr="009C373D">
        <w:rPr>
          <w:rFonts w:ascii="Times New Roman" w:eastAsia="Times New Roman" w:hAnsi="Times New Roman" w:cs="Times New Roman"/>
          <w:bCs/>
          <w:noProof/>
          <w:sz w:val="28"/>
          <w:szCs w:val="28"/>
          <w:lang w:val="id-ID"/>
        </w:rPr>
        <w:t>Untuk Memenuhi Tugas Mata Kuliah Liturgika</w:t>
      </w:r>
    </w:p>
    <w:p w14:paraId="58299A1B" w14:textId="7177FFEC" w:rsidR="008449E7" w:rsidRPr="009C373D" w:rsidRDefault="008449E7" w:rsidP="008449E7">
      <w:pPr>
        <w:pStyle w:val="Normal1"/>
        <w:spacing w:line="360" w:lineRule="auto"/>
        <w:jc w:val="center"/>
        <w:rPr>
          <w:rFonts w:ascii="Times New Roman" w:eastAsia="Times New Roman" w:hAnsi="Times New Roman" w:cs="Times New Roman"/>
          <w:bCs/>
          <w:noProof/>
          <w:sz w:val="28"/>
          <w:szCs w:val="28"/>
          <w:lang w:val="id-ID"/>
        </w:rPr>
      </w:pPr>
      <w:r w:rsidRPr="009C373D">
        <w:rPr>
          <w:rFonts w:ascii="Times New Roman" w:eastAsia="Times New Roman" w:hAnsi="Times New Roman" w:cs="Times New Roman"/>
          <w:bCs/>
          <w:noProof/>
          <w:sz w:val="28"/>
          <w:szCs w:val="28"/>
          <w:lang w:val="id-ID"/>
        </w:rPr>
        <w:t xml:space="preserve">Dosen : </w:t>
      </w:r>
      <w:r w:rsidRPr="009C373D">
        <w:rPr>
          <w:rFonts w:ascii="Times New Roman" w:eastAsia="Times New Roman" w:hAnsi="Times New Roman" w:cs="Times New Roman"/>
          <w:bCs/>
          <w:noProof/>
          <w:sz w:val="28"/>
          <w:szCs w:val="28"/>
          <w:lang w:val="en-ID"/>
        </w:rPr>
        <w:t>Dr. Ribu</w:t>
      </w:r>
      <w:r w:rsidR="009C373D" w:rsidRPr="009C373D">
        <w:rPr>
          <w:rFonts w:ascii="Times New Roman" w:eastAsia="Times New Roman" w:hAnsi="Times New Roman" w:cs="Times New Roman"/>
          <w:bCs/>
          <w:noProof/>
          <w:sz w:val="28"/>
          <w:szCs w:val="28"/>
          <w:lang w:val="en-ID"/>
        </w:rPr>
        <w:t>t</w:t>
      </w:r>
      <w:r w:rsidRPr="009C373D">
        <w:rPr>
          <w:rFonts w:ascii="Times New Roman" w:eastAsia="Times New Roman" w:hAnsi="Times New Roman" w:cs="Times New Roman"/>
          <w:bCs/>
          <w:noProof/>
          <w:sz w:val="28"/>
          <w:szCs w:val="28"/>
          <w:lang w:val="en-ID"/>
        </w:rPr>
        <w:t xml:space="preserve"> Agung Sutrisno</w:t>
      </w:r>
      <w:r w:rsidR="009C373D" w:rsidRPr="009C373D">
        <w:rPr>
          <w:rFonts w:ascii="Times New Roman" w:eastAsia="Times New Roman" w:hAnsi="Times New Roman" w:cs="Times New Roman"/>
          <w:bCs/>
          <w:noProof/>
          <w:sz w:val="28"/>
          <w:szCs w:val="28"/>
          <w:lang w:val="en-ID"/>
        </w:rPr>
        <w:t>, M. Th. / Edward Jordan Paskah Sopacuaperu, S. Psi</w:t>
      </w:r>
    </w:p>
    <w:p w14:paraId="4AF5A6B2" w14:textId="77777777" w:rsidR="008449E7" w:rsidRPr="00C455F0" w:rsidRDefault="008449E7" w:rsidP="009C373D">
      <w:pPr>
        <w:pStyle w:val="Normal1"/>
        <w:spacing w:line="36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val="id-ID"/>
        </w:rPr>
      </w:pPr>
    </w:p>
    <w:p w14:paraId="4D08DBD8" w14:textId="77777777" w:rsidR="008449E7" w:rsidRPr="009C373D" w:rsidRDefault="008449E7" w:rsidP="008449E7">
      <w:pPr>
        <w:pStyle w:val="Normal1"/>
        <w:spacing w:line="360" w:lineRule="auto"/>
        <w:jc w:val="center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C455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373D">
        <w:rPr>
          <w:rFonts w:ascii="Times New Roman" w:hAnsi="Times New Roman" w:cs="Times New Roman"/>
          <w:sz w:val="28"/>
          <w:szCs w:val="28"/>
        </w:rPr>
        <w:t>Oleh :</w:t>
      </w:r>
      <w:proofErr w:type="gramEnd"/>
    </w:p>
    <w:p w14:paraId="7F09F640" w14:textId="034A26F4" w:rsidR="008449E7" w:rsidRPr="009C373D" w:rsidRDefault="009C373D" w:rsidP="009C373D">
      <w:pPr>
        <w:spacing w:line="240" w:lineRule="auto"/>
        <w:jc w:val="center"/>
        <w:rPr>
          <w:sz w:val="28"/>
          <w:szCs w:val="28"/>
        </w:rPr>
      </w:pPr>
      <w:r w:rsidRPr="009C373D">
        <w:rPr>
          <w:sz w:val="28"/>
          <w:szCs w:val="28"/>
        </w:rPr>
        <w:t>Vanessa Kusuma W</w:t>
      </w:r>
    </w:p>
    <w:p w14:paraId="554FB955" w14:textId="46A7692B" w:rsidR="009C373D" w:rsidRPr="009C373D" w:rsidRDefault="009C373D" w:rsidP="009C373D">
      <w:pPr>
        <w:spacing w:line="240" w:lineRule="auto"/>
        <w:jc w:val="center"/>
        <w:rPr>
          <w:sz w:val="28"/>
          <w:szCs w:val="28"/>
        </w:rPr>
      </w:pPr>
      <w:r w:rsidRPr="009C373D">
        <w:rPr>
          <w:sz w:val="28"/>
          <w:szCs w:val="28"/>
        </w:rPr>
        <w:t xml:space="preserve">Rio </w:t>
      </w:r>
      <w:proofErr w:type="spellStart"/>
      <w:r w:rsidRPr="009C373D">
        <w:rPr>
          <w:sz w:val="28"/>
          <w:szCs w:val="28"/>
        </w:rPr>
        <w:t>Sapta</w:t>
      </w:r>
      <w:proofErr w:type="spellEnd"/>
    </w:p>
    <w:p w14:paraId="355C0602" w14:textId="4875DE72" w:rsidR="009C373D" w:rsidRPr="009C373D" w:rsidRDefault="009C373D" w:rsidP="009C373D">
      <w:pPr>
        <w:spacing w:line="240" w:lineRule="auto"/>
        <w:jc w:val="center"/>
        <w:rPr>
          <w:sz w:val="28"/>
          <w:szCs w:val="28"/>
        </w:rPr>
      </w:pPr>
      <w:r w:rsidRPr="009C373D">
        <w:rPr>
          <w:sz w:val="28"/>
          <w:szCs w:val="28"/>
        </w:rPr>
        <w:t>Mauriella Joan</w:t>
      </w:r>
    </w:p>
    <w:p w14:paraId="3591AF7F" w14:textId="25387E18" w:rsidR="009C373D" w:rsidRPr="009C373D" w:rsidRDefault="009C373D" w:rsidP="009C373D">
      <w:pPr>
        <w:spacing w:line="240" w:lineRule="auto"/>
        <w:jc w:val="center"/>
        <w:rPr>
          <w:sz w:val="28"/>
          <w:szCs w:val="28"/>
        </w:rPr>
      </w:pPr>
      <w:r w:rsidRPr="009C373D">
        <w:rPr>
          <w:sz w:val="28"/>
          <w:szCs w:val="28"/>
        </w:rPr>
        <w:t xml:space="preserve">Mutiara </w:t>
      </w:r>
      <w:proofErr w:type="spellStart"/>
      <w:r w:rsidRPr="009C373D">
        <w:rPr>
          <w:sz w:val="28"/>
          <w:szCs w:val="28"/>
        </w:rPr>
        <w:t>Septi</w:t>
      </w:r>
      <w:proofErr w:type="spellEnd"/>
      <w:r w:rsidRPr="009C373D">
        <w:rPr>
          <w:sz w:val="28"/>
          <w:szCs w:val="28"/>
        </w:rPr>
        <w:t xml:space="preserve"> </w:t>
      </w:r>
      <w:r w:rsidR="00DA359A">
        <w:rPr>
          <w:sz w:val="28"/>
          <w:szCs w:val="28"/>
        </w:rPr>
        <w:t>A</w:t>
      </w:r>
    </w:p>
    <w:p w14:paraId="5450892C" w14:textId="4D3EEEF8" w:rsidR="009C373D" w:rsidRPr="009C373D" w:rsidRDefault="009C373D" w:rsidP="009C373D">
      <w:pPr>
        <w:spacing w:line="240" w:lineRule="auto"/>
        <w:jc w:val="center"/>
        <w:rPr>
          <w:sz w:val="28"/>
          <w:szCs w:val="28"/>
        </w:rPr>
      </w:pPr>
      <w:proofErr w:type="spellStart"/>
      <w:r w:rsidRPr="009C373D">
        <w:rPr>
          <w:sz w:val="28"/>
          <w:szCs w:val="28"/>
        </w:rPr>
        <w:t>Semy</w:t>
      </w:r>
      <w:proofErr w:type="spellEnd"/>
      <w:r w:rsidRPr="009C373D">
        <w:rPr>
          <w:sz w:val="28"/>
          <w:szCs w:val="28"/>
        </w:rPr>
        <w:t xml:space="preserve"> Enos</w:t>
      </w:r>
    </w:p>
    <w:p w14:paraId="3C38F959" w14:textId="77777777" w:rsidR="008449E7" w:rsidRPr="00C455F0" w:rsidRDefault="008449E7" w:rsidP="008449E7">
      <w:pPr>
        <w:spacing w:line="360" w:lineRule="auto"/>
      </w:pPr>
    </w:p>
    <w:p w14:paraId="70C2AE29" w14:textId="77777777" w:rsidR="008449E7" w:rsidRDefault="008449E7" w:rsidP="008449E7">
      <w:pPr>
        <w:spacing w:line="360" w:lineRule="auto"/>
        <w:jc w:val="center"/>
        <w:rPr>
          <w:b/>
          <w:bCs/>
          <w:sz w:val="28"/>
          <w:szCs w:val="28"/>
        </w:rPr>
      </w:pPr>
      <w:r w:rsidRPr="00C455F0">
        <w:rPr>
          <w:b/>
          <w:bCs/>
          <w:sz w:val="28"/>
          <w:szCs w:val="28"/>
        </w:rPr>
        <w:t>SEKOLAH TINGGI TEOLOGI INTHEOS SURAKARTA</w:t>
      </w:r>
    </w:p>
    <w:p w14:paraId="52A56F31" w14:textId="517ECD88" w:rsidR="009C373D" w:rsidRPr="00C455F0" w:rsidRDefault="009C373D" w:rsidP="008449E7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2026</w:t>
      </w:r>
    </w:p>
    <w:p w14:paraId="6F8E57A4" w14:textId="01BA9DBF" w:rsidR="00EA4521" w:rsidRDefault="001F22B2" w:rsidP="001F22B2">
      <w:pPr>
        <w:jc w:val="center"/>
        <w:rPr>
          <w:b/>
          <w:bCs/>
        </w:rPr>
      </w:pPr>
      <w:r>
        <w:rPr>
          <w:b/>
          <w:bCs/>
        </w:rPr>
        <w:lastRenderedPageBreak/>
        <w:t>BAB I</w:t>
      </w:r>
    </w:p>
    <w:p w14:paraId="4F9A1667" w14:textId="77777777" w:rsidR="00E85BBD" w:rsidRDefault="001F22B2" w:rsidP="00E85BBD">
      <w:pPr>
        <w:jc w:val="center"/>
        <w:rPr>
          <w:b/>
          <w:bCs/>
        </w:rPr>
      </w:pPr>
      <w:r>
        <w:rPr>
          <w:b/>
          <w:bCs/>
        </w:rPr>
        <w:t>PENDAHULUAN</w:t>
      </w:r>
    </w:p>
    <w:p w14:paraId="6071B775" w14:textId="2ABD0A8B" w:rsidR="001F22B2" w:rsidRPr="00E85BBD" w:rsidRDefault="00E85BBD" w:rsidP="00E85BBD">
      <w:pPr>
        <w:rPr>
          <w:b/>
          <w:bCs/>
        </w:rPr>
      </w:pPr>
      <w:r>
        <w:rPr>
          <w:b/>
          <w:bCs/>
        </w:rPr>
        <w:t xml:space="preserve">1.1 </w:t>
      </w:r>
      <w:r w:rsidR="001F22B2" w:rsidRPr="00E85BBD">
        <w:rPr>
          <w:b/>
          <w:bCs/>
        </w:rPr>
        <w:t xml:space="preserve">Latar </w:t>
      </w:r>
      <w:proofErr w:type="spellStart"/>
      <w:r w:rsidR="001F22B2" w:rsidRPr="00E85BBD">
        <w:rPr>
          <w:b/>
          <w:bCs/>
        </w:rPr>
        <w:t>Belakang</w:t>
      </w:r>
      <w:proofErr w:type="spellEnd"/>
      <w:r w:rsidR="001F22B2" w:rsidRPr="00E85BBD">
        <w:rPr>
          <w:b/>
          <w:bCs/>
        </w:rPr>
        <w:t xml:space="preserve"> </w:t>
      </w:r>
    </w:p>
    <w:p w14:paraId="6CFA6539" w14:textId="77777777" w:rsidR="001F22B2" w:rsidRDefault="001F22B2" w:rsidP="001F22B2">
      <w:pPr>
        <w:pStyle w:val="NormalWeb"/>
        <w:ind w:left="360"/>
        <w:jc w:val="both"/>
      </w:pPr>
      <w:proofErr w:type="spellStart"/>
      <w:r>
        <w:t>Pernikahan</w:t>
      </w:r>
      <w:proofErr w:type="spellEnd"/>
      <w:r>
        <w:t xml:space="preserve"> Kristen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iman</w:t>
      </w:r>
      <w:proofErr w:type="spellEnd"/>
      <w:r>
        <w:t xml:space="preserve"> yang </w:t>
      </w:r>
      <w:proofErr w:type="spellStart"/>
      <w:r>
        <w:t>diteguhkan</w:t>
      </w:r>
      <w:proofErr w:type="spellEnd"/>
      <w:r>
        <w:t xml:space="preserve"> di </w:t>
      </w:r>
      <w:proofErr w:type="spellStart"/>
      <w:r>
        <w:t>hadapan</w:t>
      </w:r>
      <w:proofErr w:type="spellEnd"/>
      <w:r>
        <w:t xml:space="preserve"> Allah dan </w:t>
      </w:r>
      <w:proofErr w:type="spellStart"/>
      <w:r>
        <w:t>jemaat</w:t>
      </w:r>
      <w:proofErr w:type="spellEnd"/>
      <w:r>
        <w:t xml:space="preserve">-Nya.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penciptaan</w:t>
      </w:r>
      <w:proofErr w:type="spellEnd"/>
      <w:r>
        <w:t xml:space="preserve">, Allah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pernikahan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gramStart"/>
      <w:r>
        <w:t>kudus</w:t>
      </w:r>
      <w:proofErr w:type="gramEnd"/>
      <w:r>
        <w:t xml:space="preserve"> yang </w:t>
      </w:r>
      <w:proofErr w:type="spellStart"/>
      <w:r>
        <w:t>menyatukan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laki-laki</w:t>
      </w:r>
      <w:proofErr w:type="spellEnd"/>
      <w:r>
        <w:t xml:space="preserve"> dan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perempuan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ikatan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(</w:t>
      </w:r>
      <w:proofErr w:type="spellStart"/>
      <w:r>
        <w:t>Kejadian</w:t>
      </w:r>
      <w:proofErr w:type="spellEnd"/>
      <w:r>
        <w:t xml:space="preserve"> 2:24).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gereja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menghadirkan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liturgi</w:t>
      </w:r>
      <w:proofErr w:type="spellEnd"/>
      <w:r>
        <w:t xml:space="preserve"> </w:t>
      </w:r>
      <w:proofErr w:type="spellStart"/>
      <w:r>
        <w:t>pernikahan</w:t>
      </w:r>
      <w:proofErr w:type="spellEnd"/>
      <w:r>
        <w:t xml:space="preserve"> yang </w:t>
      </w:r>
      <w:proofErr w:type="spellStart"/>
      <w:r>
        <w:t>tertata</w:t>
      </w:r>
      <w:proofErr w:type="spellEnd"/>
      <w:r>
        <w:t xml:space="preserve">, </w:t>
      </w:r>
      <w:proofErr w:type="spellStart"/>
      <w:r>
        <w:t>khidmat</w:t>
      </w:r>
      <w:proofErr w:type="spellEnd"/>
      <w:r>
        <w:t xml:space="preserve">, dan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kebenaran</w:t>
      </w:r>
      <w:proofErr w:type="spellEnd"/>
      <w:r>
        <w:t xml:space="preserve"> </w:t>
      </w:r>
      <w:proofErr w:type="spellStart"/>
      <w:r>
        <w:t>firman</w:t>
      </w:r>
      <w:proofErr w:type="spellEnd"/>
      <w:r>
        <w:t xml:space="preserve"> </w:t>
      </w:r>
      <w:proofErr w:type="spellStart"/>
      <w:r>
        <w:t>Tuhan</w:t>
      </w:r>
      <w:proofErr w:type="spellEnd"/>
      <w:r>
        <w:t>.</w:t>
      </w:r>
    </w:p>
    <w:p w14:paraId="5D0A3D08" w14:textId="77777777" w:rsidR="001F22B2" w:rsidRDefault="001F22B2" w:rsidP="001F22B2">
      <w:pPr>
        <w:pStyle w:val="NormalWeb"/>
        <w:ind w:left="360"/>
        <w:jc w:val="both"/>
      </w:pPr>
      <w:proofErr w:type="spellStart"/>
      <w:r>
        <w:t>Liturgi</w:t>
      </w:r>
      <w:proofErr w:type="spellEnd"/>
      <w:r>
        <w:t xml:space="preserve"> </w:t>
      </w:r>
      <w:proofErr w:type="spellStart"/>
      <w:r>
        <w:t>pernikahan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jembatan</w:t>
      </w:r>
      <w:proofErr w:type="spellEnd"/>
      <w:r>
        <w:t xml:space="preserve"> yang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teologis</w:t>
      </w:r>
      <w:proofErr w:type="spellEnd"/>
      <w:r>
        <w:t xml:space="preserve"> </w:t>
      </w:r>
      <w:proofErr w:type="spellStart"/>
      <w:r>
        <w:t>pernikahan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</w:t>
      </w:r>
      <w:proofErr w:type="spellStart"/>
      <w:r>
        <w:t>pasangan</w:t>
      </w:r>
      <w:proofErr w:type="spellEnd"/>
      <w:r>
        <w:t xml:space="preserve"> yang </w:t>
      </w:r>
      <w:proofErr w:type="spellStart"/>
      <w:r>
        <w:t>menikah</w:t>
      </w:r>
      <w:proofErr w:type="spellEnd"/>
      <w:r>
        <w:t xml:space="preserve">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jemaat</w:t>
      </w:r>
      <w:proofErr w:type="spellEnd"/>
      <w:r>
        <w:t xml:space="preserve"> yang </w:t>
      </w:r>
      <w:proofErr w:type="spellStart"/>
      <w:r>
        <w:t>hadir</w:t>
      </w:r>
      <w:proofErr w:type="spellEnd"/>
      <w:r>
        <w:t xml:space="preserve"> </w:t>
      </w:r>
      <w:proofErr w:type="spellStart"/>
      <w:r>
        <w:t>menyaksikan</w:t>
      </w:r>
      <w:proofErr w:type="spellEnd"/>
      <w:r>
        <w:t xml:space="preserve">.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liturgi</w:t>
      </w:r>
      <w:proofErr w:type="spellEnd"/>
      <w:r>
        <w:t xml:space="preserve"> yang </w:t>
      </w:r>
      <w:proofErr w:type="spellStart"/>
      <w:r>
        <w:t>tersusun</w:t>
      </w:r>
      <w:proofErr w:type="spellEnd"/>
      <w:r>
        <w:t xml:space="preserve"> </w:t>
      </w:r>
      <w:proofErr w:type="spellStart"/>
      <w:r>
        <w:t>rapi</w:t>
      </w:r>
      <w:proofErr w:type="spellEnd"/>
      <w:r>
        <w:t xml:space="preserve">, </w:t>
      </w:r>
      <w:proofErr w:type="spellStart"/>
      <w:r>
        <w:t>peneguhan</w:t>
      </w:r>
      <w:proofErr w:type="spellEnd"/>
      <w:r>
        <w:t xml:space="preserve"> </w:t>
      </w:r>
      <w:proofErr w:type="spellStart"/>
      <w:r>
        <w:t>janji</w:t>
      </w:r>
      <w:proofErr w:type="spellEnd"/>
      <w:r>
        <w:t xml:space="preserve"> nikah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dirasakan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momen</w:t>
      </w:r>
      <w:proofErr w:type="spellEnd"/>
      <w:r>
        <w:t xml:space="preserve"> </w:t>
      </w:r>
      <w:proofErr w:type="spellStart"/>
      <w:r>
        <w:t>sakral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perayaan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karunia</w:t>
      </w:r>
      <w:proofErr w:type="spellEnd"/>
      <w:r>
        <w:t xml:space="preserve"> Allah,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kesaksian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jemaat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kesetiaan</w:t>
      </w:r>
      <w:proofErr w:type="spellEnd"/>
      <w:r>
        <w:t xml:space="preserve"> dan </w:t>
      </w:r>
      <w:proofErr w:type="spellStart"/>
      <w:r>
        <w:t>kasih</w:t>
      </w:r>
      <w:proofErr w:type="spellEnd"/>
      <w:r>
        <w:t xml:space="preserve"> Allah yang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suami-istri</w:t>
      </w:r>
      <w:proofErr w:type="spellEnd"/>
      <w:r>
        <w:t>.</w:t>
      </w:r>
    </w:p>
    <w:p w14:paraId="6CD44986" w14:textId="77777777" w:rsidR="001F22B2" w:rsidRDefault="001F22B2" w:rsidP="001F22B2">
      <w:pPr>
        <w:pStyle w:val="NormalWeb"/>
        <w:ind w:left="36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proposal </w:t>
      </w:r>
      <w:proofErr w:type="spellStart"/>
      <w:r>
        <w:t>liturgi</w:t>
      </w:r>
      <w:proofErr w:type="spellEnd"/>
      <w:r>
        <w:t xml:space="preserve"> </w:t>
      </w:r>
      <w:proofErr w:type="spellStart"/>
      <w:r>
        <w:t>pernikahan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pemenuhan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kuliah</w:t>
      </w:r>
      <w:proofErr w:type="spellEnd"/>
      <w:r>
        <w:t xml:space="preserve"> </w:t>
      </w:r>
      <w:proofErr w:type="spellStart"/>
      <w:r>
        <w:t>Liturgika</w:t>
      </w:r>
      <w:proofErr w:type="spellEnd"/>
      <w:r>
        <w:t xml:space="preserve"> Kristen,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latihan</w:t>
      </w:r>
      <w:proofErr w:type="spellEnd"/>
      <w:r>
        <w:t xml:space="preserve"> </w:t>
      </w:r>
      <w:proofErr w:type="spellStart"/>
      <w:r>
        <w:t>praktis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merancang</w:t>
      </w:r>
      <w:proofErr w:type="spellEnd"/>
      <w:r>
        <w:t xml:space="preserve"> tata ibadah </w:t>
      </w:r>
      <w:proofErr w:type="spellStart"/>
      <w:r>
        <w:t>gerejawi</w:t>
      </w:r>
      <w:proofErr w:type="spellEnd"/>
      <w:r>
        <w:t xml:space="preserve"> yang </w:t>
      </w:r>
      <w:proofErr w:type="spellStart"/>
      <w:r>
        <w:t>aplikatif</w:t>
      </w:r>
      <w:proofErr w:type="spellEnd"/>
      <w:r>
        <w:t>.</w:t>
      </w:r>
    </w:p>
    <w:p w14:paraId="26FA3E46" w14:textId="4164AF52" w:rsidR="001F22B2" w:rsidRPr="00E85BBD" w:rsidRDefault="001F22B2" w:rsidP="00E85BBD">
      <w:pPr>
        <w:pStyle w:val="ListParagraph"/>
        <w:numPr>
          <w:ilvl w:val="1"/>
          <w:numId w:val="23"/>
        </w:numPr>
        <w:rPr>
          <w:b/>
          <w:bCs/>
        </w:rPr>
      </w:pPr>
      <w:r w:rsidRPr="00E85BBD">
        <w:rPr>
          <w:b/>
          <w:bCs/>
        </w:rPr>
        <w:t xml:space="preserve">Tujuan </w:t>
      </w:r>
      <w:proofErr w:type="spellStart"/>
      <w:r w:rsidRPr="00E85BBD">
        <w:rPr>
          <w:b/>
          <w:bCs/>
        </w:rPr>
        <w:t>Penyusunan</w:t>
      </w:r>
      <w:proofErr w:type="spellEnd"/>
      <w:r w:rsidRPr="00E85BBD">
        <w:rPr>
          <w:b/>
          <w:bCs/>
        </w:rPr>
        <w:t xml:space="preserve"> Proposal</w:t>
      </w:r>
    </w:p>
    <w:p w14:paraId="5FEB39AF" w14:textId="76D42823" w:rsidR="001F22B2" w:rsidRPr="001F22B2" w:rsidRDefault="001F22B2" w:rsidP="001F22B2">
      <w:pPr>
        <w:pStyle w:val="ListParagraph"/>
        <w:ind w:left="360"/>
      </w:pPr>
      <w:r w:rsidRPr="001F22B2">
        <w:t xml:space="preserve">Adapun </w:t>
      </w:r>
      <w:proofErr w:type="spellStart"/>
      <w:r w:rsidRPr="001F22B2">
        <w:t>tujuan</w:t>
      </w:r>
      <w:proofErr w:type="spellEnd"/>
      <w:r w:rsidRPr="001F22B2">
        <w:t xml:space="preserve"> </w:t>
      </w:r>
      <w:proofErr w:type="spellStart"/>
      <w:r w:rsidRPr="001F22B2">
        <w:t>penyusunan</w:t>
      </w:r>
      <w:proofErr w:type="spellEnd"/>
      <w:r w:rsidRPr="001F22B2">
        <w:t xml:space="preserve"> proposal ini </w:t>
      </w:r>
      <w:proofErr w:type="spellStart"/>
      <w:r w:rsidRPr="001F22B2">
        <w:t>sebagai</w:t>
      </w:r>
      <w:proofErr w:type="spellEnd"/>
      <w:r w:rsidRPr="001F22B2">
        <w:t xml:space="preserve"> </w:t>
      </w:r>
      <w:proofErr w:type="spellStart"/>
      <w:r w:rsidRPr="001F22B2">
        <w:t>berikut</w:t>
      </w:r>
      <w:proofErr w:type="spellEnd"/>
      <w:r w:rsidRPr="001F22B2">
        <w:t xml:space="preserve">: </w:t>
      </w:r>
    </w:p>
    <w:p w14:paraId="7F3E8FDC" w14:textId="77777777" w:rsidR="001F22B2" w:rsidRDefault="001F22B2" w:rsidP="003E655E">
      <w:pPr>
        <w:numPr>
          <w:ilvl w:val="0"/>
          <w:numId w:val="16"/>
        </w:numPr>
        <w:spacing w:line="240" w:lineRule="auto"/>
        <w:jc w:val="both"/>
        <w:rPr>
          <w:lang w:val="en-ID"/>
        </w:rPr>
      </w:pPr>
      <w:proofErr w:type="spellStart"/>
      <w:r w:rsidRPr="001F22B2">
        <w:rPr>
          <w:lang w:val="en-ID"/>
        </w:rPr>
        <w:t>Memahami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dasar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teologis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pernikahan</w:t>
      </w:r>
      <w:proofErr w:type="spellEnd"/>
      <w:r w:rsidRPr="001F22B2">
        <w:rPr>
          <w:lang w:val="en-ID"/>
        </w:rPr>
        <w:t xml:space="preserve"> Kristen </w:t>
      </w:r>
      <w:proofErr w:type="spellStart"/>
      <w:r w:rsidRPr="001F22B2">
        <w:rPr>
          <w:lang w:val="en-ID"/>
        </w:rPr>
        <w:t>berdasarkan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Alkitab</w:t>
      </w:r>
      <w:proofErr w:type="spellEnd"/>
      <w:r w:rsidRPr="001F22B2">
        <w:rPr>
          <w:lang w:val="en-ID"/>
        </w:rPr>
        <w:t>.</w:t>
      </w:r>
    </w:p>
    <w:p w14:paraId="68C0AAEF" w14:textId="7097810C" w:rsidR="001F22B2" w:rsidRPr="001F22B2" w:rsidRDefault="001F22B2" w:rsidP="003E655E">
      <w:pPr>
        <w:numPr>
          <w:ilvl w:val="0"/>
          <w:numId w:val="16"/>
        </w:numPr>
        <w:spacing w:line="240" w:lineRule="auto"/>
        <w:jc w:val="both"/>
        <w:rPr>
          <w:lang w:val="en-ID"/>
        </w:rPr>
      </w:pPr>
      <w:r w:rsidRPr="001F22B2">
        <w:rPr>
          <w:lang w:val="en-ID"/>
        </w:rPr>
        <w:t xml:space="preserve">Menyusun tata </w:t>
      </w:r>
      <w:proofErr w:type="spellStart"/>
      <w:r w:rsidRPr="001F22B2">
        <w:rPr>
          <w:lang w:val="en-ID"/>
        </w:rPr>
        <w:t>liturgi</w:t>
      </w:r>
      <w:proofErr w:type="spellEnd"/>
      <w:r w:rsidRPr="001F22B2">
        <w:rPr>
          <w:lang w:val="en-ID"/>
        </w:rPr>
        <w:t xml:space="preserve"> ibadah </w:t>
      </w:r>
      <w:proofErr w:type="spellStart"/>
      <w:r w:rsidRPr="001F22B2">
        <w:rPr>
          <w:lang w:val="en-ID"/>
        </w:rPr>
        <w:t>pemberkatan</w:t>
      </w:r>
      <w:proofErr w:type="spellEnd"/>
      <w:r w:rsidRPr="001F22B2">
        <w:rPr>
          <w:lang w:val="en-ID"/>
        </w:rPr>
        <w:t xml:space="preserve"> nikah yang </w:t>
      </w:r>
      <w:proofErr w:type="spellStart"/>
      <w:r w:rsidRPr="001F22B2">
        <w:rPr>
          <w:lang w:val="en-ID"/>
        </w:rPr>
        <w:t>sesuai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dengan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prinsip-prinsip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liturgika</w:t>
      </w:r>
      <w:proofErr w:type="spellEnd"/>
      <w:r w:rsidRPr="001F22B2">
        <w:rPr>
          <w:lang w:val="en-ID"/>
        </w:rPr>
        <w:t xml:space="preserve"> Kristen.</w:t>
      </w:r>
    </w:p>
    <w:p w14:paraId="426A914E" w14:textId="77777777" w:rsidR="001F22B2" w:rsidRPr="001F22B2" w:rsidRDefault="001F22B2" w:rsidP="003E655E">
      <w:pPr>
        <w:numPr>
          <w:ilvl w:val="0"/>
          <w:numId w:val="16"/>
        </w:numPr>
        <w:spacing w:line="240" w:lineRule="auto"/>
        <w:jc w:val="both"/>
        <w:rPr>
          <w:lang w:val="en-ID"/>
        </w:rPr>
      </w:pPr>
      <w:proofErr w:type="spellStart"/>
      <w:r w:rsidRPr="001F22B2">
        <w:rPr>
          <w:lang w:val="en-ID"/>
        </w:rPr>
        <w:t>Memberikan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gambaran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praktis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mengenai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urutan</w:t>
      </w:r>
      <w:proofErr w:type="spellEnd"/>
      <w:r w:rsidRPr="001F22B2">
        <w:rPr>
          <w:lang w:val="en-ID"/>
        </w:rPr>
        <w:t xml:space="preserve">, </w:t>
      </w:r>
      <w:proofErr w:type="spellStart"/>
      <w:r w:rsidRPr="001F22B2">
        <w:rPr>
          <w:lang w:val="en-ID"/>
        </w:rPr>
        <w:t>petugas</w:t>
      </w:r>
      <w:proofErr w:type="spellEnd"/>
      <w:r w:rsidRPr="001F22B2">
        <w:rPr>
          <w:lang w:val="en-ID"/>
        </w:rPr>
        <w:t xml:space="preserve">, dan </w:t>
      </w:r>
      <w:proofErr w:type="spellStart"/>
      <w:r w:rsidRPr="001F22B2">
        <w:rPr>
          <w:lang w:val="en-ID"/>
        </w:rPr>
        <w:t>perlengkapan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liturgi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pernikahan</w:t>
      </w:r>
      <w:proofErr w:type="spellEnd"/>
      <w:r w:rsidRPr="001F22B2">
        <w:rPr>
          <w:lang w:val="en-ID"/>
        </w:rPr>
        <w:t>.</w:t>
      </w:r>
    </w:p>
    <w:p w14:paraId="0D552831" w14:textId="77777777" w:rsidR="001F22B2" w:rsidRPr="001F22B2" w:rsidRDefault="001F22B2" w:rsidP="003E655E">
      <w:pPr>
        <w:numPr>
          <w:ilvl w:val="0"/>
          <w:numId w:val="16"/>
        </w:numPr>
        <w:spacing w:line="240" w:lineRule="auto"/>
        <w:jc w:val="both"/>
        <w:rPr>
          <w:lang w:val="en-ID"/>
        </w:rPr>
      </w:pPr>
      <w:proofErr w:type="spellStart"/>
      <w:r w:rsidRPr="001F22B2">
        <w:rPr>
          <w:lang w:val="en-ID"/>
        </w:rPr>
        <w:t>Melatih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kemampuan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mahasiswa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teologi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dalam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merancang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liturgi</w:t>
      </w:r>
      <w:proofErr w:type="spellEnd"/>
      <w:r w:rsidRPr="001F22B2">
        <w:rPr>
          <w:lang w:val="en-ID"/>
        </w:rPr>
        <w:t xml:space="preserve"> ibadah </w:t>
      </w:r>
      <w:proofErr w:type="spellStart"/>
      <w:r w:rsidRPr="001F22B2">
        <w:rPr>
          <w:lang w:val="en-ID"/>
        </w:rPr>
        <w:t>secara</w:t>
      </w:r>
      <w:proofErr w:type="spellEnd"/>
      <w:r w:rsidRPr="001F22B2">
        <w:rPr>
          <w:lang w:val="en-ID"/>
        </w:rPr>
        <w:t xml:space="preserve"> </w:t>
      </w:r>
      <w:proofErr w:type="spellStart"/>
      <w:r w:rsidRPr="001F22B2">
        <w:rPr>
          <w:lang w:val="en-ID"/>
        </w:rPr>
        <w:t>terstruktur</w:t>
      </w:r>
      <w:proofErr w:type="spellEnd"/>
    </w:p>
    <w:p w14:paraId="1FC635D2" w14:textId="77777777" w:rsidR="00EA4521" w:rsidRDefault="00EA4521"/>
    <w:p w14:paraId="4FA9DFE3" w14:textId="263945D1" w:rsidR="003E655E" w:rsidRPr="003E655E" w:rsidRDefault="003E655E" w:rsidP="003E655E">
      <w:pPr>
        <w:jc w:val="center"/>
        <w:rPr>
          <w:b/>
          <w:bCs/>
          <w:lang w:val="en-ID"/>
        </w:rPr>
      </w:pPr>
      <w:r>
        <w:br w:type="page"/>
      </w:r>
      <w:r w:rsidRPr="003E655E">
        <w:rPr>
          <w:b/>
          <w:bCs/>
          <w:lang w:val="en-ID"/>
        </w:rPr>
        <w:t>BAB II</w:t>
      </w:r>
    </w:p>
    <w:p w14:paraId="1C5EBCB6" w14:textId="762A8ED9" w:rsidR="001D526C" w:rsidRDefault="003E655E" w:rsidP="003E655E">
      <w:pPr>
        <w:pStyle w:val="ListNumber"/>
        <w:numPr>
          <w:ilvl w:val="0"/>
          <w:numId w:val="0"/>
        </w:numPr>
        <w:ind w:left="360"/>
        <w:jc w:val="center"/>
        <w:rPr>
          <w:b/>
          <w:bCs/>
          <w:lang w:val="en-ID"/>
        </w:rPr>
      </w:pPr>
      <w:r w:rsidRPr="003E655E">
        <w:rPr>
          <w:b/>
          <w:bCs/>
          <w:lang w:val="en-ID"/>
        </w:rPr>
        <w:t>LANDASAN TEOLOGIS PERNIKAHAN KRISTEN</w:t>
      </w:r>
    </w:p>
    <w:p w14:paraId="2B253F43" w14:textId="77777777" w:rsidR="003E655E" w:rsidRDefault="003E655E" w:rsidP="003E655E">
      <w:pPr>
        <w:pStyle w:val="ListNumber"/>
        <w:numPr>
          <w:ilvl w:val="0"/>
          <w:numId w:val="0"/>
        </w:numPr>
        <w:ind w:left="360"/>
        <w:jc w:val="center"/>
        <w:rPr>
          <w:b/>
          <w:bCs/>
          <w:lang w:val="en-ID"/>
        </w:rPr>
      </w:pPr>
    </w:p>
    <w:p w14:paraId="5CCC45AC" w14:textId="7B6CAFB6" w:rsidR="003E655E" w:rsidRPr="003E655E" w:rsidRDefault="003E655E" w:rsidP="003E655E">
      <w:pPr>
        <w:pStyle w:val="ListParagraph"/>
        <w:numPr>
          <w:ilvl w:val="1"/>
          <w:numId w:val="18"/>
        </w:numPr>
        <w:rPr>
          <w:b/>
          <w:bCs/>
          <w:lang w:val="en-ID"/>
        </w:rPr>
      </w:pPr>
      <w:r>
        <w:rPr>
          <w:b/>
          <w:bCs/>
          <w:lang w:val="en-ID"/>
        </w:rPr>
        <w:t xml:space="preserve"> </w:t>
      </w:r>
      <w:proofErr w:type="spellStart"/>
      <w:r w:rsidRPr="003E655E">
        <w:rPr>
          <w:b/>
          <w:bCs/>
        </w:rPr>
        <w:t>Makna</w:t>
      </w:r>
      <w:proofErr w:type="spellEnd"/>
      <w:r w:rsidRPr="003E655E">
        <w:rPr>
          <w:b/>
          <w:bCs/>
        </w:rPr>
        <w:t xml:space="preserve"> </w:t>
      </w:r>
      <w:proofErr w:type="spellStart"/>
      <w:r w:rsidRPr="003E655E">
        <w:rPr>
          <w:b/>
          <w:bCs/>
        </w:rPr>
        <w:t>Pernikahan</w:t>
      </w:r>
      <w:proofErr w:type="spellEnd"/>
      <w:r w:rsidRPr="003E655E">
        <w:rPr>
          <w:b/>
          <w:bCs/>
        </w:rPr>
        <w:t xml:space="preserve"> </w:t>
      </w:r>
      <w:proofErr w:type="spellStart"/>
      <w:r w:rsidRPr="003E655E">
        <w:rPr>
          <w:b/>
          <w:bCs/>
        </w:rPr>
        <w:t>Menurut</w:t>
      </w:r>
      <w:proofErr w:type="spellEnd"/>
      <w:r w:rsidRPr="003E655E">
        <w:rPr>
          <w:b/>
          <w:bCs/>
        </w:rPr>
        <w:t xml:space="preserve"> Alkitab</w:t>
      </w:r>
    </w:p>
    <w:p w14:paraId="3746352C" w14:textId="08856D9B" w:rsidR="003E655E" w:rsidRDefault="003E655E" w:rsidP="003E655E">
      <w:pPr>
        <w:pStyle w:val="ListParagraph"/>
        <w:ind w:left="360"/>
        <w:jc w:val="both"/>
      </w:pPr>
      <w:proofErr w:type="spellStart"/>
      <w:r w:rsidRPr="003E655E">
        <w:t>Alkitab</w:t>
      </w:r>
      <w:proofErr w:type="spellEnd"/>
      <w:r w:rsidRPr="003E655E">
        <w:t xml:space="preserve"> </w:t>
      </w:r>
      <w:proofErr w:type="spellStart"/>
      <w:r w:rsidRPr="003E655E">
        <w:t>mencatat</w:t>
      </w:r>
      <w:proofErr w:type="spellEnd"/>
      <w:r w:rsidRPr="003E655E">
        <w:t xml:space="preserve"> </w:t>
      </w:r>
      <w:proofErr w:type="spellStart"/>
      <w:r w:rsidRPr="003E655E">
        <w:t>bahwa</w:t>
      </w:r>
      <w:proofErr w:type="spellEnd"/>
      <w:r w:rsidRPr="003E655E">
        <w:t xml:space="preserve"> </w:t>
      </w:r>
      <w:proofErr w:type="spellStart"/>
      <w:r w:rsidRPr="003E655E">
        <w:t>pernikahan</w:t>
      </w:r>
      <w:proofErr w:type="spellEnd"/>
      <w:r w:rsidRPr="003E655E">
        <w:t xml:space="preserve"> </w:t>
      </w:r>
      <w:proofErr w:type="spellStart"/>
      <w:r w:rsidRPr="003E655E">
        <w:t>pertama</w:t>
      </w:r>
      <w:proofErr w:type="spellEnd"/>
      <w:r w:rsidRPr="003E655E">
        <w:t xml:space="preserve"> kali </w:t>
      </w:r>
      <w:proofErr w:type="spellStart"/>
      <w:r w:rsidRPr="003E655E">
        <w:t>ditetapkan</w:t>
      </w:r>
      <w:proofErr w:type="spellEnd"/>
      <w:r w:rsidRPr="003E655E">
        <w:t xml:space="preserve"> oleh Allah sendiri di Taman Eden, </w:t>
      </w:r>
      <w:proofErr w:type="spellStart"/>
      <w:r w:rsidRPr="003E655E">
        <w:t>ketika</w:t>
      </w:r>
      <w:proofErr w:type="spellEnd"/>
      <w:r w:rsidRPr="003E655E">
        <w:t xml:space="preserve"> Ia </w:t>
      </w:r>
      <w:proofErr w:type="spellStart"/>
      <w:r w:rsidRPr="003E655E">
        <w:t>menciptakan</w:t>
      </w:r>
      <w:proofErr w:type="spellEnd"/>
      <w:r w:rsidRPr="003E655E">
        <w:t xml:space="preserve"> </w:t>
      </w:r>
      <w:proofErr w:type="spellStart"/>
      <w:r w:rsidRPr="003E655E">
        <w:t>perempuan</w:t>
      </w:r>
      <w:proofErr w:type="spellEnd"/>
      <w:r w:rsidRPr="003E655E">
        <w:t xml:space="preserve"> </w:t>
      </w:r>
      <w:proofErr w:type="spellStart"/>
      <w:r w:rsidRPr="003E655E">
        <w:t>dari</w:t>
      </w:r>
      <w:proofErr w:type="spellEnd"/>
      <w:r w:rsidRPr="003E655E">
        <w:t xml:space="preserve"> </w:t>
      </w:r>
      <w:proofErr w:type="spellStart"/>
      <w:r w:rsidRPr="003E655E">
        <w:t>tulang</w:t>
      </w:r>
      <w:proofErr w:type="spellEnd"/>
      <w:r w:rsidRPr="003E655E">
        <w:t xml:space="preserve"> </w:t>
      </w:r>
      <w:proofErr w:type="spellStart"/>
      <w:r w:rsidRPr="003E655E">
        <w:t>rusuk</w:t>
      </w:r>
      <w:proofErr w:type="spellEnd"/>
      <w:r w:rsidRPr="003E655E">
        <w:t xml:space="preserve"> Adam dan </w:t>
      </w:r>
      <w:proofErr w:type="spellStart"/>
      <w:r w:rsidRPr="003E655E">
        <w:t>menyatukan</w:t>
      </w:r>
      <w:proofErr w:type="spellEnd"/>
      <w:r w:rsidRPr="003E655E">
        <w:t xml:space="preserve"> </w:t>
      </w:r>
      <w:proofErr w:type="spellStart"/>
      <w:r w:rsidRPr="003E655E">
        <w:t>keduanya</w:t>
      </w:r>
      <w:proofErr w:type="spellEnd"/>
      <w:r w:rsidRPr="003E655E">
        <w:t xml:space="preserve"> </w:t>
      </w:r>
      <w:proofErr w:type="spellStart"/>
      <w:r w:rsidRPr="003E655E">
        <w:t>menjadi</w:t>
      </w:r>
      <w:proofErr w:type="spellEnd"/>
      <w:r w:rsidRPr="003E655E">
        <w:t xml:space="preserve"> "</w:t>
      </w:r>
      <w:proofErr w:type="spellStart"/>
      <w:r w:rsidRPr="003E655E">
        <w:t>satu</w:t>
      </w:r>
      <w:proofErr w:type="spellEnd"/>
      <w:r w:rsidRPr="003E655E">
        <w:t xml:space="preserve"> </w:t>
      </w:r>
      <w:proofErr w:type="spellStart"/>
      <w:r w:rsidRPr="003E655E">
        <w:t>daging</w:t>
      </w:r>
      <w:proofErr w:type="spellEnd"/>
      <w:r w:rsidRPr="003E655E">
        <w:t>" (</w:t>
      </w:r>
      <w:proofErr w:type="spellStart"/>
      <w:r w:rsidRPr="003E655E">
        <w:t>Kejadian</w:t>
      </w:r>
      <w:proofErr w:type="spellEnd"/>
      <w:r w:rsidRPr="003E655E">
        <w:t xml:space="preserve"> 2:18-24). </w:t>
      </w:r>
      <w:proofErr w:type="spellStart"/>
      <w:r w:rsidRPr="003E655E">
        <w:t>Prinsip</w:t>
      </w:r>
      <w:proofErr w:type="spellEnd"/>
      <w:r w:rsidRPr="003E655E">
        <w:t xml:space="preserve"> ini </w:t>
      </w:r>
      <w:proofErr w:type="spellStart"/>
      <w:r w:rsidRPr="003E655E">
        <w:t>kemudian</w:t>
      </w:r>
      <w:proofErr w:type="spellEnd"/>
      <w:r w:rsidRPr="003E655E">
        <w:t xml:space="preserve"> </w:t>
      </w:r>
      <w:proofErr w:type="spellStart"/>
      <w:r w:rsidRPr="003E655E">
        <w:t>dipertegas</w:t>
      </w:r>
      <w:proofErr w:type="spellEnd"/>
      <w:r w:rsidRPr="003E655E">
        <w:t xml:space="preserve"> oleh </w:t>
      </w:r>
      <w:proofErr w:type="spellStart"/>
      <w:r w:rsidRPr="003E655E">
        <w:t>Tuhan</w:t>
      </w:r>
      <w:proofErr w:type="spellEnd"/>
      <w:r w:rsidRPr="003E655E">
        <w:t xml:space="preserve"> </w:t>
      </w:r>
      <w:proofErr w:type="spellStart"/>
      <w:r w:rsidRPr="003E655E">
        <w:t>Yesus</w:t>
      </w:r>
      <w:proofErr w:type="spellEnd"/>
      <w:r w:rsidRPr="003E655E">
        <w:t xml:space="preserve"> </w:t>
      </w:r>
      <w:proofErr w:type="spellStart"/>
      <w:r w:rsidRPr="003E655E">
        <w:t>dalam</w:t>
      </w:r>
      <w:proofErr w:type="spellEnd"/>
      <w:r w:rsidRPr="003E655E">
        <w:t xml:space="preserve"> Matius 19:4-6, yang </w:t>
      </w:r>
      <w:proofErr w:type="spellStart"/>
      <w:r w:rsidRPr="003E655E">
        <w:t>menegaskan</w:t>
      </w:r>
      <w:proofErr w:type="spellEnd"/>
      <w:r w:rsidRPr="003E655E">
        <w:t xml:space="preserve"> </w:t>
      </w:r>
      <w:proofErr w:type="spellStart"/>
      <w:r w:rsidRPr="003E655E">
        <w:t>bahwa</w:t>
      </w:r>
      <w:proofErr w:type="spellEnd"/>
      <w:r w:rsidRPr="003E655E">
        <w:t xml:space="preserve"> </w:t>
      </w:r>
      <w:proofErr w:type="spellStart"/>
      <w:r w:rsidRPr="003E655E">
        <w:t>apa</w:t>
      </w:r>
      <w:proofErr w:type="spellEnd"/>
      <w:r w:rsidRPr="003E655E">
        <w:t xml:space="preserve"> yang </w:t>
      </w:r>
      <w:proofErr w:type="spellStart"/>
      <w:r w:rsidRPr="003E655E">
        <w:t>telah</w:t>
      </w:r>
      <w:proofErr w:type="spellEnd"/>
      <w:r w:rsidRPr="003E655E">
        <w:t xml:space="preserve"> </w:t>
      </w:r>
      <w:proofErr w:type="spellStart"/>
      <w:r w:rsidRPr="003E655E">
        <w:t>dipersatukan</w:t>
      </w:r>
      <w:proofErr w:type="spellEnd"/>
      <w:r w:rsidRPr="003E655E">
        <w:t xml:space="preserve"> Allah </w:t>
      </w:r>
      <w:proofErr w:type="spellStart"/>
      <w:r w:rsidRPr="003E655E">
        <w:t>tidak</w:t>
      </w:r>
      <w:proofErr w:type="spellEnd"/>
      <w:r w:rsidRPr="003E655E">
        <w:t xml:space="preserve"> </w:t>
      </w:r>
      <w:proofErr w:type="spellStart"/>
      <w:r w:rsidRPr="003E655E">
        <w:t>boleh</w:t>
      </w:r>
      <w:proofErr w:type="spellEnd"/>
      <w:r w:rsidRPr="003E655E">
        <w:t xml:space="preserve"> </w:t>
      </w:r>
      <w:proofErr w:type="spellStart"/>
      <w:r w:rsidRPr="003E655E">
        <w:t>diceraikan</w:t>
      </w:r>
      <w:proofErr w:type="spellEnd"/>
      <w:r w:rsidRPr="003E655E">
        <w:t xml:space="preserve"> </w:t>
      </w:r>
      <w:proofErr w:type="spellStart"/>
      <w:r w:rsidRPr="003E655E">
        <w:t>manusia</w:t>
      </w:r>
      <w:proofErr w:type="spellEnd"/>
      <w:r w:rsidRPr="003E655E">
        <w:t xml:space="preserve">. Dengan </w:t>
      </w:r>
      <w:proofErr w:type="spellStart"/>
      <w:r w:rsidRPr="003E655E">
        <w:t>demikian</w:t>
      </w:r>
      <w:proofErr w:type="spellEnd"/>
      <w:r w:rsidRPr="003E655E">
        <w:t xml:space="preserve">, </w:t>
      </w:r>
      <w:proofErr w:type="spellStart"/>
      <w:r w:rsidRPr="003E655E">
        <w:t>pernikahan</w:t>
      </w:r>
      <w:proofErr w:type="spellEnd"/>
      <w:r w:rsidRPr="003E655E">
        <w:t xml:space="preserve"> Kristen </w:t>
      </w:r>
      <w:proofErr w:type="spellStart"/>
      <w:r w:rsidRPr="003E655E">
        <w:t>dipahami</w:t>
      </w:r>
      <w:proofErr w:type="spellEnd"/>
      <w:r w:rsidRPr="003E655E">
        <w:t xml:space="preserve"> </w:t>
      </w:r>
      <w:proofErr w:type="spellStart"/>
      <w:r w:rsidRPr="003E655E">
        <w:t>sebagai</w:t>
      </w:r>
      <w:proofErr w:type="spellEnd"/>
      <w:r w:rsidRPr="003E655E">
        <w:t xml:space="preserve"> </w:t>
      </w:r>
      <w:proofErr w:type="spellStart"/>
      <w:r w:rsidRPr="003E655E">
        <w:t>persatuan</w:t>
      </w:r>
      <w:proofErr w:type="spellEnd"/>
      <w:r w:rsidRPr="003E655E">
        <w:t xml:space="preserve"> yang kudus, </w:t>
      </w:r>
      <w:proofErr w:type="spellStart"/>
      <w:r w:rsidRPr="003E655E">
        <w:t>permanen</w:t>
      </w:r>
      <w:proofErr w:type="spellEnd"/>
      <w:r w:rsidRPr="003E655E">
        <w:t xml:space="preserve">, dan </w:t>
      </w:r>
      <w:proofErr w:type="spellStart"/>
      <w:r w:rsidRPr="003E655E">
        <w:t>dikehendaki</w:t>
      </w:r>
      <w:proofErr w:type="spellEnd"/>
      <w:r w:rsidRPr="003E655E">
        <w:t xml:space="preserve"> oleh Allah, </w:t>
      </w:r>
      <w:proofErr w:type="spellStart"/>
      <w:r w:rsidRPr="003E655E">
        <w:t>bukan</w:t>
      </w:r>
      <w:proofErr w:type="spellEnd"/>
      <w:r w:rsidRPr="003E655E">
        <w:t xml:space="preserve"> </w:t>
      </w:r>
      <w:proofErr w:type="spellStart"/>
      <w:r w:rsidRPr="003E655E">
        <w:t>sekadar</w:t>
      </w:r>
      <w:proofErr w:type="spellEnd"/>
      <w:r w:rsidRPr="003E655E">
        <w:t xml:space="preserve"> </w:t>
      </w:r>
      <w:proofErr w:type="spellStart"/>
      <w:r w:rsidRPr="003E655E">
        <w:t>kesepakatan</w:t>
      </w:r>
      <w:proofErr w:type="spellEnd"/>
      <w:r w:rsidRPr="003E655E">
        <w:t xml:space="preserve"> </w:t>
      </w:r>
      <w:proofErr w:type="spellStart"/>
      <w:r w:rsidRPr="003E655E">
        <w:t>sosial</w:t>
      </w:r>
      <w:proofErr w:type="spellEnd"/>
      <w:r w:rsidRPr="003E655E">
        <w:t xml:space="preserve"> </w:t>
      </w:r>
      <w:proofErr w:type="spellStart"/>
      <w:r w:rsidRPr="003E655E">
        <w:t>antarindividu</w:t>
      </w:r>
      <w:proofErr w:type="spellEnd"/>
      <w:r w:rsidRPr="003E655E">
        <w:t>.</w:t>
      </w:r>
    </w:p>
    <w:p w14:paraId="5189A165" w14:textId="77777777" w:rsidR="003E655E" w:rsidRDefault="003E655E" w:rsidP="003E655E">
      <w:pPr>
        <w:pStyle w:val="ListParagraph"/>
        <w:ind w:left="360"/>
        <w:jc w:val="both"/>
      </w:pPr>
    </w:p>
    <w:p w14:paraId="5E5AA8A6" w14:textId="4F0C173C" w:rsidR="003E655E" w:rsidRDefault="003E655E" w:rsidP="003E655E">
      <w:pPr>
        <w:pStyle w:val="ListParagraph"/>
        <w:numPr>
          <w:ilvl w:val="1"/>
          <w:numId w:val="18"/>
        </w:numPr>
        <w:rPr>
          <w:b/>
          <w:bCs/>
          <w:lang w:val="en-ID"/>
        </w:rPr>
      </w:pPr>
      <w:r>
        <w:rPr>
          <w:b/>
          <w:bCs/>
          <w:lang w:val="en-ID"/>
        </w:rPr>
        <w:t xml:space="preserve"> </w:t>
      </w:r>
      <w:proofErr w:type="spellStart"/>
      <w:r w:rsidRPr="003E655E">
        <w:rPr>
          <w:b/>
          <w:bCs/>
          <w:lang w:val="en-ID"/>
        </w:rPr>
        <w:t>Pernikahan</w:t>
      </w:r>
      <w:proofErr w:type="spellEnd"/>
      <w:r w:rsidRPr="003E655E">
        <w:rPr>
          <w:b/>
          <w:bCs/>
          <w:lang w:val="en-ID"/>
        </w:rPr>
        <w:t xml:space="preserve"> </w:t>
      </w:r>
      <w:proofErr w:type="spellStart"/>
      <w:r w:rsidRPr="003E655E">
        <w:rPr>
          <w:b/>
          <w:bCs/>
          <w:lang w:val="en-ID"/>
        </w:rPr>
        <w:t>sebagai</w:t>
      </w:r>
      <w:proofErr w:type="spellEnd"/>
      <w:r w:rsidRPr="003E655E">
        <w:rPr>
          <w:b/>
          <w:bCs/>
          <w:lang w:val="en-ID"/>
        </w:rPr>
        <w:t xml:space="preserve"> </w:t>
      </w:r>
      <w:proofErr w:type="spellStart"/>
      <w:r w:rsidRPr="003E655E">
        <w:rPr>
          <w:b/>
          <w:bCs/>
          <w:lang w:val="en-ID"/>
        </w:rPr>
        <w:t>Perjanjian</w:t>
      </w:r>
      <w:proofErr w:type="spellEnd"/>
      <w:r w:rsidRPr="003E655E">
        <w:rPr>
          <w:b/>
          <w:bCs/>
          <w:lang w:val="en-ID"/>
        </w:rPr>
        <w:t xml:space="preserve"> (Covenant)</w:t>
      </w:r>
    </w:p>
    <w:p w14:paraId="5906CB66" w14:textId="4F17DD1E" w:rsidR="003E655E" w:rsidRDefault="003E655E" w:rsidP="003E655E">
      <w:pPr>
        <w:pStyle w:val="ListParagraph"/>
        <w:ind w:left="360"/>
        <w:jc w:val="both"/>
      </w:pPr>
      <w:proofErr w:type="spellStart"/>
      <w:r w:rsidRPr="003E655E">
        <w:t>Berbeda</w:t>
      </w:r>
      <w:proofErr w:type="spellEnd"/>
      <w:r w:rsidRPr="003E655E">
        <w:t xml:space="preserve"> </w:t>
      </w:r>
      <w:proofErr w:type="spellStart"/>
      <w:r w:rsidRPr="003E655E">
        <w:t>dengan</w:t>
      </w:r>
      <w:proofErr w:type="spellEnd"/>
      <w:r w:rsidRPr="003E655E">
        <w:t xml:space="preserve"> </w:t>
      </w:r>
      <w:proofErr w:type="spellStart"/>
      <w:r w:rsidRPr="003E655E">
        <w:t>pandangan</w:t>
      </w:r>
      <w:proofErr w:type="spellEnd"/>
      <w:r w:rsidRPr="003E655E">
        <w:t xml:space="preserve"> </w:t>
      </w:r>
      <w:proofErr w:type="spellStart"/>
      <w:r w:rsidRPr="003E655E">
        <w:t>sekuler</w:t>
      </w:r>
      <w:proofErr w:type="spellEnd"/>
      <w:r w:rsidRPr="003E655E">
        <w:t xml:space="preserve"> yang </w:t>
      </w:r>
      <w:proofErr w:type="spellStart"/>
      <w:r w:rsidRPr="003E655E">
        <w:t>memahami</w:t>
      </w:r>
      <w:proofErr w:type="spellEnd"/>
      <w:r w:rsidRPr="003E655E">
        <w:t xml:space="preserve"> </w:t>
      </w:r>
      <w:proofErr w:type="spellStart"/>
      <w:r w:rsidRPr="003E655E">
        <w:t>pernikahan</w:t>
      </w:r>
      <w:proofErr w:type="spellEnd"/>
      <w:r w:rsidRPr="003E655E">
        <w:t xml:space="preserve"> </w:t>
      </w:r>
      <w:proofErr w:type="spellStart"/>
      <w:r w:rsidRPr="003E655E">
        <w:t>sebagai</w:t>
      </w:r>
      <w:proofErr w:type="spellEnd"/>
      <w:r w:rsidRPr="003E655E">
        <w:t xml:space="preserve"> </w:t>
      </w:r>
      <w:proofErr w:type="spellStart"/>
      <w:r w:rsidRPr="003E655E">
        <w:t>kontrak</w:t>
      </w:r>
      <w:proofErr w:type="spellEnd"/>
      <w:r w:rsidRPr="003E655E">
        <w:t xml:space="preserve"> yang </w:t>
      </w:r>
      <w:proofErr w:type="spellStart"/>
      <w:r w:rsidRPr="003E655E">
        <w:t>dapat</w:t>
      </w:r>
      <w:proofErr w:type="spellEnd"/>
      <w:r w:rsidRPr="003E655E">
        <w:t xml:space="preserve"> </w:t>
      </w:r>
      <w:proofErr w:type="spellStart"/>
      <w:r w:rsidRPr="003E655E">
        <w:t>dibatalkan</w:t>
      </w:r>
      <w:proofErr w:type="spellEnd"/>
      <w:r w:rsidRPr="003E655E">
        <w:t xml:space="preserve"> </w:t>
      </w:r>
      <w:proofErr w:type="spellStart"/>
      <w:r w:rsidRPr="003E655E">
        <w:t>sewaktu-waktu</w:t>
      </w:r>
      <w:proofErr w:type="spellEnd"/>
      <w:r w:rsidRPr="003E655E">
        <w:t xml:space="preserve">, </w:t>
      </w:r>
      <w:proofErr w:type="spellStart"/>
      <w:r w:rsidRPr="003E655E">
        <w:t>Alkitab</w:t>
      </w:r>
      <w:proofErr w:type="spellEnd"/>
      <w:r w:rsidRPr="003E655E">
        <w:t xml:space="preserve"> </w:t>
      </w:r>
      <w:proofErr w:type="spellStart"/>
      <w:r w:rsidRPr="003E655E">
        <w:t>mengajarkan</w:t>
      </w:r>
      <w:proofErr w:type="spellEnd"/>
      <w:r w:rsidRPr="003E655E">
        <w:t xml:space="preserve"> </w:t>
      </w:r>
      <w:proofErr w:type="spellStart"/>
      <w:r w:rsidRPr="003E655E">
        <w:t>bahwa</w:t>
      </w:r>
      <w:proofErr w:type="spellEnd"/>
      <w:r w:rsidRPr="003E655E">
        <w:t xml:space="preserve"> </w:t>
      </w:r>
      <w:proofErr w:type="spellStart"/>
      <w:r w:rsidRPr="003E655E">
        <w:t>pernikahan</w:t>
      </w:r>
      <w:proofErr w:type="spellEnd"/>
      <w:r w:rsidRPr="003E655E">
        <w:t xml:space="preserve"> </w:t>
      </w:r>
      <w:proofErr w:type="spellStart"/>
      <w:r w:rsidRPr="003E655E">
        <w:t>adalah</w:t>
      </w:r>
      <w:proofErr w:type="spellEnd"/>
      <w:r w:rsidRPr="003E655E">
        <w:t xml:space="preserve"> </w:t>
      </w:r>
      <w:proofErr w:type="spellStart"/>
      <w:r w:rsidRPr="003E655E">
        <w:t>sebuah</w:t>
      </w:r>
      <w:proofErr w:type="spellEnd"/>
      <w:r w:rsidRPr="003E655E">
        <w:t xml:space="preserve"> </w:t>
      </w:r>
      <w:proofErr w:type="spellStart"/>
      <w:r w:rsidRPr="003E655E">
        <w:t>perjanjian</w:t>
      </w:r>
      <w:proofErr w:type="spellEnd"/>
      <w:r w:rsidRPr="003E655E">
        <w:t xml:space="preserve"> (covenant) yang </w:t>
      </w:r>
      <w:proofErr w:type="spellStart"/>
      <w:r w:rsidRPr="003E655E">
        <w:t>mengikat</w:t>
      </w:r>
      <w:proofErr w:type="spellEnd"/>
      <w:r w:rsidRPr="003E655E">
        <w:t xml:space="preserve"> </w:t>
      </w:r>
      <w:proofErr w:type="spellStart"/>
      <w:r w:rsidRPr="003E655E">
        <w:t>kedua</w:t>
      </w:r>
      <w:proofErr w:type="spellEnd"/>
      <w:r w:rsidRPr="003E655E">
        <w:t xml:space="preserve"> </w:t>
      </w:r>
      <w:proofErr w:type="spellStart"/>
      <w:r w:rsidRPr="003E655E">
        <w:t>mempelai</w:t>
      </w:r>
      <w:proofErr w:type="spellEnd"/>
      <w:r w:rsidRPr="003E655E">
        <w:t xml:space="preserve"> di </w:t>
      </w:r>
      <w:proofErr w:type="spellStart"/>
      <w:r w:rsidRPr="003E655E">
        <w:t>hadapan</w:t>
      </w:r>
      <w:proofErr w:type="spellEnd"/>
      <w:r w:rsidRPr="003E655E">
        <w:t xml:space="preserve"> Allah (</w:t>
      </w:r>
      <w:proofErr w:type="spellStart"/>
      <w:r w:rsidRPr="003E655E">
        <w:t>Maleakhi</w:t>
      </w:r>
      <w:proofErr w:type="spellEnd"/>
      <w:r w:rsidRPr="003E655E">
        <w:t xml:space="preserve"> 2:14). Rasul Paulus </w:t>
      </w:r>
      <w:proofErr w:type="spellStart"/>
      <w:r w:rsidRPr="003E655E">
        <w:t>dalam</w:t>
      </w:r>
      <w:proofErr w:type="spellEnd"/>
      <w:r w:rsidRPr="003E655E">
        <w:t xml:space="preserve"> </w:t>
      </w:r>
      <w:proofErr w:type="spellStart"/>
      <w:r w:rsidRPr="003E655E">
        <w:t>Efesus</w:t>
      </w:r>
      <w:proofErr w:type="spellEnd"/>
      <w:r w:rsidRPr="003E655E">
        <w:t xml:space="preserve"> 5:22-33 </w:t>
      </w:r>
      <w:proofErr w:type="spellStart"/>
      <w:r w:rsidRPr="003E655E">
        <w:t>menggambarkan</w:t>
      </w:r>
      <w:proofErr w:type="spellEnd"/>
      <w:r w:rsidRPr="003E655E">
        <w:t xml:space="preserve"> hubungan </w:t>
      </w:r>
      <w:proofErr w:type="spellStart"/>
      <w:r w:rsidRPr="003E655E">
        <w:t>suami-istri</w:t>
      </w:r>
      <w:proofErr w:type="spellEnd"/>
      <w:r w:rsidRPr="003E655E">
        <w:t xml:space="preserve"> </w:t>
      </w:r>
      <w:proofErr w:type="spellStart"/>
      <w:r w:rsidRPr="003E655E">
        <w:t>sebagai</w:t>
      </w:r>
      <w:proofErr w:type="spellEnd"/>
      <w:r w:rsidRPr="003E655E">
        <w:t xml:space="preserve"> </w:t>
      </w:r>
      <w:proofErr w:type="spellStart"/>
      <w:r w:rsidRPr="003E655E">
        <w:t>cerminan</w:t>
      </w:r>
      <w:proofErr w:type="spellEnd"/>
      <w:r w:rsidRPr="003E655E">
        <w:t xml:space="preserve"> hubungan </w:t>
      </w:r>
      <w:proofErr w:type="spellStart"/>
      <w:r w:rsidRPr="003E655E">
        <w:t>Kristus</w:t>
      </w:r>
      <w:proofErr w:type="spellEnd"/>
      <w:r w:rsidRPr="003E655E">
        <w:t xml:space="preserve"> </w:t>
      </w:r>
      <w:proofErr w:type="spellStart"/>
      <w:r w:rsidRPr="003E655E">
        <w:t>dengan</w:t>
      </w:r>
      <w:proofErr w:type="spellEnd"/>
      <w:r w:rsidRPr="003E655E">
        <w:t xml:space="preserve"> </w:t>
      </w:r>
      <w:proofErr w:type="spellStart"/>
      <w:r w:rsidRPr="003E655E">
        <w:t>jemaat</w:t>
      </w:r>
      <w:proofErr w:type="spellEnd"/>
      <w:r w:rsidRPr="003E655E">
        <w:t xml:space="preserve">-Nya, </w:t>
      </w:r>
      <w:proofErr w:type="spellStart"/>
      <w:r w:rsidRPr="003E655E">
        <w:t>yaitu</w:t>
      </w:r>
      <w:proofErr w:type="spellEnd"/>
      <w:r w:rsidRPr="003E655E">
        <w:t xml:space="preserve"> hubungan </w:t>
      </w:r>
      <w:proofErr w:type="spellStart"/>
      <w:r w:rsidRPr="003E655E">
        <w:t>kasih</w:t>
      </w:r>
      <w:proofErr w:type="spellEnd"/>
      <w:r w:rsidRPr="003E655E">
        <w:t xml:space="preserve">, </w:t>
      </w:r>
      <w:proofErr w:type="spellStart"/>
      <w:r w:rsidRPr="003E655E">
        <w:t>kesetiaan</w:t>
      </w:r>
      <w:proofErr w:type="spellEnd"/>
      <w:r w:rsidRPr="003E655E">
        <w:t xml:space="preserve">, dan </w:t>
      </w:r>
      <w:proofErr w:type="spellStart"/>
      <w:r w:rsidRPr="003E655E">
        <w:t>pengorbanan</w:t>
      </w:r>
      <w:proofErr w:type="spellEnd"/>
      <w:r w:rsidRPr="003E655E">
        <w:t xml:space="preserve"> yang </w:t>
      </w:r>
      <w:proofErr w:type="spellStart"/>
      <w:r w:rsidRPr="003E655E">
        <w:t>tidak</w:t>
      </w:r>
      <w:proofErr w:type="spellEnd"/>
      <w:r w:rsidRPr="003E655E">
        <w:t xml:space="preserve"> </w:t>
      </w:r>
      <w:proofErr w:type="spellStart"/>
      <w:r w:rsidRPr="003E655E">
        <w:t>bersyarat</w:t>
      </w:r>
      <w:proofErr w:type="spellEnd"/>
      <w:r w:rsidRPr="003E655E">
        <w:t>.</w:t>
      </w:r>
    </w:p>
    <w:p w14:paraId="41CDE7DF" w14:textId="77777777" w:rsidR="003E655E" w:rsidRPr="003E655E" w:rsidRDefault="003E655E" w:rsidP="003E655E">
      <w:pPr>
        <w:pStyle w:val="ListParagraph"/>
        <w:ind w:left="360"/>
        <w:jc w:val="both"/>
        <w:rPr>
          <w:b/>
          <w:bCs/>
        </w:rPr>
      </w:pPr>
    </w:p>
    <w:p w14:paraId="5ED3E0AE" w14:textId="20F42C9F" w:rsidR="003E655E" w:rsidRPr="003E655E" w:rsidRDefault="003E655E" w:rsidP="003E655E">
      <w:pPr>
        <w:pStyle w:val="ListParagraph"/>
        <w:numPr>
          <w:ilvl w:val="1"/>
          <w:numId w:val="18"/>
        </w:numPr>
        <w:rPr>
          <w:b/>
          <w:bCs/>
          <w:lang w:val="en-ID"/>
        </w:rPr>
      </w:pPr>
      <w:r w:rsidRPr="003E655E">
        <w:rPr>
          <w:b/>
          <w:bCs/>
        </w:rPr>
        <w:t xml:space="preserve"> </w:t>
      </w:r>
      <w:r w:rsidRPr="003E655E">
        <w:rPr>
          <w:b/>
          <w:bCs/>
        </w:rPr>
        <w:t xml:space="preserve">Peran </w:t>
      </w:r>
      <w:proofErr w:type="spellStart"/>
      <w:r w:rsidRPr="003E655E">
        <w:rPr>
          <w:b/>
          <w:bCs/>
        </w:rPr>
        <w:t>Gereja</w:t>
      </w:r>
      <w:proofErr w:type="spellEnd"/>
      <w:r w:rsidRPr="003E655E">
        <w:rPr>
          <w:b/>
          <w:bCs/>
        </w:rPr>
        <w:t xml:space="preserve"> </w:t>
      </w:r>
      <w:proofErr w:type="spellStart"/>
      <w:r w:rsidRPr="003E655E">
        <w:rPr>
          <w:b/>
          <w:bCs/>
        </w:rPr>
        <w:t>dalam</w:t>
      </w:r>
      <w:proofErr w:type="spellEnd"/>
      <w:r w:rsidRPr="003E655E">
        <w:rPr>
          <w:b/>
          <w:bCs/>
        </w:rPr>
        <w:t xml:space="preserve"> </w:t>
      </w:r>
      <w:proofErr w:type="spellStart"/>
      <w:r w:rsidRPr="003E655E">
        <w:rPr>
          <w:b/>
          <w:bCs/>
        </w:rPr>
        <w:t>Pemberkatan</w:t>
      </w:r>
      <w:proofErr w:type="spellEnd"/>
      <w:r w:rsidRPr="003E655E">
        <w:rPr>
          <w:b/>
          <w:bCs/>
        </w:rPr>
        <w:t xml:space="preserve"> Nika</w:t>
      </w:r>
      <w:r>
        <w:rPr>
          <w:b/>
          <w:bCs/>
        </w:rPr>
        <w:t>h</w:t>
      </w:r>
    </w:p>
    <w:p w14:paraId="5FE19B6E" w14:textId="5394A4FE" w:rsidR="003E655E" w:rsidRDefault="003E655E" w:rsidP="003E655E">
      <w:pPr>
        <w:pStyle w:val="ListParagraph"/>
        <w:ind w:left="360"/>
        <w:jc w:val="both"/>
      </w:pPr>
      <w:proofErr w:type="spellStart"/>
      <w:r w:rsidRPr="003E655E">
        <w:t>Gereja</w:t>
      </w:r>
      <w:proofErr w:type="spellEnd"/>
      <w:r w:rsidRPr="003E655E">
        <w:t xml:space="preserve"> </w:t>
      </w:r>
      <w:proofErr w:type="spellStart"/>
      <w:r w:rsidRPr="003E655E">
        <w:t>hadir</w:t>
      </w:r>
      <w:proofErr w:type="spellEnd"/>
      <w:r w:rsidRPr="003E655E">
        <w:t xml:space="preserve"> </w:t>
      </w:r>
      <w:proofErr w:type="spellStart"/>
      <w:r w:rsidRPr="003E655E">
        <w:t>sebagai</w:t>
      </w:r>
      <w:proofErr w:type="spellEnd"/>
      <w:r w:rsidRPr="003E655E">
        <w:t xml:space="preserve"> </w:t>
      </w:r>
      <w:proofErr w:type="spellStart"/>
      <w:r w:rsidRPr="003E655E">
        <w:t>lembaga</w:t>
      </w:r>
      <w:proofErr w:type="spellEnd"/>
      <w:r w:rsidRPr="003E655E">
        <w:t xml:space="preserve"> </w:t>
      </w:r>
      <w:proofErr w:type="spellStart"/>
      <w:r w:rsidRPr="003E655E">
        <w:t>rohani</w:t>
      </w:r>
      <w:proofErr w:type="spellEnd"/>
      <w:r w:rsidRPr="003E655E">
        <w:t xml:space="preserve"> yang </w:t>
      </w:r>
      <w:proofErr w:type="spellStart"/>
      <w:r w:rsidRPr="003E655E">
        <w:t>meneguhkan</w:t>
      </w:r>
      <w:proofErr w:type="spellEnd"/>
      <w:r w:rsidRPr="003E655E">
        <w:t xml:space="preserve"> dan </w:t>
      </w:r>
      <w:proofErr w:type="spellStart"/>
      <w:r w:rsidRPr="003E655E">
        <w:t>memberkati</w:t>
      </w:r>
      <w:proofErr w:type="spellEnd"/>
      <w:r w:rsidRPr="003E655E">
        <w:t xml:space="preserve"> </w:t>
      </w:r>
      <w:proofErr w:type="spellStart"/>
      <w:r w:rsidRPr="003E655E">
        <w:t>pernikahan</w:t>
      </w:r>
      <w:proofErr w:type="spellEnd"/>
      <w:r w:rsidRPr="003E655E">
        <w:t xml:space="preserve"> </w:t>
      </w:r>
      <w:proofErr w:type="spellStart"/>
      <w:r w:rsidRPr="003E655E">
        <w:t>pasangan</w:t>
      </w:r>
      <w:proofErr w:type="spellEnd"/>
      <w:r w:rsidRPr="003E655E">
        <w:t xml:space="preserve"> </w:t>
      </w:r>
      <w:proofErr w:type="spellStart"/>
      <w:r w:rsidRPr="003E655E">
        <w:t>melalui</w:t>
      </w:r>
      <w:proofErr w:type="spellEnd"/>
      <w:r w:rsidRPr="003E655E">
        <w:t xml:space="preserve"> </w:t>
      </w:r>
      <w:proofErr w:type="spellStart"/>
      <w:r w:rsidRPr="003E655E">
        <w:t>pelayanan</w:t>
      </w:r>
      <w:proofErr w:type="spellEnd"/>
      <w:r w:rsidRPr="003E655E">
        <w:t xml:space="preserve"> </w:t>
      </w:r>
      <w:proofErr w:type="spellStart"/>
      <w:r w:rsidRPr="003E655E">
        <w:t>pendeta</w:t>
      </w:r>
      <w:proofErr w:type="spellEnd"/>
      <w:r w:rsidRPr="003E655E">
        <w:t xml:space="preserve"> </w:t>
      </w:r>
      <w:proofErr w:type="spellStart"/>
      <w:r w:rsidRPr="003E655E">
        <w:t>atau</w:t>
      </w:r>
      <w:proofErr w:type="spellEnd"/>
      <w:r w:rsidRPr="003E655E">
        <w:t xml:space="preserve"> </w:t>
      </w:r>
      <w:proofErr w:type="spellStart"/>
      <w:r w:rsidRPr="003E655E">
        <w:t>gembala</w:t>
      </w:r>
      <w:proofErr w:type="spellEnd"/>
      <w:r w:rsidRPr="003E655E">
        <w:t xml:space="preserve"> </w:t>
      </w:r>
      <w:proofErr w:type="spellStart"/>
      <w:r w:rsidRPr="003E655E">
        <w:t>jemaat</w:t>
      </w:r>
      <w:proofErr w:type="spellEnd"/>
      <w:r w:rsidRPr="003E655E">
        <w:t xml:space="preserve">. Peran </w:t>
      </w:r>
      <w:proofErr w:type="spellStart"/>
      <w:r w:rsidRPr="003E655E">
        <w:t>gereja</w:t>
      </w:r>
      <w:proofErr w:type="spellEnd"/>
      <w:r w:rsidRPr="003E655E">
        <w:t xml:space="preserve"> </w:t>
      </w:r>
      <w:proofErr w:type="spellStart"/>
      <w:r w:rsidRPr="003E655E">
        <w:t>bukan</w:t>
      </w:r>
      <w:proofErr w:type="spellEnd"/>
      <w:r w:rsidRPr="003E655E">
        <w:t xml:space="preserve"> </w:t>
      </w:r>
      <w:proofErr w:type="spellStart"/>
      <w:r w:rsidRPr="003E655E">
        <w:t>hanya</w:t>
      </w:r>
      <w:proofErr w:type="spellEnd"/>
      <w:r w:rsidRPr="003E655E">
        <w:t xml:space="preserve"> </w:t>
      </w:r>
      <w:proofErr w:type="spellStart"/>
      <w:r w:rsidRPr="003E655E">
        <w:t>sebagai</w:t>
      </w:r>
      <w:proofErr w:type="spellEnd"/>
      <w:r w:rsidRPr="003E655E">
        <w:t xml:space="preserve"> </w:t>
      </w:r>
      <w:proofErr w:type="spellStart"/>
      <w:r w:rsidRPr="003E655E">
        <w:t>penyelenggara</w:t>
      </w:r>
      <w:proofErr w:type="spellEnd"/>
      <w:r w:rsidRPr="003E655E">
        <w:t xml:space="preserve"> acara, </w:t>
      </w:r>
      <w:proofErr w:type="spellStart"/>
      <w:r w:rsidRPr="003E655E">
        <w:t>melainkan</w:t>
      </w:r>
      <w:proofErr w:type="spellEnd"/>
      <w:r w:rsidRPr="003E655E">
        <w:t xml:space="preserve"> </w:t>
      </w:r>
      <w:proofErr w:type="spellStart"/>
      <w:r w:rsidRPr="003E655E">
        <w:t>sebagai</w:t>
      </w:r>
      <w:proofErr w:type="spellEnd"/>
      <w:r w:rsidRPr="003E655E">
        <w:t xml:space="preserve"> </w:t>
      </w:r>
      <w:proofErr w:type="spellStart"/>
      <w:r w:rsidRPr="003E655E">
        <w:t>saksi</w:t>
      </w:r>
      <w:proofErr w:type="spellEnd"/>
      <w:r w:rsidRPr="003E655E">
        <w:t xml:space="preserve"> </w:t>
      </w:r>
      <w:proofErr w:type="spellStart"/>
      <w:r w:rsidRPr="003E655E">
        <w:t>rohani</w:t>
      </w:r>
      <w:proofErr w:type="spellEnd"/>
      <w:r w:rsidRPr="003E655E">
        <w:t xml:space="preserve"> yang </w:t>
      </w:r>
      <w:proofErr w:type="spellStart"/>
      <w:r w:rsidRPr="003E655E">
        <w:t>mendoakan</w:t>
      </w:r>
      <w:proofErr w:type="spellEnd"/>
      <w:r w:rsidRPr="003E655E">
        <w:t xml:space="preserve">, </w:t>
      </w:r>
      <w:proofErr w:type="spellStart"/>
      <w:r w:rsidRPr="003E655E">
        <w:t>menasihati</w:t>
      </w:r>
      <w:proofErr w:type="spellEnd"/>
      <w:r w:rsidRPr="003E655E">
        <w:t xml:space="preserve">, dan </w:t>
      </w:r>
      <w:proofErr w:type="spellStart"/>
      <w:r w:rsidRPr="003E655E">
        <w:t>meneguhkan</w:t>
      </w:r>
      <w:proofErr w:type="spellEnd"/>
      <w:r w:rsidRPr="003E655E">
        <w:t xml:space="preserve"> </w:t>
      </w:r>
      <w:proofErr w:type="spellStart"/>
      <w:r w:rsidRPr="003E655E">
        <w:t>komitmen</w:t>
      </w:r>
      <w:proofErr w:type="spellEnd"/>
      <w:r w:rsidRPr="003E655E">
        <w:t xml:space="preserve"> </w:t>
      </w:r>
      <w:proofErr w:type="spellStart"/>
      <w:r w:rsidRPr="003E655E">
        <w:t>kedua</w:t>
      </w:r>
      <w:proofErr w:type="spellEnd"/>
      <w:r w:rsidRPr="003E655E">
        <w:t xml:space="preserve"> </w:t>
      </w:r>
      <w:proofErr w:type="spellStart"/>
      <w:r w:rsidRPr="003E655E">
        <w:t>mempelai</w:t>
      </w:r>
      <w:proofErr w:type="spellEnd"/>
      <w:r w:rsidRPr="003E655E">
        <w:t xml:space="preserve"> </w:t>
      </w:r>
      <w:proofErr w:type="spellStart"/>
      <w:r w:rsidRPr="003E655E">
        <w:t>untuk</w:t>
      </w:r>
      <w:proofErr w:type="spellEnd"/>
      <w:r w:rsidRPr="003E655E">
        <w:t xml:space="preserve"> </w:t>
      </w:r>
      <w:proofErr w:type="spellStart"/>
      <w:r w:rsidRPr="003E655E">
        <w:t>hidup</w:t>
      </w:r>
      <w:proofErr w:type="spellEnd"/>
      <w:r w:rsidRPr="003E655E">
        <w:t xml:space="preserve"> </w:t>
      </w:r>
      <w:proofErr w:type="spellStart"/>
      <w:r w:rsidRPr="003E655E">
        <w:t>setia</w:t>
      </w:r>
      <w:proofErr w:type="spellEnd"/>
      <w:r w:rsidRPr="003E655E">
        <w:t xml:space="preserve"> </w:t>
      </w:r>
      <w:proofErr w:type="spellStart"/>
      <w:r w:rsidRPr="003E655E">
        <w:t>sesuai</w:t>
      </w:r>
      <w:proofErr w:type="spellEnd"/>
      <w:r w:rsidRPr="003E655E">
        <w:t xml:space="preserve"> </w:t>
      </w:r>
      <w:proofErr w:type="spellStart"/>
      <w:r w:rsidRPr="003E655E">
        <w:t>dengan</w:t>
      </w:r>
      <w:proofErr w:type="spellEnd"/>
      <w:r w:rsidRPr="003E655E">
        <w:t xml:space="preserve"> </w:t>
      </w:r>
      <w:proofErr w:type="spellStart"/>
      <w:r w:rsidRPr="003E655E">
        <w:t>firman</w:t>
      </w:r>
      <w:proofErr w:type="spellEnd"/>
      <w:r w:rsidRPr="003E655E">
        <w:t xml:space="preserve"> </w:t>
      </w:r>
      <w:proofErr w:type="spellStart"/>
      <w:r w:rsidRPr="003E655E">
        <w:t>Tuhan</w:t>
      </w:r>
      <w:proofErr w:type="spellEnd"/>
      <w:r w:rsidRPr="003E655E">
        <w:t xml:space="preserve"> </w:t>
      </w:r>
      <w:proofErr w:type="spellStart"/>
      <w:r w:rsidRPr="003E655E">
        <w:t>sepanjang</w:t>
      </w:r>
      <w:proofErr w:type="spellEnd"/>
      <w:r w:rsidRPr="003E655E">
        <w:t xml:space="preserve"> </w:t>
      </w:r>
      <w:proofErr w:type="spellStart"/>
      <w:r w:rsidRPr="003E655E">
        <w:t>hidup</w:t>
      </w:r>
      <w:proofErr w:type="spellEnd"/>
      <w:r w:rsidRPr="003E655E">
        <w:t xml:space="preserve"> </w:t>
      </w:r>
      <w:proofErr w:type="spellStart"/>
      <w:r w:rsidRPr="003E655E">
        <w:t>pernikahan</w:t>
      </w:r>
      <w:proofErr w:type="spellEnd"/>
      <w:r w:rsidRPr="003E655E">
        <w:t xml:space="preserve"> </w:t>
      </w:r>
      <w:proofErr w:type="spellStart"/>
      <w:r w:rsidRPr="003E655E">
        <w:t>mereka</w:t>
      </w:r>
      <w:proofErr w:type="spellEnd"/>
      <w:r w:rsidRPr="003E655E">
        <w:t>.</w:t>
      </w:r>
    </w:p>
    <w:p w14:paraId="3807F4E9" w14:textId="77777777" w:rsidR="003E655E" w:rsidRDefault="003E655E" w:rsidP="003E655E">
      <w:pPr>
        <w:pStyle w:val="ListParagraph"/>
        <w:ind w:left="360"/>
        <w:jc w:val="both"/>
      </w:pPr>
    </w:p>
    <w:p w14:paraId="12DF9478" w14:textId="244B58FA" w:rsidR="003E655E" w:rsidRPr="003E655E" w:rsidRDefault="003E655E" w:rsidP="003E655E">
      <w:pPr>
        <w:pStyle w:val="ListParagraph"/>
        <w:numPr>
          <w:ilvl w:val="1"/>
          <w:numId w:val="18"/>
        </w:numPr>
        <w:rPr>
          <w:b/>
          <w:bCs/>
          <w:lang w:val="en-ID"/>
        </w:rPr>
      </w:pPr>
      <w:r w:rsidRPr="003E655E">
        <w:rPr>
          <w:b/>
          <w:bCs/>
          <w:lang w:val="en-ID"/>
        </w:rPr>
        <w:t xml:space="preserve"> </w:t>
      </w:r>
      <w:proofErr w:type="spellStart"/>
      <w:r w:rsidRPr="003E655E">
        <w:rPr>
          <w:b/>
          <w:bCs/>
        </w:rPr>
        <w:t>Prinsip</w:t>
      </w:r>
      <w:proofErr w:type="spellEnd"/>
      <w:r w:rsidRPr="003E655E">
        <w:rPr>
          <w:b/>
          <w:bCs/>
        </w:rPr>
        <w:t xml:space="preserve"> Umum </w:t>
      </w:r>
      <w:proofErr w:type="spellStart"/>
      <w:r w:rsidRPr="003E655E">
        <w:rPr>
          <w:b/>
          <w:bCs/>
        </w:rPr>
        <w:t>Liturgi</w:t>
      </w:r>
      <w:proofErr w:type="spellEnd"/>
      <w:r w:rsidRPr="003E655E">
        <w:rPr>
          <w:b/>
          <w:bCs/>
        </w:rPr>
        <w:t xml:space="preserve"> </w:t>
      </w:r>
      <w:proofErr w:type="spellStart"/>
      <w:r w:rsidRPr="003E655E">
        <w:rPr>
          <w:b/>
          <w:bCs/>
        </w:rPr>
        <w:t>Pernikahan</w:t>
      </w:r>
      <w:proofErr w:type="spellEnd"/>
      <w:r w:rsidRPr="003E655E">
        <w:rPr>
          <w:b/>
          <w:bCs/>
        </w:rPr>
        <w:t xml:space="preserve"> Kristen</w:t>
      </w:r>
      <w:r>
        <w:rPr>
          <w:b/>
          <w:bCs/>
        </w:rPr>
        <w:t>.</w:t>
      </w:r>
    </w:p>
    <w:p w14:paraId="36C182DE" w14:textId="40D183C7" w:rsidR="003E655E" w:rsidRDefault="003E655E" w:rsidP="003E655E">
      <w:pPr>
        <w:pStyle w:val="ListParagraph"/>
        <w:ind w:left="360"/>
        <w:jc w:val="both"/>
      </w:pPr>
      <w:proofErr w:type="spellStart"/>
      <w:r w:rsidRPr="003E655E">
        <w:t>Secara</w:t>
      </w:r>
      <w:proofErr w:type="spellEnd"/>
      <w:r w:rsidRPr="003E655E">
        <w:t xml:space="preserve"> </w:t>
      </w:r>
      <w:proofErr w:type="spellStart"/>
      <w:r w:rsidRPr="003E655E">
        <w:t>umum</w:t>
      </w:r>
      <w:proofErr w:type="spellEnd"/>
      <w:r w:rsidRPr="003E655E">
        <w:t xml:space="preserve">, </w:t>
      </w:r>
      <w:proofErr w:type="spellStart"/>
      <w:r w:rsidRPr="003E655E">
        <w:t>liturgi</w:t>
      </w:r>
      <w:proofErr w:type="spellEnd"/>
      <w:r w:rsidRPr="003E655E">
        <w:t xml:space="preserve"> </w:t>
      </w:r>
      <w:proofErr w:type="spellStart"/>
      <w:r w:rsidRPr="003E655E">
        <w:t>pernikahan</w:t>
      </w:r>
      <w:proofErr w:type="spellEnd"/>
      <w:r w:rsidRPr="003E655E">
        <w:t xml:space="preserve"> </w:t>
      </w:r>
      <w:proofErr w:type="spellStart"/>
      <w:r w:rsidRPr="003E655E">
        <w:t>dalam</w:t>
      </w:r>
      <w:proofErr w:type="spellEnd"/>
      <w:r w:rsidRPr="003E655E">
        <w:t xml:space="preserve"> </w:t>
      </w:r>
      <w:proofErr w:type="spellStart"/>
      <w:r w:rsidRPr="003E655E">
        <w:t>tradisi</w:t>
      </w:r>
      <w:proofErr w:type="spellEnd"/>
      <w:r w:rsidRPr="003E655E">
        <w:t xml:space="preserve"> Kristen </w:t>
      </w:r>
      <w:proofErr w:type="spellStart"/>
      <w:r w:rsidRPr="003E655E">
        <w:t>menekankan</w:t>
      </w:r>
      <w:proofErr w:type="spellEnd"/>
      <w:r w:rsidRPr="003E655E">
        <w:t xml:space="preserve"> </w:t>
      </w:r>
      <w:proofErr w:type="spellStart"/>
      <w:r w:rsidRPr="003E655E">
        <w:t>kekhidmatan</w:t>
      </w:r>
      <w:proofErr w:type="spellEnd"/>
      <w:r w:rsidRPr="003E655E">
        <w:t xml:space="preserve"> </w:t>
      </w:r>
      <w:proofErr w:type="spellStart"/>
      <w:r w:rsidRPr="003E655E">
        <w:t>sekaligus</w:t>
      </w:r>
      <w:proofErr w:type="spellEnd"/>
      <w:r w:rsidRPr="003E655E">
        <w:t xml:space="preserve"> </w:t>
      </w:r>
      <w:proofErr w:type="spellStart"/>
      <w:r w:rsidRPr="003E655E">
        <w:t>sukacita</w:t>
      </w:r>
      <w:proofErr w:type="spellEnd"/>
      <w:r w:rsidRPr="003E655E">
        <w:t xml:space="preserve"> </w:t>
      </w:r>
      <w:proofErr w:type="spellStart"/>
      <w:r w:rsidRPr="003E655E">
        <w:t>sebagai</w:t>
      </w:r>
      <w:proofErr w:type="spellEnd"/>
      <w:r w:rsidRPr="003E655E">
        <w:t xml:space="preserve"> </w:t>
      </w:r>
      <w:proofErr w:type="spellStart"/>
      <w:r w:rsidRPr="003E655E">
        <w:t>satu</w:t>
      </w:r>
      <w:proofErr w:type="spellEnd"/>
      <w:r w:rsidRPr="003E655E">
        <w:t xml:space="preserve"> </w:t>
      </w:r>
      <w:proofErr w:type="spellStart"/>
      <w:r w:rsidRPr="003E655E">
        <w:t>kesatuan</w:t>
      </w:r>
      <w:proofErr w:type="spellEnd"/>
      <w:r w:rsidRPr="003E655E">
        <w:t xml:space="preserve"> yang </w:t>
      </w:r>
      <w:proofErr w:type="spellStart"/>
      <w:r w:rsidRPr="003E655E">
        <w:t>tidak</w:t>
      </w:r>
      <w:proofErr w:type="spellEnd"/>
      <w:r w:rsidRPr="003E655E">
        <w:t xml:space="preserve"> </w:t>
      </w:r>
      <w:proofErr w:type="spellStart"/>
      <w:r w:rsidRPr="003E655E">
        <w:t>terpisahkan</w:t>
      </w:r>
      <w:proofErr w:type="spellEnd"/>
      <w:r w:rsidRPr="003E655E">
        <w:t xml:space="preserve">. </w:t>
      </w:r>
      <w:proofErr w:type="spellStart"/>
      <w:r w:rsidRPr="003E655E">
        <w:t>Unsur-unsur</w:t>
      </w:r>
      <w:proofErr w:type="spellEnd"/>
      <w:r w:rsidRPr="003E655E">
        <w:t xml:space="preserve"> </w:t>
      </w:r>
      <w:proofErr w:type="spellStart"/>
      <w:r w:rsidRPr="003E655E">
        <w:t>pokok</w:t>
      </w:r>
      <w:proofErr w:type="spellEnd"/>
      <w:r w:rsidRPr="003E655E">
        <w:t xml:space="preserve"> yang </w:t>
      </w:r>
      <w:proofErr w:type="spellStart"/>
      <w:r w:rsidRPr="003E655E">
        <w:t>biasa</w:t>
      </w:r>
      <w:proofErr w:type="spellEnd"/>
      <w:r w:rsidRPr="003E655E">
        <w:t xml:space="preserve"> </w:t>
      </w:r>
      <w:proofErr w:type="spellStart"/>
      <w:r w:rsidRPr="003E655E">
        <w:t>terdapat</w:t>
      </w:r>
      <w:proofErr w:type="spellEnd"/>
      <w:r w:rsidRPr="003E655E">
        <w:t xml:space="preserve"> </w:t>
      </w:r>
      <w:proofErr w:type="spellStart"/>
      <w:r w:rsidRPr="003E655E">
        <w:t>dalam</w:t>
      </w:r>
      <w:proofErr w:type="spellEnd"/>
      <w:r w:rsidRPr="003E655E">
        <w:t xml:space="preserve"> </w:t>
      </w:r>
      <w:proofErr w:type="spellStart"/>
      <w:r w:rsidRPr="003E655E">
        <w:t>liturgi</w:t>
      </w:r>
      <w:proofErr w:type="spellEnd"/>
      <w:r w:rsidRPr="003E655E">
        <w:t xml:space="preserve"> </w:t>
      </w:r>
      <w:proofErr w:type="spellStart"/>
      <w:r w:rsidRPr="003E655E">
        <w:t>pernikahan</w:t>
      </w:r>
      <w:proofErr w:type="spellEnd"/>
      <w:r w:rsidRPr="003E655E">
        <w:t xml:space="preserve"> Kristen </w:t>
      </w:r>
      <w:proofErr w:type="spellStart"/>
      <w:r w:rsidRPr="003E655E">
        <w:t>meliputi</w:t>
      </w:r>
      <w:proofErr w:type="spellEnd"/>
      <w:r w:rsidRPr="003E655E">
        <w:t xml:space="preserve">: </w:t>
      </w:r>
      <w:proofErr w:type="spellStart"/>
      <w:r w:rsidRPr="003E655E">
        <w:t>pujian</w:t>
      </w:r>
      <w:proofErr w:type="spellEnd"/>
      <w:r w:rsidRPr="003E655E">
        <w:t xml:space="preserve"> </w:t>
      </w:r>
      <w:proofErr w:type="spellStart"/>
      <w:r w:rsidRPr="003E655E">
        <w:t>penyembahan</w:t>
      </w:r>
      <w:proofErr w:type="spellEnd"/>
      <w:r w:rsidRPr="003E655E">
        <w:t xml:space="preserve">, </w:t>
      </w:r>
      <w:proofErr w:type="spellStart"/>
      <w:r w:rsidRPr="003E655E">
        <w:t>pembacaan</w:t>
      </w:r>
      <w:proofErr w:type="spellEnd"/>
      <w:r w:rsidRPr="003E655E">
        <w:t xml:space="preserve"> dan </w:t>
      </w:r>
      <w:proofErr w:type="spellStart"/>
      <w:r w:rsidRPr="003E655E">
        <w:t>pemberitaan</w:t>
      </w:r>
      <w:proofErr w:type="spellEnd"/>
      <w:r w:rsidRPr="003E655E">
        <w:t xml:space="preserve"> </w:t>
      </w:r>
      <w:proofErr w:type="spellStart"/>
      <w:r w:rsidRPr="003E655E">
        <w:t>firman</w:t>
      </w:r>
      <w:proofErr w:type="spellEnd"/>
      <w:r w:rsidRPr="003E655E">
        <w:t xml:space="preserve"> </w:t>
      </w:r>
      <w:proofErr w:type="spellStart"/>
      <w:r w:rsidRPr="003E655E">
        <w:t>Tuhan</w:t>
      </w:r>
      <w:proofErr w:type="spellEnd"/>
      <w:r w:rsidRPr="003E655E">
        <w:t xml:space="preserve"> yang </w:t>
      </w:r>
      <w:proofErr w:type="spellStart"/>
      <w:r w:rsidRPr="003E655E">
        <w:t>relevan</w:t>
      </w:r>
      <w:proofErr w:type="spellEnd"/>
      <w:r w:rsidRPr="003E655E">
        <w:t xml:space="preserve"> </w:t>
      </w:r>
      <w:proofErr w:type="spellStart"/>
      <w:r w:rsidRPr="003E655E">
        <w:t>dengan</w:t>
      </w:r>
      <w:proofErr w:type="spellEnd"/>
      <w:r w:rsidRPr="003E655E">
        <w:t xml:space="preserve"> </w:t>
      </w:r>
      <w:proofErr w:type="spellStart"/>
      <w:r w:rsidRPr="003E655E">
        <w:t>tema</w:t>
      </w:r>
      <w:proofErr w:type="spellEnd"/>
      <w:r w:rsidRPr="003E655E">
        <w:t xml:space="preserve"> </w:t>
      </w:r>
      <w:proofErr w:type="spellStart"/>
      <w:r w:rsidRPr="003E655E">
        <w:t>pernikahan</w:t>
      </w:r>
      <w:proofErr w:type="spellEnd"/>
      <w:r w:rsidRPr="003E655E">
        <w:t xml:space="preserve">, </w:t>
      </w:r>
      <w:proofErr w:type="spellStart"/>
      <w:r w:rsidRPr="003E655E">
        <w:t>pengucapan</w:t>
      </w:r>
      <w:proofErr w:type="spellEnd"/>
      <w:r w:rsidRPr="003E655E">
        <w:t xml:space="preserve"> </w:t>
      </w:r>
      <w:proofErr w:type="spellStart"/>
      <w:r w:rsidRPr="003E655E">
        <w:t>janji</w:t>
      </w:r>
      <w:proofErr w:type="spellEnd"/>
      <w:r w:rsidRPr="003E655E">
        <w:t xml:space="preserve"> nikah yang </w:t>
      </w:r>
      <w:proofErr w:type="spellStart"/>
      <w:r w:rsidRPr="003E655E">
        <w:t>tulus</w:t>
      </w:r>
      <w:proofErr w:type="spellEnd"/>
      <w:r w:rsidRPr="003E655E">
        <w:t xml:space="preserve"> di </w:t>
      </w:r>
      <w:proofErr w:type="spellStart"/>
      <w:r w:rsidRPr="003E655E">
        <w:t>hadapan</w:t>
      </w:r>
      <w:proofErr w:type="spellEnd"/>
      <w:r w:rsidRPr="003E655E">
        <w:t xml:space="preserve"> </w:t>
      </w:r>
      <w:proofErr w:type="spellStart"/>
      <w:r w:rsidRPr="003E655E">
        <w:t>Tuhan</w:t>
      </w:r>
      <w:proofErr w:type="spellEnd"/>
      <w:r w:rsidRPr="003E655E">
        <w:t xml:space="preserve"> dan </w:t>
      </w:r>
      <w:proofErr w:type="spellStart"/>
      <w:r w:rsidRPr="003E655E">
        <w:t>jemaat</w:t>
      </w:r>
      <w:proofErr w:type="spellEnd"/>
      <w:r w:rsidRPr="003E655E">
        <w:t xml:space="preserve">, </w:t>
      </w:r>
      <w:proofErr w:type="spellStart"/>
      <w:r w:rsidRPr="003E655E">
        <w:t>doa</w:t>
      </w:r>
      <w:proofErr w:type="spellEnd"/>
      <w:r w:rsidRPr="003E655E">
        <w:t xml:space="preserve"> </w:t>
      </w:r>
      <w:proofErr w:type="spellStart"/>
      <w:r w:rsidRPr="003E655E">
        <w:t>berkat</w:t>
      </w:r>
      <w:proofErr w:type="spellEnd"/>
      <w:r w:rsidRPr="003E655E">
        <w:t xml:space="preserve"> yang </w:t>
      </w:r>
      <w:proofErr w:type="spellStart"/>
      <w:r w:rsidRPr="003E655E">
        <w:t>penuh</w:t>
      </w:r>
      <w:proofErr w:type="spellEnd"/>
      <w:r w:rsidRPr="003E655E">
        <w:t xml:space="preserve"> </w:t>
      </w:r>
      <w:proofErr w:type="spellStart"/>
      <w:r w:rsidRPr="003E655E">
        <w:t>iman</w:t>
      </w:r>
      <w:proofErr w:type="spellEnd"/>
      <w:r w:rsidRPr="003E655E">
        <w:t xml:space="preserve">, </w:t>
      </w:r>
      <w:proofErr w:type="spellStart"/>
      <w:r w:rsidRPr="003E655E">
        <w:t>serta</w:t>
      </w:r>
      <w:proofErr w:type="spellEnd"/>
      <w:r w:rsidRPr="003E655E">
        <w:t xml:space="preserve"> </w:t>
      </w:r>
      <w:proofErr w:type="spellStart"/>
      <w:r w:rsidRPr="003E655E">
        <w:t>keterlibatan</w:t>
      </w:r>
      <w:proofErr w:type="spellEnd"/>
      <w:r w:rsidRPr="003E655E">
        <w:t xml:space="preserve"> </w:t>
      </w:r>
      <w:proofErr w:type="spellStart"/>
      <w:r w:rsidRPr="003E655E">
        <w:t>jemaat</w:t>
      </w:r>
      <w:proofErr w:type="spellEnd"/>
      <w:r w:rsidRPr="003E655E">
        <w:t xml:space="preserve"> </w:t>
      </w:r>
      <w:proofErr w:type="spellStart"/>
      <w:r w:rsidRPr="003E655E">
        <w:t>sebagai</w:t>
      </w:r>
      <w:proofErr w:type="spellEnd"/>
      <w:r w:rsidRPr="003E655E">
        <w:t xml:space="preserve"> </w:t>
      </w:r>
      <w:proofErr w:type="spellStart"/>
      <w:r w:rsidRPr="003E655E">
        <w:t>komunitas</w:t>
      </w:r>
      <w:proofErr w:type="spellEnd"/>
      <w:r w:rsidRPr="003E655E">
        <w:t xml:space="preserve"> </w:t>
      </w:r>
      <w:proofErr w:type="spellStart"/>
      <w:r w:rsidRPr="003E655E">
        <w:t>iman</w:t>
      </w:r>
      <w:proofErr w:type="spellEnd"/>
      <w:r w:rsidRPr="003E655E">
        <w:t xml:space="preserve"> yang </w:t>
      </w:r>
      <w:proofErr w:type="spellStart"/>
      <w:r w:rsidRPr="003E655E">
        <w:t>turut</w:t>
      </w:r>
      <w:proofErr w:type="spellEnd"/>
      <w:r w:rsidRPr="003E655E">
        <w:t xml:space="preserve"> </w:t>
      </w:r>
      <w:proofErr w:type="spellStart"/>
      <w:r w:rsidRPr="003E655E">
        <w:t>mendukung</w:t>
      </w:r>
      <w:proofErr w:type="spellEnd"/>
      <w:r w:rsidRPr="003E655E">
        <w:t xml:space="preserve"> dan </w:t>
      </w:r>
      <w:proofErr w:type="spellStart"/>
      <w:r w:rsidRPr="003E655E">
        <w:t>mendoakan</w:t>
      </w:r>
      <w:proofErr w:type="spellEnd"/>
      <w:r w:rsidRPr="003E655E">
        <w:t xml:space="preserve"> </w:t>
      </w:r>
      <w:proofErr w:type="spellStart"/>
      <w:r w:rsidRPr="003E655E">
        <w:t>perjalanan</w:t>
      </w:r>
      <w:proofErr w:type="spellEnd"/>
      <w:r w:rsidRPr="003E655E">
        <w:t xml:space="preserve"> </w:t>
      </w:r>
      <w:proofErr w:type="spellStart"/>
      <w:r w:rsidRPr="003E655E">
        <w:t>rumah</w:t>
      </w:r>
      <w:proofErr w:type="spellEnd"/>
      <w:r w:rsidRPr="003E655E">
        <w:t xml:space="preserve"> </w:t>
      </w:r>
      <w:proofErr w:type="spellStart"/>
      <w:r w:rsidRPr="003E655E">
        <w:t>tangga</w:t>
      </w:r>
      <w:proofErr w:type="spellEnd"/>
      <w:r w:rsidRPr="003E655E">
        <w:t xml:space="preserve"> </w:t>
      </w:r>
      <w:proofErr w:type="spellStart"/>
      <w:r w:rsidRPr="003E655E">
        <w:t>pasangan</w:t>
      </w:r>
      <w:proofErr w:type="spellEnd"/>
      <w:r w:rsidRPr="003E655E">
        <w:t xml:space="preserve"> yang baru </w:t>
      </w:r>
      <w:proofErr w:type="spellStart"/>
      <w:r w:rsidRPr="003E655E">
        <w:t>menikah</w:t>
      </w:r>
      <w:proofErr w:type="spellEnd"/>
      <w:r w:rsidRPr="003E655E">
        <w:t>.</w:t>
      </w:r>
      <w:r>
        <w:br/>
      </w:r>
    </w:p>
    <w:p w14:paraId="198E16D8" w14:textId="7B0F0AB2" w:rsidR="00586F77" w:rsidRDefault="00586F77">
      <w:r>
        <w:br w:type="page"/>
      </w:r>
    </w:p>
    <w:p w14:paraId="0B1A51A4" w14:textId="37B325C6" w:rsidR="00586F77" w:rsidRDefault="00586F77" w:rsidP="00586F77">
      <w:pPr>
        <w:pStyle w:val="ListParagraph"/>
        <w:ind w:left="360"/>
        <w:jc w:val="center"/>
        <w:rPr>
          <w:b/>
          <w:bCs/>
          <w:lang w:val="en-ID"/>
        </w:rPr>
      </w:pPr>
      <w:r>
        <w:rPr>
          <w:b/>
          <w:bCs/>
          <w:lang w:val="en-ID"/>
        </w:rPr>
        <w:t>BAB III</w:t>
      </w:r>
    </w:p>
    <w:p w14:paraId="5F9934AA" w14:textId="2434405F" w:rsidR="00586F77" w:rsidRDefault="00586F77" w:rsidP="00586F77">
      <w:pPr>
        <w:pStyle w:val="ListParagraph"/>
        <w:ind w:left="360"/>
        <w:jc w:val="center"/>
        <w:rPr>
          <w:b/>
          <w:bCs/>
        </w:rPr>
      </w:pPr>
      <w:r w:rsidRPr="00586F77">
        <w:rPr>
          <w:b/>
          <w:bCs/>
        </w:rPr>
        <w:t>SUSUNAN LITURGI IBADAH PEMBERKATAN NIKAH</w:t>
      </w:r>
    </w:p>
    <w:p w14:paraId="082C1402" w14:textId="77777777" w:rsidR="00586F77" w:rsidRDefault="00586F77" w:rsidP="00586F77">
      <w:pPr>
        <w:pStyle w:val="ListParagraph"/>
        <w:ind w:left="360"/>
        <w:jc w:val="center"/>
        <w:rPr>
          <w:b/>
          <w:bCs/>
        </w:rPr>
      </w:pPr>
    </w:p>
    <w:p w14:paraId="31134F0F" w14:textId="15FEAB58" w:rsidR="00586F77" w:rsidRDefault="00586F77" w:rsidP="00586F77">
      <w:pPr>
        <w:pStyle w:val="ListParagraph"/>
        <w:numPr>
          <w:ilvl w:val="1"/>
          <w:numId w:val="19"/>
        </w:numPr>
        <w:rPr>
          <w:b/>
          <w:bCs/>
        </w:rPr>
      </w:pPr>
      <w:r w:rsidRPr="00586F77">
        <w:rPr>
          <w:b/>
          <w:bCs/>
        </w:rPr>
        <w:t xml:space="preserve"> </w:t>
      </w:r>
      <w:proofErr w:type="spellStart"/>
      <w:r w:rsidRPr="00586F77">
        <w:rPr>
          <w:b/>
          <w:bCs/>
        </w:rPr>
        <w:t>Identitas</w:t>
      </w:r>
      <w:proofErr w:type="spellEnd"/>
      <w:r w:rsidRPr="00586F77">
        <w:rPr>
          <w:b/>
          <w:bCs/>
        </w:rPr>
        <w:t xml:space="preserve"> </w:t>
      </w:r>
      <w:proofErr w:type="spellStart"/>
      <w:r w:rsidRPr="00586F77">
        <w:rPr>
          <w:b/>
          <w:bCs/>
        </w:rPr>
        <w:t>Kegiatan</w:t>
      </w:r>
      <w:proofErr w:type="spellEnd"/>
      <w:r w:rsidRPr="00586F77">
        <w:rPr>
          <w:b/>
          <w:bCs/>
        </w:rPr>
        <w:t xml:space="preserve"> </w:t>
      </w:r>
    </w:p>
    <w:p w14:paraId="620ABBDB" w14:textId="76110ED1" w:rsidR="00586F77" w:rsidRPr="00586F77" w:rsidRDefault="00586F77" w:rsidP="00586F77">
      <w:pPr>
        <w:pStyle w:val="ListParagraph"/>
        <w:ind w:left="360"/>
      </w:pPr>
      <w:r w:rsidRPr="00586F77">
        <w:t xml:space="preserve">Nama </w:t>
      </w:r>
      <w:proofErr w:type="spellStart"/>
      <w:r w:rsidRPr="00586F77">
        <w:t>Kegiatan</w:t>
      </w:r>
      <w:proofErr w:type="spellEnd"/>
      <w:r>
        <w:tab/>
      </w:r>
      <w:r>
        <w:tab/>
      </w:r>
      <w:r>
        <w:tab/>
      </w:r>
      <w:r w:rsidRPr="00586F77">
        <w:t xml:space="preserve">: Ibadah </w:t>
      </w:r>
      <w:proofErr w:type="spellStart"/>
      <w:r w:rsidRPr="00586F77">
        <w:t>Pemberkatan</w:t>
      </w:r>
      <w:proofErr w:type="spellEnd"/>
      <w:r w:rsidRPr="00586F77">
        <w:t xml:space="preserve"> Nikah. </w:t>
      </w:r>
    </w:p>
    <w:p w14:paraId="2EA50050" w14:textId="191EAD37" w:rsidR="00586F77" w:rsidRPr="00586F77" w:rsidRDefault="00586F77" w:rsidP="00586F77">
      <w:pPr>
        <w:pStyle w:val="ListParagraph"/>
        <w:ind w:left="360"/>
      </w:pPr>
      <w:proofErr w:type="spellStart"/>
      <w:r w:rsidRPr="00586F77">
        <w:t>Mempelai</w:t>
      </w:r>
      <w:proofErr w:type="spellEnd"/>
      <w:r w:rsidRPr="00586F77">
        <w:t xml:space="preserve"> Pria</w:t>
      </w:r>
      <w:r>
        <w:tab/>
      </w:r>
      <w:r>
        <w:tab/>
      </w:r>
      <w:r>
        <w:tab/>
      </w:r>
      <w:r w:rsidRPr="00586F77">
        <w:t xml:space="preserve">: </w:t>
      </w:r>
      <w:proofErr w:type="spellStart"/>
      <w:r w:rsidRPr="00586F77">
        <w:t>Sdr</w:t>
      </w:r>
      <w:proofErr w:type="spellEnd"/>
      <w:r w:rsidRPr="00586F77">
        <w:t xml:space="preserve">. </w:t>
      </w:r>
    </w:p>
    <w:p w14:paraId="11A90310" w14:textId="48E7E49B" w:rsidR="00586F77" w:rsidRPr="00586F77" w:rsidRDefault="00586F77" w:rsidP="00586F77">
      <w:pPr>
        <w:pStyle w:val="ListParagraph"/>
        <w:ind w:left="360"/>
      </w:pPr>
      <w:proofErr w:type="spellStart"/>
      <w:r w:rsidRPr="00586F77">
        <w:t>Mempelai</w:t>
      </w:r>
      <w:proofErr w:type="spellEnd"/>
      <w:r w:rsidRPr="00586F77">
        <w:t xml:space="preserve"> Wanita</w:t>
      </w:r>
      <w:r>
        <w:tab/>
      </w:r>
      <w:r>
        <w:tab/>
      </w:r>
      <w:r>
        <w:tab/>
      </w:r>
      <w:r w:rsidRPr="00586F77">
        <w:t xml:space="preserve">: </w:t>
      </w:r>
      <w:proofErr w:type="spellStart"/>
      <w:r w:rsidRPr="00586F77">
        <w:t>Sdri</w:t>
      </w:r>
      <w:proofErr w:type="spellEnd"/>
      <w:r w:rsidRPr="00586F77">
        <w:t xml:space="preserve">. </w:t>
      </w:r>
    </w:p>
    <w:p w14:paraId="0E2BE475" w14:textId="402F2046" w:rsidR="00586F77" w:rsidRPr="00586F77" w:rsidRDefault="00586F77" w:rsidP="00586F77">
      <w:pPr>
        <w:pStyle w:val="ListParagraph"/>
        <w:ind w:left="360"/>
      </w:pPr>
      <w:r w:rsidRPr="00586F77">
        <w:t>Hari/</w:t>
      </w:r>
      <w:proofErr w:type="spellStart"/>
      <w:r w:rsidRPr="00586F77">
        <w:t>Tanggal</w:t>
      </w:r>
      <w:proofErr w:type="spellEnd"/>
      <w:r>
        <w:tab/>
      </w:r>
      <w:r>
        <w:tab/>
      </w:r>
      <w:r>
        <w:tab/>
      </w:r>
      <w:r w:rsidRPr="00586F77">
        <w:t xml:space="preserve">: </w:t>
      </w:r>
      <w:r>
        <w:t>Belum tau</w:t>
      </w:r>
    </w:p>
    <w:p w14:paraId="14FC2A65" w14:textId="4BAA36E4" w:rsidR="00586F77" w:rsidRPr="00586F77" w:rsidRDefault="00586F77" w:rsidP="00586F77">
      <w:pPr>
        <w:pStyle w:val="ListParagraph"/>
        <w:ind w:left="360"/>
      </w:pPr>
      <w:r w:rsidRPr="00586F77">
        <w:t>Waktu</w:t>
      </w:r>
      <w:r>
        <w:tab/>
      </w:r>
      <w:r>
        <w:tab/>
      </w:r>
      <w:r>
        <w:tab/>
      </w:r>
      <w:r>
        <w:tab/>
      </w:r>
      <w:r w:rsidRPr="00586F77">
        <w:t xml:space="preserve">: </w:t>
      </w:r>
      <w:r>
        <w:t>Belum tau</w:t>
      </w:r>
    </w:p>
    <w:p w14:paraId="1165F620" w14:textId="60D6D96D" w:rsidR="00586F77" w:rsidRPr="00586F77" w:rsidRDefault="00586F77" w:rsidP="00586F77">
      <w:pPr>
        <w:pStyle w:val="ListParagraph"/>
        <w:ind w:left="360"/>
      </w:pPr>
      <w:proofErr w:type="spellStart"/>
      <w:r w:rsidRPr="00586F77">
        <w:t>Tempat</w:t>
      </w:r>
      <w:proofErr w:type="spellEnd"/>
      <w:r>
        <w:tab/>
      </w:r>
      <w:r>
        <w:tab/>
      </w:r>
      <w:r>
        <w:tab/>
      </w:r>
      <w:r>
        <w:tab/>
      </w:r>
      <w:r w:rsidRPr="00586F77">
        <w:t xml:space="preserve">: Gedung </w:t>
      </w:r>
      <w:proofErr w:type="spellStart"/>
      <w:r w:rsidRPr="00586F77">
        <w:t>Gereja</w:t>
      </w:r>
      <w:proofErr w:type="spellEnd"/>
      <w:r w:rsidRPr="00586F77">
        <w:t xml:space="preserve"> </w:t>
      </w:r>
    </w:p>
    <w:p w14:paraId="1D29F7CE" w14:textId="5C08B373" w:rsidR="00586F77" w:rsidRDefault="00586F77" w:rsidP="00586F77">
      <w:pPr>
        <w:pStyle w:val="ListParagraph"/>
        <w:ind w:left="360"/>
      </w:pPr>
      <w:proofErr w:type="spellStart"/>
      <w:r w:rsidRPr="00586F77">
        <w:t>Pelayan</w:t>
      </w:r>
      <w:proofErr w:type="spellEnd"/>
      <w:r w:rsidRPr="00586F77">
        <w:t xml:space="preserve"> </w:t>
      </w:r>
      <w:proofErr w:type="spellStart"/>
      <w:r w:rsidRPr="00586F77">
        <w:t>Firman</w:t>
      </w:r>
      <w:proofErr w:type="spellEnd"/>
      <w:r w:rsidRPr="00586F77">
        <w:t>/</w:t>
      </w:r>
      <w:proofErr w:type="spellStart"/>
      <w:r w:rsidRPr="00586F77">
        <w:t>Pemberkat</w:t>
      </w:r>
      <w:proofErr w:type="spellEnd"/>
      <w:r>
        <w:t xml:space="preserve"> </w:t>
      </w:r>
      <w:r>
        <w:tab/>
      </w:r>
      <w:r w:rsidRPr="00586F77">
        <w:t xml:space="preserve">: </w:t>
      </w:r>
      <w:r>
        <w:t>Belum tau</w:t>
      </w:r>
    </w:p>
    <w:p w14:paraId="2AE62BA5" w14:textId="77777777" w:rsidR="00586F77" w:rsidRDefault="00586F77" w:rsidP="00586F77">
      <w:pPr>
        <w:pStyle w:val="ListParagraph"/>
        <w:ind w:left="360"/>
      </w:pPr>
    </w:p>
    <w:p w14:paraId="3C705BF5" w14:textId="56290941" w:rsidR="00586F77" w:rsidRDefault="00586F77" w:rsidP="00586F77">
      <w:pPr>
        <w:pStyle w:val="ListParagraph"/>
        <w:numPr>
          <w:ilvl w:val="1"/>
          <w:numId w:val="19"/>
        </w:numPr>
        <w:rPr>
          <w:b/>
          <w:bCs/>
        </w:rPr>
      </w:pPr>
      <w:r w:rsidRPr="00586F77">
        <w:rPr>
          <w:b/>
          <w:bCs/>
        </w:rPr>
        <w:t xml:space="preserve">Tema dan Ayat Emas </w:t>
      </w:r>
    </w:p>
    <w:p w14:paraId="4B04CCC7" w14:textId="385E22AF" w:rsidR="00586F77" w:rsidRPr="00E85BBD" w:rsidRDefault="00586F77" w:rsidP="00586F77">
      <w:pPr>
        <w:pStyle w:val="ListParagraph"/>
        <w:ind w:left="360"/>
      </w:pPr>
      <w:r w:rsidRPr="00E85BBD">
        <w:t>Tema</w:t>
      </w:r>
      <w:r w:rsidRPr="00E85BBD">
        <w:tab/>
      </w:r>
      <w:r w:rsidRPr="00E85BBD">
        <w:tab/>
      </w:r>
      <w:r w:rsidR="00E85BBD">
        <w:tab/>
      </w:r>
      <w:r w:rsidR="00E85BBD">
        <w:tab/>
      </w:r>
      <w:r w:rsidRPr="00E85BBD">
        <w:t xml:space="preserve">: "Kasih yang Setia </w:t>
      </w:r>
      <w:proofErr w:type="spellStart"/>
      <w:r w:rsidRPr="00E85BBD">
        <w:t>dalam</w:t>
      </w:r>
      <w:proofErr w:type="spellEnd"/>
      <w:r w:rsidRPr="00E85BBD">
        <w:t xml:space="preserve"> </w:t>
      </w:r>
      <w:proofErr w:type="spellStart"/>
      <w:r w:rsidRPr="00E85BBD">
        <w:t>Perjanjian</w:t>
      </w:r>
      <w:proofErr w:type="spellEnd"/>
      <w:r w:rsidRPr="00E85BBD">
        <w:t xml:space="preserve"> Allah". </w:t>
      </w:r>
    </w:p>
    <w:p w14:paraId="252ED032" w14:textId="5A03D0EA" w:rsidR="00586F77" w:rsidRDefault="00586F77" w:rsidP="00E85BBD">
      <w:pPr>
        <w:pStyle w:val="ListParagraph"/>
        <w:ind w:left="2160" w:hanging="1800"/>
      </w:pPr>
      <w:r w:rsidRPr="00E85BBD">
        <w:t>Ayat Emas</w:t>
      </w:r>
      <w:r>
        <w:rPr>
          <w:b/>
          <w:bCs/>
        </w:rPr>
        <w:tab/>
      </w:r>
      <w:r w:rsidR="00E85BBD">
        <w:rPr>
          <w:b/>
          <w:bCs/>
        </w:rPr>
        <w:tab/>
      </w:r>
      <w:r w:rsidR="00E85BBD">
        <w:rPr>
          <w:b/>
          <w:bCs/>
        </w:rPr>
        <w:tab/>
      </w:r>
      <w:r w:rsidRPr="00586F77">
        <w:rPr>
          <w:b/>
          <w:bCs/>
        </w:rPr>
        <w:t xml:space="preserve">: </w:t>
      </w:r>
      <w:r w:rsidRPr="00E85BBD">
        <w:t xml:space="preserve">"Kasih itu </w:t>
      </w:r>
      <w:proofErr w:type="spellStart"/>
      <w:r w:rsidRPr="00E85BBD">
        <w:t>sabar</w:t>
      </w:r>
      <w:proofErr w:type="spellEnd"/>
      <w:r w:rsidR="00E85BBD">
        <w:t xml:space="preserve">, </w:t>
      </w:r>
      <w:proofErr w:type="spellStart"/>
      <w:r w:rsidRPr="00E85BBD">
        <w:t>kasih</w:t>
      </w:r>
      <w:proofErr w:type="spellEnd"/>
      <w:r w:rsidRPr="00E85BBD">
        <w:t xml:space="preserve"> itu </w:t>
      </w:r>
      <w:proofErr w:type="spellStart"/>
      <w:r w:rsidRPr="00E85BBD">
        <w:t>murah</w:t>
      </w:r>
      <w:proofErr w:type="spellEnd"/>
      <w:r w:rsidRPr="00E85BBD">
        <w:t xml:space="preserve"> </w:t>
      </w:r>
      <w:proofErr w:type="spellStart"/>
      <w:r w:rsidRPr="00E85BBD">
        <w:t>hati</w:t>
      </w:r>
      <w:proofErr w:type="spellEnd"/>
      <w:r w:rsidRPr="00E85BBD">
        <w:t>,</w:t>
      </w:r>
      <w:r w:rsidRPr="00E85BBD">
        <w:t xml:space="preserve"> </w:t>
      </w:r>
      <w:proofErr w:type="spellStart"/>
      <w:r w:rsidR="00E85BBD">
        <w:t>k</w:t>
      </w:r>
      <w:r w:rsidRPr="00E85BBD">
        <w:t>asih</w:t>
      </w:r>
      <w:proofErr w:type="spellEnd"/>
      <w:r w:rsidRPr="00E85BBD">
        <w:t xml:space="preserve"> </w:t>
      </w:r>
      <w:proofErr w:type="spellStart"/>
      <w:r w:rsidRPr="00E85BBD">
        <w:t>it</w:t>
      </w:r>
      <w:r w:rsidR="00E85BBD">
        <w:t>U</w:t>
      </w:r>
      <w:proofErr w:type="spellEnd"/>
      <w:r w:rsidR="00E85BBD">
        <w:t xml:space="preserve"> </w:t>
      </w:r>
      <w:proofErr w:type="spellStart"/>
      <w:r w:rsidRPr="00E85BBD">
        <w:t>tidak</w:t>
      </w:r>
      <w:proofErr w:type="spellEnd"/>
      <w:r w:rsidRPr="00E85BBD">
        <w:t xml:space="preserve"> </w:t>
      </w:r>
      <w:proofErr w:type="spellStart"/>
      <w:r w:rsidRPr="00E85BBD">
        <w:t>berkesudahan</w:t>
      </w:r>
      <w:proofErr w:type="spellEnd"/>
      <w:r w:rsidRPr="00E85BBD">
        <w:t xml:space="preserve">" (1 </w:t>
      </w:r>
      <w:proofErr w:type="spellStart"/>
      <w:r w:rsidRPr="00E85BBD">
        <w:t>Korintus</w:t>
      </w:r>
      <w:proofErr w:type="spellEnd"/>
      <w:r w:rsidRPr="00E85BBD">
        <w:t xml:space="preserve"> 13:4-8a).</w:t>
      </w:r>
    </w:p>
    <w:p w14:paraId="1375162B" w14:textId="77777777" w:rsidR="00E85BBD" w:rsidRDefault="00E85BBD" w:rsidP="00E85BBD">
      <w:pPr>
        <w:pStyle w:val="ListParagraph"/>
        <w:ind w:left="2160" w:hanging="1800"/>
      </w:pPr>
    </w:p>
    <w:p w14:paraId="6E23B4A8" w14:textId="77777777" w:rsidR="00E85BBD" w:rsidRDefault="00E85BBD" w:rsidP="00E85BBD">
      <w:pPr>
        <w:pStyle w:val="ListParagraph"/>
        <w:numPr>
          <w:ilvl w:val="1"/>
          <w:numId w:val="19"/>
        </w:numPr>
        <w:rPr>
          <w:b/>
          <w:bCs/>
        </w:rPr>
      </w:pPr>
      <w:r w:rsidRPr="00E85BBD">
        <w:rPr>
          <w:b/>
          <w:bCs/>
        </w:rPr>
        <w:t xml:space="preserve">Tata </w:t>
      </w:r>
      <w:proofErr w:type="spellStart"/>
      <w:r w:rsidRPr="00E85BBD">
        <w:rPr>
          <w:b/>
          <w:bCs/>
        </w:rPr>
        <w:t>Urutan</w:t>
      </w:r>
      <w:proofErr w:type="spellEnd"/>
      <w:r w:rsidRPr="00E85BBD">
        <w:rPr>
          <w:b/>
          <w:bCs/>
        </w:rPr>
        <w:t xml:space="preserve"> </w:t>
      </w:r>
      <w:proofErr w:type="spellStart"/>
      <w:r w:rsidRPr="00E85BBD">
        <w:rPr>
          <w:b/>
          <w:bCs/>
        </w:rPr>
        <w:t>Liturgi</w:t>
      </w:r>
      <w:proofErr w:type="spellEnd"/>
    </w:p>
    <w:p w14:paraId="3A4C6291" w14:textId="58707ACB" w:rsidR="00E85BBD" w:rsidRPr="00E85BBD" w:rsidRDefault="00E85BBD" w:rsidP="00E85BBD">
      <w:pPr>
        <w:pStyle w:val="ListParagraph"/>
        <w:ind w:left="360"/>
        <w:rPr>
          <w:b/>
          <w:bCs/>
        </w:rPr>
      </w:pP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Prosesi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Masuk </w:t>
      </w: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Mempelai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>.</w:t>
      </w:r>
    </w:p>
    <w:p w14:paraId="439DB005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Mempelai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pria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memasuki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ruangan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didampingi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orang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tua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>/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wali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,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diiringi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lagu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instrumental.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Mempelai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wanita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memasuki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ruangan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didampingi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ayah/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wali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,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diiringi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lagu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prosesi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pernikahan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>.</w:t>
      </w:r>
    </w:p>
    <w:p w14:paraId="4571E4DE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</w:p>
    <w:p w14:paraId="42D5B689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r w:rsidRPr="00E85BBD">
        <w:rPr>
          <w:rFonts w:eastAsia="Times New Roman" w:cs="Times New Roman"/>
          <w:b/>
          <w:bCs/>
          <w:szCs w:val="24"/>
          <w:lang w:val="en-ID" w:eastAsia="en-ID"/>
        </w:rPr>
        <w:t>Votum dan Salam.</w:t>
      </w:r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</w:p>
    <w:p w14:paraId="1F973BE2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Pendeta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menyampaikan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votum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pembukaan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ibadah dan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salam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damai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sejahtera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kepada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jemaat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>.</w:t>
      </w:r>
    </w:p>
    <w:p w14:paraId="5E3BFB4C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</w:p>
    <w:p w14:paraId="26DC3F56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Nyanyian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Pujian </w:t>
      </w: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Pembuka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>.</w:t>
      </w:r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</w:p>
    <w:p w14:paraId="4E888316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Jemaat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menyanyikan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pujian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penyembahan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bersama-sama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,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dipimpin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song leader.</w:t>
      </w:r>
    </w:p>
    <w:p w14:paraId="04290C29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</w:p>
    <w:p w14:paraId="409BCEE5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r w:rsidRPr="00E85BBD">
        <w:rPr>
          <w:rFonts w:eastAsia="Times New Roman" w:cs="Times New Roman"/>
          <w:b/>
          <w:bCs/>
          <w:szCs w:val="24"/>
          <w:lang w:val="en-ID" w:eastAsia="en-ID"/>
        </w:rPr>
        <w:t>Doa Pembuka.</w:t>
      </w:r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</w:p>
    <w:p w14:paraId="60C51C5C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r w:rsidRPr="00E85BBD">
        <w:rPr>
          <w:rFonts w:eastAsia="Times New Roman" w:cs="Times New Roman"/>
          <w:szCs w:val="24"/>
          <w:lang w:val="en-ID" w:eastAsia="en-ID"/>
        </w:rPr>
        <w:t xml:space="preserve">Doa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dipimpin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oleh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pendeta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>/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penatua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,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memohon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penyertaan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Tuhan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atas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jalannya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ibadah.</w:t>
      </w:r>
    </w:p>
    <w:p w14:paraId="5044C265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</w:p>
    <w:p w14:paraId="227FB5DE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Pembacaan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Firman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Tuhan.</w:t>
      </w:r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</w:p>
    <w:p w14:paraId="4045137A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Pembacaan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nas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Alkitab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(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Kejadian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2:18-24 dan/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atau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1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Korintus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13:4-8a) oleh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pendeta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>/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petugas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>.</w:t>
      </w:r>
    </w:p>
    <w:p w14:paraId="3577E9AA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</w:p>
    <w:p w14:paraId="7FCF4B4C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</w:p>
    <w:p w14:paraId="68C70F4F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</w:p>
    <w:p w14:paraId="35BFE7A7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Khotbah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Pernikahan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>.</w:t>
      </w:r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</w:p>
    <w:p w14:paraId="65394200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Pendeta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menyampaikan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renungan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singkat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mengenai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makna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dan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tanggung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jawab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pernikahan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Kristen.</w:t>
      </w:r>
    </w:p>
    <w:p w14:paraId="59545BE2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</w:p>
    <w:p w14:paraId="3A0B79BB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Peneguhan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dan </w:t>
      </w: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Ikrar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Janji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Nikah.</w:t>
      </w:r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</w:p>
    <w:p w14:paraId="38478427" w14:textId="1455C8F7" w:rsidR="00E85BBD" w:rsidRP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Pendeta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mengajukan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pertanyaan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peneguhan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kepada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kedua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mempelai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,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kemudian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kedua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mempelai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mengucapkan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ikrar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>/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janji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nikah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secara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bergantian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di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hadapan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Tuhan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dan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jemaat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>.</w:t>
      </w:r>
    </w:p>
    <w:p w14:paraId="2AA5A243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Pertukaran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Cincin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Nikah.</w:t>
      </w:r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Kedua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mempelai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saling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mengenakan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cincin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sebagai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lambang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kesetiaan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dan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ikatan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pernikahan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>.</w:t>
      </w:r>
    </w:p>
    <w:p w14:paraId="1A762BEB" w14:textId="77777777" w:rsidR="00E85BBD" w:rsidRP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</w:p>
    <w:p w14:paraId="2F4EB2DE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Doa dan </w:t>
      </w: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Pemberkatan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Nikah.</w:t>
      </w:r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Pendeta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meletakkan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tangan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dan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menaikkan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doa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berkat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atas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kedua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mempelai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sebagai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pasangan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suami-istri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yang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sah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>.</w:t>
      </w:r>
    </w:p>
    <w:p w14:paraId="3253B5F2" w14:textId="77777777" w:rsidR="00E85BBD" w:rsidRP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</w:p>
    <w:p w14:paraId="7930AFE8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Penandatanganan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Buku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Nikah/</w:t>
      </w: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Akta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Gerejawi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>.</w:t>
      </w:r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Kedua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mempelai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,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saksi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, dan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pendeta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menandatangani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buku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nikah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gerejawi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>.</w:t>
      </w:r>
    </w:p>
    <w:p w14:paraId="1E08ED8F" w14:textId="77777777" w:rsidR="00E85BBD" w:rsidRP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</w:p>
    <w:p w14:paraId="5BD95F80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Nyanyian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Syukur.</w:t>
      </w:r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Jemaat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menyanyikan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lagu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ucapan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syukur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atas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peneguhan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pernikahan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yang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telah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berlangsung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>.</w:t>
      </w:r>
    </w:p>
    <w:p w14:paraId="0A552BE1" w14:textId="77777777" w:rsidR="00E85BBD" w:rsidRP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</w:p>
    <w:p w14:paraId="3D319408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Doa </w:t>
      </w: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Syafaat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dan </w:t>
      </w: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Persembahan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Syukur.</w:t>
      </w:r>
      <w:r w:rsidRPr="00E85BBD">
        <w:rPr>
          <w:rFonts w:eastAsia="Times New Roman" w:cs="Times New Roman"/>
          <w:szCs w:val="24"/>
          <w:lang w:val="en-ID" w:eastAsia="en-ID"/>
        </w:rPr>
        <w:t xml:space="preserve"> Doa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syafaat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bagi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kehidupan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rumah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tangga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kedua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mempelai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,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dilanjutkan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pengumpulan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persembahan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syukur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>.</w:t>
      </w:r>
    </w:p>
    <w:p w14:paraId="73127EE6" w14:textId="77777777" w:rsidR="00E85BBD" w:rsidRP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</w:p>
    <w:p w14:paraId="3208CB47" w14:textId="77777777" w:rsid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Berkat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Penutup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(</w:t>
      </w: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Benediksi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>).</w:t>
      </w:r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Pendeta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menyampaikan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berkat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penutup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bagi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seluruh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jemaat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yang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hadir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>.</w:t>
      </w:r>
    </w:p>
    <w:p w14:paraId="063BDF9E" w14:textId="77777777" w:rsidR="00E85BBD" w:rsidRP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</w:p>
    <w:p w14:paraId="166B2A81" w14:textId="77777777" w:rsidR="00E85BBD" w:rsidRPr="00E85BBD" w:rsidRDefault="00E85BBD" w:rsidP="00E85BBD">
      <w:pPr>
        <w:pStyle w:val="ListParagraph"/>
        <w:ind w:left="360"/>
        <w:rPr>
          <w:rFonts w:eastAsia="Times New Roman" w:cs="Times New Roman"/>
          <w:szCs w:val="24"/>
          <w:lang w:val="en-ID" w:eastAsia="en-ID"/>
        </w:rPr>
      </w:pP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Prosesi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Keluar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b/>
          <w:bCs/>
          <w:szCs w:val="24"/>
          <w:lang w:val="en-ID" w:eastAsia="en-ID"/>
        </w:rPr>
        <w:t>Mempelai</w:t>
      </w:r>
      <w:proofErr w:type="spellEnd"/>
      <w:r w:rsidRPr="00E85BBD">
        <w:rPr>
          <w:rFonts w:eastAsia="Times New Roman" w:cs="Times New Roman"/>
          <w:b/>
          <w:bCs/>
          <w:szCs w:val="24"/>
          <w:lang w:val="en-ID" w:eastAsia="en-ID"/>
        </w:rPr>
        <w:t>.</w:t>
      </w:r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Kedua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mempelai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(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kini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sebagai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suami-istri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)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meninggalkan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ruangan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ibadah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diiringi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lagu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penutup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,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disusul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keluarga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 xml:space="preserve"> dan </w:t>
      </w:r>
      <w:proofErr w:type="spellStart"/>
      <w:r w:rsidRPr="00E85BBD">
        <w:rPr>
          <w:rFonts w:eastAsia="Times New Roman" w:cs="Times New Roman"/>
          <w:szCs w:val="24"/>
          <w:lang w:val="en-ID" w:eastAsia="en-ID"/>
        </w:rPr>
        <w:t>jemaat</w:t>
      </w:r>
      <w:proofErr w:type="spellEnd"/>
      <w:r w:rsidRPr="00E85BBD">
        <w:rPr>
          <w:rFonts w:eastAsia="Times New Roman" w:cs="Times New Roman"/>
          <w:szCs w:val="24"/>
          <w:lang w:val="en-ID" w:eastAsia="en-ID"/>
        </w:rPr>
        <w:t>.</w:t>
      </w:r>
    </w:p>
    <w:p w14:paraId="28C949F6" w14:textId="4D2724C1" w:rsidR="00E85BBD" w:rsidRDefault="00E85BBD" w:rsidP="00E85BBD">
      <w:pPr>
        <w:rPr>
          <w:b/>
          <w:bCs/>
        </w:rPr>
      </w:pPr>
      <w:r>
        <w:rPr>
          <w:b/>
          <w:bCs/>
        </w:rPr>
        <w:br w:type="page"/>
      </w:r>
    </w:p>
    <w:p w14:paraId="7297AB1D" w14:textId="77777777" w:rsidR="00E85BBD" w:rsidRDefault="00E85BBD" w:rsidP="00E85BBD">
      <w:pPr>
        <w:jc w:val="center"/>
        <w:rPr>
          <w:b/>
          <w:bCs/>
        </w:rPr>
      </w:pPr>
      <w:r w:rsidRPr="00E85BBD">
        <w:rPr>
          <w:b/>
          <w:bCs/>
          <w:lang w:val="en-ID"/>
        </w:rPr>
        <w:t>BAB IV</w:t>
      </w:r>
    </w:p>
    <w:p w14:paraId="78401ADA" w14:textId="3E6638A3" w:rsidR="00E85BBD" w:rsidRDefault="00E85BBD" w:rsidP="00E85BBD">
      <w:pPr>
        <w:jc w:val="center"/>
        <w:rPr>
          <w:b/>
          <w:bCs/>
          <w:lang w:val="en-ID"/>
        </w:rPr>
      </w:pPr>
      <w:r w:rsidRPr="00E85BBD">
        <w:rPr>
          <w:b/>
          <w:bCs/>
          <w:lang w:val="en-ID"/>
        </w:rPr>
        <w:t>PENUTUP</w:t>
      </w:r>
    </w:p>
    <w:p w14:paraId="7B3E8AED" w14:textId="12055402" w:rsidR="00E85BBD" w:rsidRPr="00E85BBD" w:rsidRDefault="00E85BBD" w:rsidP="00E85BBD">
      <w:pPr>
        <w:rPr>
          <w:b/>
          <w:bCs/>
        </w:rPr>
      </w:pPr>
      <w:r>
        <w:rPr>
          <w:b/>
          <w:bCs/>
          <w:lang w:val="en-ID"/>
        </w:rPr>
        <w:t xml:space="preserve">4.1 </w:t>
      </w:r>
      <w:r>
        <w:rPr>
          <w:b/>
          <w:bCs/>
        </w:rPr>
        <w:t>Kesimpulan</w:t>
      </w:r>
    </w:p>
    <w:p w14:paraId="2964B344" w14:textId="77777777" w:rsidR="00E85BBD" w:rsidRDefault="00E85BBD" w:rsidP="00E85BBD">
      <w:pPr>
        <w:ind w:left="284"/>
        <w:jc w:val="both"/>
        <w:rPr>
          <w:lang w:val="en-ID"/>
        </w:rPr>
      </w:pPr>
      <w:proofErr w:type="spellStart"/>
      <w:r w:rsidRPr="00E85BBD">
        <w:rPr>
          <w:lang w:val="en-ID"/>
        </w:rPr>
        <w:t>Liturgi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pernikahan</w:t>
      </w:r>
      <w:proofErr w:type="spellEnd"/>
      <w:r w:rsidRPr="00E85BBD">
        <w:rPr>
          <w:lang w:val="en-ID"/>
        </w:rPr>
        <w:t xml:space="preserve"> yang </w:t>
      </w:r>
      <w:proofErr w:type="spellStart"/>
      <w:r w:rsidRPr="00E85BBD">
        <w:rPr>
          <w:lang w:val="en-ID"/>
        </w:rPr>
        <w:t>disusun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dalam</w:t>
      </w:r>
      <w:proofErr w:type="spellEnd"/>
      <w:r w:rsidRPr="00E85BBD">
        <w:rPr>
          <w:lang w:val="en-ID"/>
        </w:rPr>
        <w:t xml:space="preserve"> proposal </w:t>
      </w:r>
      <w:proofErr w:type="spellStart"/>
      <w:r w:rsidRPr="00E85BBD">
        <w:rPr>
          <w:lang w:val="en-ID"/>
        </w:rPr>
        <w:t>ini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merupakan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upaya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untuk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menghadirkan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sebuah</w:t>
      </w:r>
      <w:proofErr w:type="spellEnd"/>
      <w:r w:rsidRPr="00E85BBD">
        <w:rPr>
          <w:lang w:val="en-ID"/>
        </w:rPr>
        <w:t xml:space="preserve"> tata ibadah </w:t>
      </w:r>
      <w:proofErr w:type="spellStart"/>
      <w:r w:rsidRPr="00E85BBD">
        <w:rPr>
          <w:lang w:val="en-ID"/>
        </w:rPr>
        <w:t>pemberkatan</w:t>
      </w:r>
      <w:proofErr w:type="spellEnd"/>
      <w:r w:rsidRPr="00E85BBD">
        <w:rPr>
          <w:lang w:val="en-ID"/>
        </w:rPr>
        <w:t xml:space="preserve"> nikah yang </w:t>
      </w:r>
      <w:proofErr w:type="spellStart"/>
      <w:r w:rsidRPr="00E85BBD">
        <w:rPr>
          <w:lang w:val="en-ID"/>
        </w:rPr>
        <w:t>khidmat</w:t>
      </w:r>
      <w:proofErr w:type="spellEnd"/>
      <w:r w:rsidRPr="00E85BBD">
        <w:rPr>
          <w:lang w:val="en-ID"/>
        </w:rPr>
        <w:t xml:space="preserve">, </w:t>
      </w:r>
      <w:proofErr w:type="spellStart"/>
      <w:r w:rsidRPr="00E85BBD">
        <w:rPr>
          <w:lang w:val="en-ID"/>
        </w:rPr>
        <w:t>teratur</w:t>
      </w:r>
      <w:proofErr w:type="spellEnd"/>
      <w:r w:rsidRPr="00E85BBD">
        <w:rPr>
          <w:lang w:val="en-ID"/>
        </w:rPr>
        <w:t xml:space="preserve">, dan </w:t>
      </w:r>
      <w:proofErr w:type="spellStart"/>
      <w:r w:rsidRPr="00E85BBD">
        <w:rPr>
          <w:lang w:val="en-ID"/>
        </w:rPr>
        <w:t>berlandaskan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kebenaran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firman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Tuhan</w:t>
      </w:r>
      <w:proofErr w:type="spellEnd"/>
      <w:r w:rsidRPr="00E85BBD">
        <w:rPr>
          <w:lang w:val="en-ID"/>
        </w:rPr>
        <w:t xml:space="preserve">. </w:t>
      </w:r>
      <w:proofErr w:type="spellStart"/>
      <w:r w:rsidRPr="00E85BBD">
        <w:rPr>
          <w:lang w:val="en-ID"/>
        </w:rPr>
        <w:t>Setiap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unsur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liturgi</w:t>
      </w:r>
      <w:proofErr w:type="spellEnd"/>
      <w:r w:rsidRPr="00E85BBD">
        <w:rPr>
          <w:lang w:val="en-ID"/>
        </w:rPr>
        <w:t xml:space="preserve">, </w:t>
      </w:r>
      <w:proofErr w:type="spellStart"/>
      <w:r w:rsidRPr="00E85BBD">
        <w:rPr>
          <w:lang w:val="en-ID"/>
        </w:rPr>
        <w:t>mulai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dari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prosesi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masuk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hingga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berkat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penutup</w:t>
      </w:r>
      <w:proofErr w:type="spellEnd"/>
      <w:r w:rsidRPr="00E85BBD">
        <w:rPr>
          <w:lang w:val="en-ID"/>
        </w:rPr>
        <w:t xml:space="preserve">, </w:t>
      </w:r>
      <w:proofErr w:type="spellStart"/>
      <w:r w:rsidRPr="00E85BBD">
        <w:rPr>
          <w:lang w:val="en-ID"/>
        </w:rPr>
        <w:t>dirancang</w:t>
      </w:r>
      <w:proofErr w:type="spellEnd"/>
      <w:r w:rsidRPr="00E85BBD">
        <w:rPr>
          <w:lang w:val="en-ID"/>
        </w:rPr>
        <w:t xml:space="preserve"> agar </w:t>
      </w:r>
      <w:proofErr w:type="spellStart"/>
      <w:r w:rsidRPr="00E85BBD">
        <w:rPr>
          <w:lang w:val="en-ID"/>
        </w:rPr>
        <w:t>mempelai</w:t>
      </w:r>
      <w:proofErr w:type="spellEnd"/>
      <w:r w:rsidRPr="00E85BBD">
        <w:rPr>
          <w:lang w:val="en-ID"/>
        </w:rPr>
        <w:t xml:space="preserve"> dan </w:t>
      </w:r>
      <w:proofErr w:type="spellStart"/>
      <w:r w:rsidRPr="00E85BBD">
        <w:rPr>
          <w:lang w:val="en-ID"/>
        </w:rPr>
        <w:t>jemaat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dapat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sungguh-sungguh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menghayati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makna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pernikahan</w:t>
      </w:r>
      <w:proofErr w:type="spellEnd"/>
      <w:r w:rsidRPr="00E85BBD">
        <w:rPr>
          <w:lang w:val="en-ID"/>
        </w:rPr>
        <w:t xml:space="preserve"> Kristen </w:t>
      </w:r>
      <w:proofErr w:type="spellStart"/>
      <w:r w:rsidRPr="00E85BBD">
        <w:rPr>
          <w:lang w:val="en-ID"/>
        </w:rPr>
        <w:t>sebagai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perjanjian</w:t>
      </w:r>
      <w:proofErr w:type="spellEnd"/>
      <w:r w:rsidRPr="00E85BBD">
        <w:rPr>
          <w:lang w:val="en-ID"/>
        </w:rPr>
        <w:t xml:space="preserve"> kudus di </w:t>
      </w:r>
      <w:proofErr w:type="spellStart"/>
      <w:r w:rsidRPr="00E85BBD">
        <w:rPr>
          <w:lang w:val="en-ID"/>
        </w:rPr>
        <w:t>hadapan</w:t>
      </w:r>
      <w:proofErr w:type="spellEnd"/>
      <w:r w:rsidRPr="00E85BBD">
        <w:rPr>
          <w:lang w:val="en-ID"/>
        </w:rPr>
        <w:t xml:space="preserve"> Allah.</w:t>
      </w:r>
    </w:p>
    <w:p w14:paraId="01897BB7" w14:textId="77777777" w:rsidR="00E85BBD" w:rsidRDefault="00E85BBD" w:rsidP="00E85BBD">
      <w:pPr>
        <w:ind w:left="284"/>
        <w:jc w:val="both"/>
        <w:rPr>
          <w:lang w:val="en-ID"/>
        </w:rPr>
      </w:pPr>
    </w:p>
    <w:p w14:paraId="650E7679" w14:textId="0398B12B" w:rsidR="00E85BBD" w:rsidRPr="00E85BBD" w:rsidRDefault="00E85BBD" w:rsidP="00E85BBD">
      <w:pPr>
        <w:rPr>
          <w:b/>
          <w:bCs/>
          <w:lang w:val="en-ID"/>
        </w:rPr>
      </w:pPr>
      <w:r w:rsidRPr="00E85BBD">
        <w:rPr>
          <w:b/>
          <w:bCs/>
          <w:lang w:val="en-ID"/>
        </w:rPr>
        <w:t xml:space="preserve">4.2 Harapan </w:t>
      </w:r>
    </w:p>
    <w:p w14:paraId="4BF3743F" w14:textId="77777777" w:rsidR="00E85BBD" w:rsidRPr="00E85BBD" w:rsidRDefault="00E85BBD" w:rsidP="00E85BBD">
      <w:pPr>
        <w:ind w:left="284"/>
        <w:jc w:val="both"/>
        <w:rPr>
          <w:lang w:val="en-ID"/>
        </w:rPr>
      </w:pPr>
      <w:proofErr w:type="spellStart"/>
      <w:r w:rsidRPr="00E85BBD">
        <w:rPr>
          <w:lang w:val="en-ID"/>
        </w:rPr>
        <w:t>Penulis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berharap</w:t>
      </w:r>
      <w:proofErr w:type="spellEnd"/>
      <w:r w:rsidRPr="00E85BBD">
        <w:rPr>
          <w:lang w:val="en-ID"/>
        </w:rPr>
        <w:t xml:space="preserve"> proposal </w:t>
      </w:r>
      <w:proofErr w:type="spellStart"/>
      <w:r w:rsidRPr="00E85BBD">
        <w:rPr>
          <w:lang w:val="en-ID"/>
        </w:rPr>
        <w:t>liturgi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pernikahan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ini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dapat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menjadi</w:t>
      </w:r>
      <w:proofErr w:type="spellEnd"/>
      <w:r w:rsidRPr="00E85BBD">
        <w:rPr>
          <w:lang w:val="en-ID"/>
        </w:rPr>
        <w:t xml:space="preserve"> salah </w:t>
      </w:r>
      <w:proofErr w:type="spellStart"/>
      <w:r w:rsidRPr="00E85BBD">
        <w:rPr>
          <w:lang w:val="en-ID"/>
        </w:rPr>
        <w:t>satu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contoh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penerapan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ilmu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liturgika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secara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praktis</w:t>
      </w:r>
      <w:proofErr w:type="spellEnd"/>
      <w:r w:rsidRPr="00E85BBD">
        <w:rPr>
          <w:lang w:val="en-ID"/>
        </w:rPr>
        <w:t xml:space="preserve">, </w:t>
      </w:r>
      <w:proofErr w:type="spellStart"/>
      <w:r w:rsidRPr="00E85BBD">
        <w:rPr>
          <w:lang w:val="en-ID"/>
        </w:rPr>
        <w:t>serta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dapat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dikembangkan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lebih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lanjut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sesuai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kebutuhan</w:t>
      </w:r>
      <w:proofErr w:type="spellEnd"/>
      <w:r w:rsidRPr="00E85BBD">
        <w:rPr>
          <w:lang w:val="en-ID"/>
        </w:rPr>
        <w:t xml:space="preserve"> dan </w:t>
      </w:r>
      <w:proofErr w:type="spellStart"/>
      <w:r w:rsidRPr="00E85BBD">
        <w:rPr>
          <w:lang w:val="en-ID"/>
        </w:rPr>
        <w:t>konteks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jemaat</w:t>
      </w:r>
      <w:proofErr w:type="spellEnd"/>
      <w:r w:rsidRPr="00E85BBD">
        <w:rPr>
          <w:lang w:val="en-ID"/>
        </w:rPr>
        <w:t xml:space="preserve"> mana pun yang </w:t>
      </w:r>
      <w:proofErr w:type="spellStart"/>
      <w:r w:rsidRPr="00E85BBD">
        <w:rPr>
          <w:lang w:val="en-ID"/>
        </w:rPr>
        <w:t>menggunakannya</w:t>
      </w:r>
      <w:proofErr w:type="spellEnd"/>
      <w:r w:rsidRPr="00E85BBD">
        <w:rPr>
          <w:lang w:val="en-ID"/>
        </w:rPr>
        <w:t xml:space="preserve">. </w:t>
      </w:r>
      <w:proofErr w:type="spellStart"/>
      <w:r w:rsidRPr="00E85BBD">
        <w:rPr>
          <w:lang w:val="en-ID"/>
        </w:rPr>
        <w:t>Semoga</w:t>
      </w:r>
      <w:proofErr w:type="spellEnd"/>
      <w:r w:rsidRPr="00E85BBD">
        <w:rPr>
          <w:lang w:val="en-ID"/>
        </w:rPr>
        <w:t xml:space="preserve"> tata ibadah </w:t>
      </w:r>
      <w:proofErr w:type="spellStart"/>
      <w:r w:rsidRPr="00E85BBD">
        <w:rPr>
          <w:lang w:val="en-ID"/>
        </w:rPr>
        <w:t>ini</w:t>
      </w:r>
      <w:proofErr w:type="spellEnd"/>
      <w:r w:rsidRPr="00E85BBD">
        <w:rPr>
          <w:lang w:val="en-ID"/>
        </w:rPr>
        <w:t xml:space="preserve"> juga </w:t>
      </w:r>
      <w:proofErr w:type="spellStart"/>
      <w:r w:rsidRPr="00E85BBD">
        <w:rPr>
          <w:lang w:val="en-ID"/>
        </w:rPr>
        <w:t>dapat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menjadi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berkat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bagi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setiap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pasangan</w:t>
      </w:r>
      <w:proofErr w:type="spellEnd"/>
      <w:r w:rsidRPr="00E85BBD">
        <w:rPr>
          <w:lang w:val="en-ID"/>
        </w:rPr>
        <w:t xml:space="preserve"> yang </w:t>
      </w:r>
      <w:proofErr w:type="spellStart"/>
      <w:r w:rsidRPr="00E85BBD">
        <w:rPr>
          <w:lang w:val="en-ID"/>
        </w:rPr>
        <w:t>akan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memasuki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jenjang</w:t>
      </w:r>
      <w:proofErr w:type="spellEnd"/>
      <w:r w:rsidRPr="00E85BBD">
        <w:rPr>
          <w:lang w:val="en-ID"/>
        </w:rPr>
        <w:t xml:space="preserve"> </w:t>
      </w:r>
      <w:proofErr w:type="spellStart"/>
      <w:r w:rsidRPr="00E85BBD">
        <w:rPr>
          <w:lang w:val="en-ID"/>
        </w:rPr>
        <w:t>pernikahan</w:t>
      </w:r>
      <w:proofErr w:type="spellEnd"/>
      <w:r w:rsidRPr="00E85BBD">
        <w:rPr>
          <w:lang w:val="en-ID"/>
        </w:rPr>
        <w:t xml:space="preserve"> Kristen.</w:t>
      </w:r>
    </w:p>
    <w:p w14:paraId="65917510" w14:textId="77777777" w:rsidR="00E85BBD" w:rsidRPr="00E85BBD" w:rsidRDefault="00E85BBD" w:rsidP="00E85BBD">
      <w:pPr>
        <w:ind w:left="284"/>
        <w:jc w:val="both"/>
        <w:rPr>
          <w:lang w:val="en-ID"/>
        </w:rPr>
      </w:pPr>
    </w:p>
    <w:p w14:paraId="0B085D57" w14:textId="173DF346" w:rsidR="00E85BBD" w:rsidRPr="00E85BBD" w:rsidRDefault="00E85BBD" w:rsidP="00E85BBD"/>
    <w:p w14:paraId="58FC6684" w14:textId="77777777" w:rsidR="00E85BBD" w:rsidRPr="00E85BBD" w:rsidRDefault="00E85BBD" w:rsidP="00E85BBD">
      <w:pPr>
        <w:pStyle w:val="ListParagraph"/>
        <w:ind w:left="360"/>
        <w:jc w:val="center"/>
      </w:pPr>
    </w:p>
    <w:sectPr w:rsidR="00E85BBD" w:rsidRPr="00E85BB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6D4057"/>
    <w:multiLevelType w:val="multilevel"/>
    <w:tmpl w:val="19E24D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4CE4FBE"/>
    <w:multiLevelType w:val="multilevel"/>
    <w:tmpl w:val="C7B01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2B3782"/>
    <w:multiLevelType w:val="multilevel"/>
    <w:tmpl w:val="7F902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B55267"/>
    <w:multiLevelType w:val="multilevel"/>
    <w:tmpl w:val="8CA88A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13D5952"/>
    <w:multiLevelType w:val="multilevel"/>
    <w:tmpl w:val="BEB24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F439E6"/>
    <w:multiLevelType w:val="multilevel"/>
    <w:tmpl w:val="2B7EDB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E5F273B"/>
    <w:multiLevelType w:val="multilevel"/>
    <w:tmpl w:val="4BDA7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5B7BC4"/>
    <w:multiLevelType w:val="multilevel"/>
    <w:tmpl w:val="BEBA9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C6080C"/>
    <w:multiLevelType w:val="hybridMultilevel"/>
    <w:tmpl w:val="9912CA5A"/>
    <w:lvl w:ilvl="0" w:tplc="BB9E5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B128C6"/>
    <w:multiLevelType w:val="hybridMultilevel"/>
    <w:tmpl w:val="CC4AADDE"/>
    <w:lvl w:ilvl="0" w:tplc="DD187EEA">
      <w:start w:val="1"/>
      <w:numFmt w:val="decimal"/>
      <w:lvlText w:val="2.%1."/>
      <w:lvlJc w:val="left"/>
      <w:pPr>
        <w:ind w:left="1080" w:hanging="360"/>
      </w:pPr>
      <w:rPr>
        <w:rFonts w:hint="default"/>
        <w:b w:val="0"/>
        <w:bCs w:val="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016820"/>
    <w:multiLevelType w:val="hybridMultilevel"/>
    <w:tmpl w:val="D5F26510"/>
    <w:lvl w:ilvl="0" w:tplc="66483196">
      <w:start w:val="5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DC46521"/>
    <w:multiLevelType w:val="multilevel"/>
    <w:tmpl w:val="D0723C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BD3541A"/>
    <w:multiLevelType w:val="hybridMultilevel"/>
    <w:tmpl w:val="6C0450A8"/>
    <w:lvl w:ilvl="0" w:tplc="63229B0A">
      <w:start w:val="1"/>
      <w:numFmt w:val="decimal"/>
      <w:lvlText w:val="2.%1.1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DF19A4"/>
    <w:multiLevelType w:val="multilevel"/>
    <w:tmpl w:val="A41898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485635628">
    <w:abstractNumId w:val="8"/>
  </w:num>
  <w:num w:numId="2" w16cid:durableId="468668665">
    <w:abstractNumId w:val="6"/>
  </w:num>
  <w:num w:numId="3" w16cid:durableId="1645700813">
    <w:abstractNumId w:val="5"/>
  </w:num>
  <w:num w:numId="4" w16cid:durableId="1545097753">
    <w:abstractNumId w:val="4"/>
  </w:num>
  <w:num w:numId="5" w16cid:durableId="1545940709">
    <w:abstractNumId w:val="7"/>
  </w:num>
  <w:num w:numId="6" w16cid:durableId="2101872516">
    <w:abstractNumId w:val="3"/>
  </w:num>
  <w:num w:numId="7" w16cid:durableId="196965178">
    <w:abstractNumId w:val="2"/>
  </w:num>
  <w:num w:numId="8" w16cid:durableId="546064744">
    <w:abstractNumId w:val="1"/>
  </w:num>
  <w:num w:numId="9" w16cid:durableId="547453070">
    <w:abstractNumId w:val="0"/>
  </w:num>
  <w:num w:numId="10" w16cid:durableId="1332637425">
    <w:abstractNumId w:val="21"/>
  </w:num>
  <w:num w:numId="11" w16cid:durableId="1986542847">
    <w:abstractNumId w:val="19"/>
  </w:num>
  <w:num w:numId="12" w16cid:durableId="1828786867">
    <w:abstractNumId w:val="14"/>
  </w:num>
  <w:num w:numId="13" w16cid:durableId="2130775601">
    <w:abstractNumId w:val="11"/>
  </w:num>
  <w:num w:numId="14" w16cid:durableId="698941570">
    <w:abstractNumId w:val="15"/>
  </w:num>
  <w:num w:numId="15" w16cid:durableId="260264592">
    <w:abstractNumId w:val="13"/>
  </w:num>
  <w:num w:numId="16" w16cid:durableId="1919368027">
    <w:abstractNumId w:val="16"/>
  </w:num>
  <w:num w:numId="17" w16cid:durableId="63262649">
    <w:abstractNumId w:val="18"/>
  </w:num>
  <w:num w:numId="18" w16cid:durableId="817380077">
    <w:abstractNumId w:val="20"/>
  </w:num>
  <w:num w:numId="19" w16cid:durableId="844249568">
    <w:abstractNumId w:val="12"/>
  </w:num>
  <w:num w:numId="20" w16cid:durableId="2116247358">
    <w:abstractNumId w:val="10"/>
  </w:num>
  <w:num w:numId="21" w16cid:durableId="1317227259">
    <w:abstractNumId w:val="22"/>
  </w:num>
  <w:num w:numId="22" w16cid:durableId="1251158797">
    <w:abstractNumId w:val="17"/>
  </w:num>
  <w:num w:numId="23" w16cid:durableId="5338133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48B7"/>
    <w:rsid w:val="0015074B"/>
    <w:rsid w:val="00161B9A"/>
    <w:rsid w:val="001D526C"/>
    <w:rsid w:val="001E2D65"/>
    <w:rsid w:val="001F22B2"/>
    <w:rsid w:val="0029639D"/>
    <w:rsid w:val="002B522F"/>
    <w:rsid w:val="00326F90"/>
    <w:rsid w:val="003E655E"/>
    <w:rsid w:val="00530550"/>
    <w:rsid w:val="00586F77"/>
    <w:rsid w:val="008449E7"/>
    <w:rsid w:val="00860530"/>
    <w:rsid w:val="00993B5A"/>
    <w:rsid w:val="009C373D"/>
    <w:rsid w:val="00A9488C"/>
    <w:rsid w:val="00AA1D8D"/>
    <w:rsid w:val="00B47730"/>
    <w:rsid w:val="00B525E4"/>
    <w:rsid w:val="00CB0664"/>
    <w:rsid w:val="00CE37D9"/>
    <w:rsid w:val="00DA359A"/>
    <w:rsid w:val="00E85BBD"/>
    <w:rsid w:val="00EA45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419BFC"/>
  <w14:defaultImageDpi w14:val="300"/>
  <w15:docId w15:val="{0C3403D2-41F4-44D5-B2A5-1EB91EA22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1">
    <w:name w:val="Normal1"/>
    <w:rsid w:val="008449E7"/>
    <w:pPr>
      <w:spacing w:after="0"/>
    </w:pPr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1F22B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Vanessa Kusuma</cp:lastModifiedBy>
  <cp:revision>2</cp:revision>
  <dcterms:created xsi:type="dcterms:W3CDTF">2026-09-25T14:43:00Z</dcterms:created>
  <dcterms:modified xsi:type="dcterms:W3CDTF">2026-09-25T14:43:00Z</dcterms:modified>
  <cp:category/>
</cp:coreProperties>
</file>